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E5DE3" w14:textId="77777777" w:rsidR="002F6795" w:rsidRPr="00C11591" w:rsidRDefault="0079479C" w:rsidP="00DC0C5B">
      <w:pPr>
        <w:spacing w:after="160"/>
        <w:jc w:val="center"/>
        <w:rPr>
          <w:rFonts w:cs="Arial"/>
          <w:sz w:val="22"/>
          <w:lang w:val="pt-BR"/>
        </w:rPr>
      </w:pPr>
      <w:r w:rsidRPr="00C11591">
        <w:rPr>
          <w:rFonts w:cs="Arial"/>
          <w:b/>
          <w:lang w:val="pt-BR"/>
        </w:rPr>
        <w:t>ANEXO X</w:t>
      </w:r>
    </w:p>
    <w:p w14:paraId="09449CD2" w14:textId="21F1B0DE" w:rsidR="002F6795" w:rsidRPr="00C11591" w:rsidRDefault="0070641F" w:rsidP="0070641F">
      <w:pPr>
        <w:pStyle w:val="Ttulo"/>
        <w:tabs>
          <w:tab w:val="center" w:pos="5040"/>
          <w:tab w:val="right" w:pos="10080"/>
        </w:tabs>
        <w:spacing w:after="160" w:line="360" w:lineRule="auto"/>
        <w:rPr>
          <w:rFonts w:ascii="Arial" w:hAnsi="Arial" w:cs="Arial"/>
          <w:color w:val="auto"/>
          <w:sz w:val="22"/>
          <w:szCs w:val="22"/>
          <w:lang w:val="pt-BR"/>
        </w:rPr>
      </w:pPr>
      <w:r>
        <w:rPr>
          <w:rFonts w:ascii="Arial" w:hAnsi="Arial" w:cs="Arial"/>
          <w:color w:val="auto"/>
          <w:sz w:val="24"/>
          <w:szCs w:val="22"/>
          <w:lang w:val="pt-BR"/>
        </w:rPr>
        <w:tab/>
      </w:r>
      <w:r w:rsidR="0079479C" w:rsidRPr="00C11591">
        <w:rPr>
          <w:rFonts w:ascii="Arial" w:hAnsi="Arial" w:cs="Arial"/>
          <w:color w:val="auto"/>
          <w:sz w:val="24"/>
          <w:szCs w:val="22"/>
          <w:lang w:val="pt-BR"/>
        </w:rPr>
        <w:t>FORMULÁRIO DE INTERPOSIÇÃO DE RECURSO</w:t>
      </w:r>
      <w:r>
        <w:rPr>
          <w:rFonts w:ascii="Arial" w:hAnsi="Arial" w:cs="Arial"/>
          <w:color w:val="auto"/>
          <w:sz w:val="24"/>
          <w:szCs w:val="22"/>
          <w:lang w:val="pt-BR"/>
        </w:rPr>
        <w:tab/>
      </w:r>
    </w:p>
    <w:p w14:paraId="2840CA94" w14:textId="77777777" w:rsidR="002F6795" w:rsidRPr="00C11591" w:rsidRDefault="0079479C" w:rsidP="00DC0C5B">
      <w:pPr>
        <w:spacing w:after="160"/>
        <w:jc w:val="center"/>
        <w:rPr>
          <w:rFonts w:cs="Arial"/>
          <w:sz w:val="22"/>
          <w:lang w:val="pt-BR"/>
        </w:rPr>
      </w:pPr>
      <w:r w:rsidRPr="00C11591">
        <w:rPr>
          <w:rFonts w:cs="Arial"/>
          <w:b/>
          <w:lang w:val="pt-BR"/>
        </w:rPr>
        <w:t>EDITAL DE CHAMAMENTO PÚBLICO Nº 02/2026 – PNAB – CICLO 2 – RIO DAS ANTAS/SC</w:t>
      </w:r>
    </w:p>
    <w:tbl>
      <w:tblPr>
        <w:tblW w:w="0" w:type="auto"/>
        <w:jc w:val="center"/>
        <w:tblBorders>
          <w:top w:val="single" w:sz="4" w:space="0" w:color="D6B656"/>
          <w:left w:val="single" w:sz="4" w:space="0" w:color="D6B656"/>
          <w:bottom w:val="single" w:sz="4" w:space="0" w:color="D6B656"/>
          <w:right w:val="single" w:sz="4" w:space="0" w:color="D6B656"/>
          <w:insideH w:val="single" w:sz="4" w:space="0" w:color="D6B656"/>
          <w:insideV w:val="single" w:sz="4" w:space="0" w:color="D6B656"/>
        </w:tblBorders>
        <w:tblLook w:val="04A0" w:firstRow="1" w:lastRow="0" w:firstColumn="1" w:lastColumn="0" w:noHBand="0" w:noVBand="1"/>
      </w:tblPr>
      <w:tblGrid>
        <w:gridCol w:w="10070"/>
      </w:tblGrid>
      <w:tr w:rsidR="002F6795" w:rsidRPr="00C11591" w14:paraId="4EDCDD02" w14:textId="77777777">
        <w:trPr>
          <w:jc w:val="center"/>
        </w:trPr>
        <w:tc>
          <w:tcPr>
            <w:tcW w:w="10080" w:type="dxa"/>
            <w:shd w:val="clear" w:color="auto" w:fill="FFF2C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8060D97" w14:textId="77777777" w:rsidR="00CE4AB8" w:rsidRDefault="00ED5BAC">
            <w:r>
              <w:t>Enviar para pnabciclo2@riodasantas.sc.gov.br, no prazo previsto no Edital, ou protocolar presencialmente quando cabível. O recebimento por e-mail somente estará comprovado após confirmação do Município. Não inclua projeto novo nem documento destinado a alterar a proposta original.</w:t>
            </w:r>
          </w:p>
        </w:tc>
      </w:tr>
    </w:tbl>
    <w:p w14:paraId="0A176EBF" w14:textId="77777777" w:rsidR="002F6795" w:rsidRPr="00C11591" w:rsidRDefault="0079479C" w:rsidP="00DC0C5B">
      <w:pPr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b/>
          <w:lang w:val="pt-BR"/>
        </w:rPr>
        <w:t>1. Etapa do recurso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2F6795" w:rsidRPr="00C11591" w14:paraId="74073F33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00040C5" w14:textId="77777777" w:rsidR="002F6795" w:rsidRPr="00C11591" w:rsidRDefault="0079479C" w:rsidP="00DC0C5B">
            <w:pPr>
              <w:spacing w:after="160"/>
              <w:rPr>
                <w:rFonts w:cs="Arial"/>
                <w:sz w:val="22"/>
                <w:lang w:val="pt-BR"/>
              </w:rPr>
            </w:pPr>
            <w:r w:rsidRPr="00C11591">
              <w:rPr>
                <w:rFonts w:cs="Segoe UI Symbol"/>
                <w:lang w:val="pt-BR"/>
              </w:rPr>
              <w:t>☐</w:t>
            </w:r>
            <w:r w:rsidRPr="00C11591">
              <w:rPr>
                <w:rFonts w:cs="Arial"/>
                <w:lang w:val="pt-BR"/>
              </w:rPr>
              <w:t xml:space="preserve"> Seleção e mérito cultural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4C1A5EC" w14:textId="77777777" w:rsidR="002F6795" w:rsidRPr="00C11591" w:rsidRDefault="0079479C" w:rsidP="00DC0C5B">
            <w:pPr>
              <w:spacing w:after="160"/>
              <w:rPr>
                <w:rFonts w:cs="Arial"/>
                <w:sz w:val="22"/>
                <w:lang w:val="pt-BR"/>
              </w:rPr>
            </w:pPr>
            <w:r w:rsidRPr="00C11591">
              <w:rPr>
                <w:rFonts w:cs="Segoe UI Symbol"/>
                <w:lang w:val="pt-BR"/>
              </w:rPr>
              <w:t>☐</w:t>
            </w:r>
            <w:r w:rsidRPr="00C11591">
              <w:rPr>
                <w:rFonts w:cs="Arial"/>
                <w:lang w:val="pt-BR"/>
              </w:rPr>
              <w:t xml:space="preserve"> Habilitação documental</w:t>
            </w:r>
          </w:p>
        </w:tc>
      </w:tr>
    </w:tbl>
    <w:p w14:paraId="55107A04" w14:textId="77777777" w:rsidR="002F6795" w:rsidRPr="00C11591" w:rsidRDefault="0079479C" w:rsidP="00DC0C5B">
      <w:pPr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b/>
          <w:lang w:val="pt-BR"/>
        </w:rPr>
        <w:t>2. Nome do agente cultural</w:t>
      </w:r>
    </w:p>
    <w:p w14:paraId="7425DA45" w14:textId="0D7A82E1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lang w:val="pt-BR"/>
        </w:rPr>
        <w:t>___________________________________________________________________________</w:t>
      </w:r>
    </w:p>
    <w:p w14:paraId="6B337BB4" w14:textId="77777777" w:rsidR="002F6795" w:rsidRPr="00C11591" w:rsidRDefault="0079479C" w:rsidP="00DC0C5B">
      <w:pPr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b/>
          <w:lang w:val="pt-BR"/>
        </w:rPr>
        <w:t>3. CPF ou CNPJ</w:t>
      </w:r>
    </w:p>
    <w:p w14:paraId="311DA54C" w14:textId="2FFBBC12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lang w:val="pt-BR"/>
        </w:rPr>
        <w:t>___________________________________________________________________________</w:t>
      </w:r>
    </w:p>
    <w:p w14:paraId="595B26A8" w14:textId="77777777" w:rsidR="002F6795" w:rsidRPr="00C11591" w:rsidRDefault="0079479C" w:rsidP="00DC0C5B">
      <w:pPr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b/>
          <w:lang w:val="pt-BR"/>
        </w:rPr>
        <w:t>4. Número da inscrição</w:t>
      </w:r>
    </w:p>
    <w:p w14:paraId="18E6D0E7" w14:textId="676AB935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lang w:val="pt-BR"/>
        </w:rPr>
        <w:t>___________________________________________________________________________</w:t>
      </w:r>
    </w:p>
    <w:p w14:paraId="69E8E789" w14:textId="77777777" w:rsidR="002F6795" w:rsidRPr="00C11591" w:rsidRDefault="0079479C" w:rsidP="00DC0C5B">
      <w:pPr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b/>
          <w:lang w:val="pt-BR"/>
        </w:rPr>
        <w:t>5. Nome do projeto</w:t>
      </w:r>
    </w:p>
    <w:p w14:paraId="270766C3" w14:textId="045008B7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lang w:val="pt-BR"/>
        </w:rPr>
        <w:t>___________________________________________________________________________</w:t>
      </w:r>
    </w:p>
    <w:p w14:paraId="61FE0135" w14:textId="77777777" w:rsidR="002F6795" w:rsidRPr="00C11591" w:rsidRDefault="0079479C" w:rsidP="00DC0C5B">
      <w:pPr>
        <w:spacing w:after="160"/>
        <w:rPr>
          <w:rFonts w:cs="Arial"/>
          <w:sz w:val="22"/>
          <w:lang w:val="pt-BR"/>
        </w:rPr>
      </w:pPr>
      <w:r>
        <w:t>6. Categoria do projeto</w:t>
      </w:r>
    </w:p>
    <w:p w14:paraId="68813B33" w14:textId="0D6AFB86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lang w:val="pt-BR"/>
        </w:rPr>
        <w:t>___________________________________________________________________________</w:t>
      </w:r>
    </w:p>
    <w:p w14:paraId="40C8F16A" w14:textId="77777777" w:rsidR="002F6795" w:rsidRPr="00C11591" w:rsidRDefault="0079479C" w:rsidP="00DC0C5B">
      <w:pPr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b/>
          <w:lang w:val="pt-BR"/>
        </w:rPr>
        <w:t>7. Modalidade de concorrência</w:t>
      </w:r>
    </w:p>
    <w:p w14:paraId="77E239D5" w14:textId="5C3FE924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lang w:val="pt-BR"/>
        </w:rPr>
        <w:t>___________________________________________________________________________</w:t>
      </w:r>
    </w:p>
    <w:p w14:paraId="3CD1A7C6" w14:textId="77777777" w:rsidR="002F6795" w:rsidRPr="00C11591" w:rsidRDefault="0079479C" w:rsidP="00DC0C5B">
      <w:pPr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b/>
          <w:lang w:val="pt-BR"/>
        </w:rPr>
        <w:t>8. E-mail</w:t>
      </w:r>
    </w:p>
    <w:p w14:paraId="521E3976" w14:textId="1AE00364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lang w:val="pt-BR"/>
        </w:rPr>
        <w:t>___________________________________________________________________________</w:t>
      </w:r>
    </w:p>
    <w:p w14:paraId="6C8F383C" w14:textId="77777777" w:rsidR="002F6795" w:rsidRPr="00C11591" w:rsidRDefault="0079479C" w:rsidP="00DC0C5B">
      <w:pPr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b/>
          <w:lang w:val="pt-BR"/>
        </w:rPr>
        <w:lastRenderedPageBreak/>
        <w:t>9. Telefone</w:t>
      </w:r>
    </w:p>
    <w:p w14:paraId="4D6D43DE" w14:textId="1EEEC9BA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lang w:val="pt-BR"/>
        </w:rPr>
        <w:t>___________________________________________________________________________</w:t>
      </w:r>
    </w:p>
    <w:p w14:paraId="73D16F0A" w14:textId="77777777" w:rsidR="002F6795" w:rsidRPr="00C11591" w:rsidRDefault="0079479C" w:rsidP="00DC0C5B">
      <w:pPr>
        <w:pStyle w:val="Ttulo1"/>
        <w:spacing w:before="0" w:after="160"/>
        <w:rPr>
          <w:rFonts w:ascii="Arial" w:hAnsi="Arial" w:cs="Arial"/>
          <w:color w:val="auto"/>
          <w:sz w:val="22"/>
          <w:szCs w:val="22"/>
          <w:lang w:val="pt-BR"/>
        </w:rPr>
      </w:pPr>
      <w:r w:rsidRPr="00C11591">
        <w:rPr>
          <w:rFonts w:ascii="Arial" w:hAnsi="Arial" w:cs="Arial"/>
          <w:color w:val="auto"/>
          <w:sz w:val="24"/>
          <w:szCs w:val="22"/>
          <w:lang w:val="pt-BR"/>
        </w:rPr>
        <w:t>10. Decisão questionada</w:t>
      </w:r>
    </w:p>
    <w:p w14:paraId="449DD934" w14:textId="77777777" w:rsidR="002F6795" w:rsidRPr="00C11591" w:rsidRDefault="0079479C" w:rsidP="00DC0C5B">
      <w:pPr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b/>
          <w:lang w:val="pt-BR"/>
        </w:rPr>
        <w:t>Assinale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2F6795" w:rsidRPr="00C11591" w14:paraId="60B22B2A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6A2826B" w14:textId="77777777" w:rsidR="002F6795" w:rsidRPr="00C11591" w:rsidRDefault="0079479C" w:rsidP="00DC0C5B">
            <w:pPr>
              <w:spacing w:after="160"/>
              <w:rPr>
                <w:rFonts w:cs="Arial"/>
                <w:sz w:val="22"/>
                <w:lang w:val="pt-BR"/>
              </w:rPr>
            </w:pPr>
            <w:r w:rsidRPr="00C11591">
              <w:rPr>
                <w:rFonts w:cs="Segoe UI Symbol"/>
                <w:lang w:val="pt-BR"/>
              </w:rPr>
              <w:t>☐</w:t>
            </w:r>
            <w:r w:rsidRPr="00C11591">
              <w:rPr>
                <w:rFonts w:cs="Arial"/>
                <w:lang w:val="pt-BR"/>
              </w:rPr>
              <w:t xml:space="preserve"> Pontuação em critério de avaliação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3723D9A" w14:textId="77777777" w:rsidR="002F6795" w:rsidRPr="00C11591" w:rsidRDefault="0079479C" w:rsidP="00DC0C5B">
            <w:pPr>
              <w:spacing w:after="160"/>
              <w:rPr>
                <w:rFonts w:cs="Arial"/>
                <w:sz w:val="22"/>
                <w:lang w:val="pt-BR"/>
              </w:rPr>
            </w:pPr>
            <w:r w:rsidRPr="00C11591">
              <w:rPr>
                <w:rFonts w:cs="Segoe UI Symbol"/>
                <w:lang w:val="pt-BR"/>
              </w:rPr>
              <w:t>☐</w:t>
            </w:r>
            <w:r w:rsidRPr="00C11591">
              <w:rPr>
                <w:rFonts w:cs="Arial"/>
                <w:lang w:val="pt-BR"/>
              </w:rPr>
              <w:t xml:space="preserve"> Pontuação final</w:t>
            </w:r>
          </w:p>
        </w:tc>
      </w:tr>
      <w:tr w:rsidR="002F6795" w:rsidRPr="00C11591" w14:paraId="1034ECAE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E2ECB84" w14:textId="77777777" w:rsidR="002F6795" w:rsidRPr="00C11591" w:rsidRDefault="0079479C" w:rsidP="00DC0C5B">
            <w:pPr>
              <w:spacing w:after="160"/>
              <w:rPr>
                <w:rFonts w:cs="Arial"/>
                <w:sz w:val="22"/>
                <w:lang w:val="pt-BR"/>
              </w:rPr>
            </w:pPr>
            <w:r w:rsidRPr="00C11591">
              <w:rPr>
                <w:rFonts w:cs="Segoe UI Symbol"/>
                <w:lang w:val="pt-BR"/>
              </w:rPr>
              <w:t>☐</w:t>
            </w:r>
            <w:r w:rsidRPr="00C11591">
              <w:rPr>
                <w:rFonts w:cs="Arial"/>
                <w:lang w:val="pt-BR"/>
              </w:rPr>
              <w:t xml:space="preserve"> Classificação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44257F3" w14:textId="77777777" w:rsidR="002F6795" w:rsidRPr="00C11591" w:rsidRDefault="0079479C" w:rsidP="00DC0C5B">
            <w:pPr>
              <w:spacing w:after="160"/>
              <w:rPr>
                <w:rFonts w:cs="Arial"/>
                <w:sz w:val="22"/>
                <w:lang w:val="pt-BR"/>
              </w:rPr>
            </w:pPr>
            <w:r w:rsidRPr="00C11591">
              <w:rPr>
                <w:rFonts w:cs="Segoe UI Symbol"/>
                <w:lang w:val="pt-BR"/>
              </w:rPr>
              <w:t>☐</w:t>
            </w:r>
            <w:r w:rsidRPr="00C11591">
              <w:rPr>
                <w:rFonts w:cs="Arial"/>
                <w:lang w:val="pt-BR"/>
              </w:rPr>
              <w:t xml:space="preserve"> Desclassificação</w:t>
            </w:r>
          </w:p>
        </w:tc>
      </w:tr>
      <w:tr w:rsidR="002F6795" w:rsidRPr="00C11591" w14:paraId="1833BBE4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9689C29" w14:textId="77777777" w:rsidR="002F6795" w:rsidRPr="00C11591" w:rsidRDefault="0079479C" w:rsidP="00DC0C5B">
            <w:pPr>
              <w:spacing w:after="160"/>
              <w:rPr>
                <w:rFonts w:cs="Arial"/>
                <w:sz w:val="22"/>
                <w:lang w:val="pt-BR"/>
              </w:rPr>
            </w:pPr>
            <w:r w:rsidRPr="00C11591">
              <w:rPr>
                <w:rFonts w:cs="Segoe UI Symbol"/>
                <w:lang w:val="pt-BR"/>
              </w:rPr>
              <w:t>☐</w:t>
            </w:r>
            <w:r w:rsidRPr="00C11591">
              <w:rPr>
                <w:rFonts w:cs="Arial"/>
                <w:lang w:val="pt-BR"/>
              </w:rPr>
              <w:t xml:space="preserve"> Glosa orçamentária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D3BBFA4" w14:textId="77777777" w:rsidR="002F6795" w:rsidRPr="00C11591" w:rsidRDefault="0079479C" w:rsidP="00DC0C5B">
            <w:pPr>
              <w:spacing w:after="160"/>
              <w:rPr>
                <w:rFonts w:cs="Arial"/>
                <w:sz w:val="22"/>
                <w:lang w:val="pt-BR"/>
              </w:rPr>
            </w:pPr>
            <w:r w:rsidRPr="00C11591">
              <w:rPr>
                <w:rFonts w:cs="Segoe UI Symbol"/>
                <w:lang w:val="pt-BR"/>
              </w:rPr>
              <w:t>☐</w:t>
            </w:r>
            <w:r w:rsidRPr="00C11591">
              <w:rPr>
                <w:rFonts w:cs="Arial"/>
                <w:lang w:val="pt-BR"/>
              </w:rPr>
              <w:t xml:space="preserve"> Inabilitação documental</w:t>
            </w:r>
          </w:p>
        </w:tc>
      </w:tr>
      <w:tr w:rsidR="002F6795" w:rsidRPr="00C11591" w14:paraId="0E870E23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3BBCDFB" w14:textId="77777777" w:rsidR="002F6795" w:rsidRPr="00C11591" w:rsidRDefault="0079479C" w:rsidP="00DC0C5B">
            <w:pPr>
              <w:spacing w:after="160"/>
              <w:rPr>
                <w:rFonts w:cs="Arial"/>
                <w:sz w:val="22"/>
                <w:lang w:val="pt-BR"/>
              </w:rPr>
            </w:pPr>
            <w:r w:rsidRPr="00C11591">
              <w:rPr>
                <w:rFonts w:cs="Segoe UI Symbol"/>
                <w:lang w:val="pt-BR"/>
              </w:rPr>
              <w:t>☐</w:t>
            </w:r>
            <w:r w:rsidRPr="00C11591">
              <w:rPr>
                <w:rFonts w:cs="Arial"/>
                <w:lang w:val="pt-BR"/>
              </w:rPr>
              <w:t xml:space="preserve"> Outro</w:t>
            </w:r>
          </w:p>
        </w:tc>
        <w:tc>
          <w:tcPr>
            <w:tcW w:w="5040" w:type="dxa"/>
          </w:tcPr>
          <w:p w14:paraId="26D9D9D9" w14:textId="77777777" w:rsidR="002F6795" w:rsidRPr="00C11591" w:rsidRDefault="002F6795" w:rsidP="00DC0C5B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</w:tbl>
    <w:p w14:paraId="6E35FFF2" w14:textId="77777777" w:rsidR="002F6795" w:rsidRPr="00C11591" w:rsidRDefault="0079479C" w:rsidP="00DC0C5B">
      <w:pPr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b/>
          <w:lang w:val="pt-BR"/>
        </w:rPr>
        <w:t>Indique o item, critério, nota, documento ou decisão questionada</w:t>
      </w:r>
    </w:p>
    <w:p w14:paraId="28A8DFB3" w14:textId="49BDB977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lang w:val="pt-BR"/>
        </w:rPr>
        <w:t>___________________________________________________________________________</w:t>
      </w:r>
    </w:p>
    <w:p w14:paraId="719AA85F" w14:textId="0E80DC5B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lang w:val="pt-BR"/>
        </w:rPr>
        <w:t>___________________________________________________________________________</w:t>
      </w:r>
    </w:p>
    <w:p w14:paraId="553A3640" w14:textId="00924589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lang w:val="pt-BR"/>
        </w:rPr>
        <w:t>___________________________________________________________________________</w:t>
      </w:r>
    </w:p>
    <w:p w14:paraId="35402B43" w14:textId="77777777" w:rsidR="002F6795" w:rsidRPr="00C11591" w:rsidRDefault="0079479C" w:rsidP="00DC0C5B">
      <w:pPr>
        <w:pStyle w:val="Ttulo1"/>
        <w:spacing w:before="0" w:after="160"/>
        <w:rPr>
          <w:rFonts w:ascii="Arial" w:hAnsi="Arial" w:cs="Arial"/>
          <w:color w:val="auto"/>
          <w:sz w:val="22"/>
          <w:szCs w:val="22"/>
          <w:lang w:val="pt-BR"/>
        </w:rPr>
      </w:pPr>
      <w:r w:rsidRPr="00C11591">
        <w:rPr>
          <w:rFonts w:ascii="Arial" w:hAnsi="Arial" w:cs="Arial"/>
          <w:color w:val="auto"/>
          <w:sz w:val="24"/>
          <w:szCs w:val="22"/>
          <w:lang w:val="pt-BR"/>
        </w:rPr>
        <w:t>11. Razões do recurso</w:t>
      </w:r>
    </w:p>
    <w:p w14:paraId="79C88666" w14:textId="77777777" w:rsidR="002F6795" w:rsidRPr="00C11591" w:rsidRDefault="0079479C" w:rsidP="00DC0C5B">
      <w:pPr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b/>
          <w:lang w:val="pt-BR"/>
        </w:rPr>
        <w:t>Explique de forma objetiva por que a decisão deve ser revista, indicando as informações já apresentadas na inscrição ou habilitação</w:t>
      </w:r>
    </w:p>
    <w:p w14:paraId="1CD8E7D3" w14:textId="7D193101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lang w:val="pt-BR"/>
        </w:rPr>
        <w:t>___________________________________________________________________________</w:t>
      </w:r>
    </w:p>
    <w:p w14:paraId="48424B5D" w14:textId="4A79DD50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lang w:val="pt-BR"/>
        </w:rPr>
        <w:t>___________________________________________________________________________</w:t>
      </w:r>
    </w:p>
    <w:p w14:paraId="32521417" w14:textId="402C19E8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lang w:val="pt-BR"/>
        </w:rPr>
        <w:t>___________________________________________________________________________</w:t>
      </w:r>
    </w:p>
    <w:p w14:paraId="11D98003" w14:textId="3ECB91E5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lang w:val="pt-BR"/>
        </w:rPr>
        <w:t>___________________________________________________________________________</w:t>
      </w:r>
    </w:p>
    <w:p w14:paraId="6010BBC5" w14:textId="22A8E6A5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lang w:val="pt-BR"/>
        </w:rPr>
        <w:t>___________________________________________________________________________</w:t>
      </w:r>
    </w:p>
    <w:p w14:paraId="7D0055BF" w14:textId="44A5035C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lang w:val="pt-BR"/>
        </w:rPr>
        <w:t>___________________________________________________________________________</w:t>
      </w:r>
    </w:p>
    <w:p w14:paraId="73816DD0" w14:textId="097EBBD7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lang w:val="pt-BR"/>
        </w:rPr>
        <w:t>___________________________________________________________________________</w:t>
      </w:r>
    </w:p>
    <w:p w14:paraId="475EB781" w14:textId="5DF8CB4B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lang w:val="pt-BR"/>
        </w:rPr>
        <w:t>___________________________________________________________________________</w:t>
      </w:r>
    </w:p>
    <w:p w14:paraId="17B29BEB" w14:textId="2C9BF22F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lang w:val="pt-BR"/>
        </w:rPr>
        <w:lastRenderedPageBreak/>
        <w:t>___________________________________________________________________________</w:t>
      </w:r>
    </w:p>
    <w:p w14:paraId="37159352" w14:textId="75A6CB2A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lang w:val="pt-BR"/>
        </w:rPr>
        <w:t>___________________________________________________________________________</w:t>
      </w:r>
    </w:p>
    <w:p w14:paraId="51C186CE" w14:textId="77777777" w:rsidR="002F6795" w:rsidRPr="00C11591" w:rsidRDefault="0079479C" w:rsidP="00DC0C5B">
      <w:pPr>
        <w:pStyle w:val="Ttulo1"/>
        <w:spacing w:before="0" w:after="160"/>
        <w:rPr>
          <w:rFonts w:ascii="Arial" w:hAnsi="Arial" w:cs="Arial"/>
          <w:color w:val="auto"/>
          <w:sz w:val="22"/>
          <w:szCs w:val="22"/>
          <w:lang w:val="pt-BR"/>
        </w:rPr>
      </w:pPr>
      <w:r w:rsidRPr="00C11591">
        <w:rPr>
          <w:rFonts w:ascii="Arial" w:hAnsi="Arial" w:cs="Arial"/>
          <w:color w:val="auto"/>
          <w:sz w:val="24"/>
          <w:szCs w:val="22"/>
          <w:lang w:val="pt-BR"/>
        </w:rPr>
        <w:t>12. Pedido</w:t>
      </w:r>
    </w:p>
    <w:p w14:paraId="085D7AC2" w14:textId="77777777" w:rsidR="002F6795" w:rsidRPr="00C11591" w:rsidRDefault="0079479C" w:rsidP="00DC0C5B">
      <w:pPr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b/>
          <w:lang w:val="pt-BR"/>
        </w:rPr>
        <w:t>Informe claramente qual alteração pretende obter</w:t>
      </w:r>
    </w:p>
    <w:p w14:paraId="053B29DD" w14:textId="1ACCFF26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lang w:val="pt-BR"/>
        </w:rPr>
        <w:t>___________________________________________________________________________</w:t>
      </w:r>
    </w:p>
    <w:p w14:paraId="49C1BE67" w14:textId="45651611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lang w:val="pt-BR"/>
        </w:rPr>
        <w:t>___________________________________________________________________________</w:t>
      </w:r>
    </w:p>
    <w:p w14:paraId="28B25B52" w14:textId="520C6C08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lang w:val="pt-BR"/>
        </w:rPr>
        <w:t>___________________________________________________________________________</w:t>
      </w:r>
    </w:p>
    <w:p w14:paraId="5D6633D3" w14:textId="4199514A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lang w:val="pt-BR"/>
        </w:rPr>
        <w:t>___________________________________________________________________________</w:t>
      </w:r>
    </w:p>
    <w:p w14:paraId="34DF1A18" w14:textId="77777777" w:rsidR="002F6795" w:rsidRPr="00C11591" w:rsidRDefault="0079479C" w:rsidP="00DC0C5B">
      <w:pPr>
        <w:pStyle w:val="Ttulo1"/>
        <w:spacing w:before="0" w:after="160"/>
        <w:rPr>
          <w:rFonts w:ascii="Arial" w:hAnsi="Arial" w:cs="Arial"/>
          <w:color w:val="auto"/>
          <w:sz w:val="22"/>
          <w:szCs w:val="22"/>
          <w:lang w:val="pt-BR"/>
        </w:rPr>
      </w:pPr>
      <w:r w:rsidRPr="00C11591">
        <w:rPr>
          <w:rFonts w:ascii="Arial" w:hAnsi="Arial" w:cs="Arial"/>
          <w:color w:val="auto"/>
          <w:sz w:val="24"/>
          <w:szCs w:val="22"/>
          <w:lang w:val="pt-BR"/>
        </w:rPr>
        <w:t>13. Declaração</w:t>
      </w:r>
    </w:p>
    <w:p w14:paraId="6DF8C888" w14:textId="77777777" w:rsidR="002F6795" w:rsidRPr="00C11591" w:rsidRDefault="0079479C" w:rsidP="00DC0C5B">
      <w:pPr>
        <w:spacing w:after="160"/>
        <w:jc w:val="both"/>
        <w:rPr>
          <w:rFonts w:cs="Arial"/>
          <w:sz w:val="22"/>
          <w:lang w:val="pt-BR"/>
        </w:rPr>
      </w:pPr>
      <w:r w:rsidRPr="00C11591">
        <w:rPr>
          <w:rFonts w:cs="Arial"/>
          <w:lang w:val="pt-BR"/>
        </w:rPr>
        <w:t>Declaro que este recurso se limita à contestação fundamentada da decisão e não apresenta projeto novo, alteração substancial da proposta ou documento destinado a suprir informação que deveria ter sido apresentada anteriormente, ressalvadas as hipóteses de diligência ou correção admitidas pelo Edital e pela legislação.</w:t>
      </w:r>
    </w:p>
    <w:p w14:paraId="7C3203FC" w14:textId="77777777" w:rsidR="002F6795" w:rsidRPr="00C11591" w:rsidRDefault="0079479C" w:rsidP="00DC0C5B">
      <w:pPr>
        <w:spacing w:after="160"/>
        <w:jc w:val="center"/>
        <w:rPr>
          <w:rFonts w:cs="Arial"/>
          <w:sz w:val="22"/>
          <w:lang w:val="pt-BR"/>
        </w:rPr>
      </w:pPr>
      <w:r w:rsidRPr="00C11591">
        <w:rPr>
          <w:rFonts w:cs="Arial"/>
          <w:lang w:val="pt-BR"/>
        </w:rPr>
        <w:br/>
        <w:t xml:space="preserve">Rio das Antas/SC, ______ de __________________ </w:t>
      </w:r>
      <w:proofErr w:type="spellStart"/>
      <w:r w:rsidRPr="00C11591">
        <w:rPr>
          <w:rFonts w:cs="Arial"/>
          <w:lang w:val="pt-BR"/>
        </w:rPr>
        <w:t>de</w:t>
      </w:r>
      <w:proofErr w:type="spellEnd"/>
      <w:r w:rsidRPr="00C11591">
        <w:rPr>
          <w:rFonts w:cs="Arial"/>
          <w:lang w:val="pt-BR"/>
        </w:rPr>
        <w:t xml:space="preserve"> 20____.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80"/>
      </w:tblGrid>
      <w:tr w:rsidR="002F6795" w:rsidRPr="00C11591" w14:paraId="32F93EA2" w14:textId="77777777">
        <w:trPr>
          <w:jc w:val="center"/>
        </w:trPr>
        <w:tc>
          <w:tcPr>
            <w:tcW w:w="10080" w:type="dxa"/>
          </w:tcPr>
          <w:p w14:paraId="25CFE10C" w14:textId="77777777" w:rsidR="002F6795" w:rsidRPr="00C11591" w:rsidRDefault="0079479C" w:rsidP="00DC0C5B">
            <w:pPr>
              <w:spacing w:after="160"/>
              <w:jc w:val="center"/>
              <w:rPr>
                <w:rFonts w:cs="Arial"/>
                <w:sz w:val="22"/>
                <w:lang w:val="pt-BR"/>
              </w:rPr>
            </w:pPr>
            <w:r w:rsidRPr="00C11591">
              <w:rPr>
                <w:rFonts w:cs="Arial"/>
                <w:lang w:val="pt-BR"/>
              </w:rPr>
              <w:br/>
              <w:t>____________________________________________</w:t>
            </w:r>
          </w:p>
        </w:tc>
      </w:tr>
      <w:tr w:rsidR="002F6795" w:rsidRPr="00C11591" w14:paraId="45B33C46" w14:textId="77777777">
        <w:trPr>
          <w:jc w:val="center"/>
        </w:trPr>
        <w:tc>
          <w:tcPr>
            <w:tcW w:w="10080" w:type="dxa"/>
          </w:tcPr>
          <w:p w14:paraId="1EE4AC50" w14:textId="77777777" w:rsidR="002F6795" w:rsidRPr="00C11591" w:rsidRDefault="0079479C" w:rsidP="00DC0C5B">
            <w:pPr>
              <w:spacing w:after="160"/>
              <w:jc w:val="center"/>
              <w:rPr>
                <w:rFonts w:cs="Arial"/>
                <w:sz w:val="22"/>
                <w:lang w:val="pt-BR"/>
              </w:rPr>
            </w:pPr>
            <w:r w:rsidRPr="00C11591">
              <w:rPr>
                <w:rFonts w:cs="Arial"/>
                <w:lang w:val="pt-BR"/>
              </w:rPr>
              <w:t>RECORRENTE</w:t>
            </w:r>
          </w:p>
        </w:tc>
      </w:tr>
    </w:tbl>
    <w:p w14:paraId="081C20A6" w14:textId="77777777" w:rsidR="0079479C" w:rsidRPr="00C11591" w:rsidRDefault="0079479C" w:rsidP="00DC0C5B">
      <w:pPr>
        <w:spacing w:after="160"/>
        <w:rPr>
          <w:rFonts w:cs="Arial"/>
          <w:sz w:val="22"/>
          <w:lang w:val="pt-BR"/>
        </w:rPr>
      </w:pPr>
    </w:p>
    <w:sectPr w:rsidR="0079479C" w:rsidRPr="00C11591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1080" w:bottom="1008" w:left="1080" w:header="19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AA459" w14:textId="77777777" w:rsidR="00ED5BAC" w:rsidRDefault="00ED5BAC">
      <w:pPr>
        <w:spacing w:after="0" w:line="240" w:lineRule="auto"/>
      </w:pPr>
      <w:r>
        <w:separator/>
      </w:r>
    </w:p>
  </w:endnote>
  <w:endnote w:type="continuationSeparator" w:id="0">
    <w:p w14:paraId="1CC90450" w14:textId="77777777" w:rsidR="00ED5BAC" w:rsidRDefault="00ED5B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87230" w14:textId="77777777" w:rsidR="00CE4AB8" w:rsidRDefault="00CE4AB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890E" w14:textId="7F6C1A10" w:rsidR="002F6795" w:rsidRDefault="002F6795">
    <w:pPr>
      <w:pStyle w:val="Rodap"/>
      <w:spacing w:line="360" w:lineRule="auto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25F0E" w14:textId="77777777" w:rsidR="00CE4AB8" w:rsidRDefault="00CE4A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26109" w14:textId="77777777" w:rsidR="00ED5BAC" w:rsidRDefault="00ED5BAC">
      <w:pPr>
        <w:spacing w:after="0" w:line="240" w:lineRule="auto"/>
      </w:pPr>
      <w:r>
        <w:separator/>
      </w:r>
    </w:p>
  </w:footnote>
  <w:footnote w:type="continuationSeparator" w:id="0">
    <w:p w14:paraId="640A0BD7" w14:textId="77777777" w:rsidR="00ED5BAC" w:rsidRDefault="00ED5B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5257E" w14:textId="77777777" w:rsidR="00CE4AB8" w:rsidRDefault="00CE4A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65202" w14:textId="77777777" w:rsidR="00CE4AB8" w:rsidRDefault="00ED5BAC">
    <w:pPr>
      <w:spacing w:after="0" w:line="240" w:lineRule="auto"/>
      <w:jc w:val="center"/>
    </w:pPr>
    <w:r>
      <w:rPr>
        <w:noProof/>
      </w:rPr>
      <w:drawing>
        <wp:inline distT="0" distB="0" distL="0" distR="0" wp14:anchorId="31D04A51" wp14:editId="1EBFD560">
          <wp:extent cx="5760000" cy="7680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ner_Institucional_Edital_02_Rio_das_Antas_SNC_PNAB_MinC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0" cy="76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CAEDB" w14:textId="77777777" w:rsidR="00CE4AB8" w:rsidRDefault="00CE4A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4991748">
    <w:abstractNumId w:val="8"/>
  </w:num>
  <w:num w:numId="2" w16cid:durableId="1958873778">
    <w:abstractNumId w:val="6"/>
  </w:num>
  <w:num w:numId="3" w16cid:durableId="1110704813">
    <w:abstractNumId w:val="5"/>
  </w:num>
  <w:num w:numId="4" w16cid:durableId="1245262261">
    <w:abstractNumId w:val="4"/>
  </w:num>
  <w:num w:numId="5" w16cid:durableId="1381662638">
    <w:abstractNumId w:val="7"/>
  </w:num>
  <w:num w:numId="6" w16cid:durableId="297882847">
    <w:abstractNumId w:val="3"/>
  </w:num>
  <w:num w:numId="7" w16cid:durableId="165440751">
    <w:abstractNumId w:val="2"/>
  </w:num>
  <w:num w:numId="8" w16cid:durableId="790517196">
    <w:abstractNumId w:val="1"/>
  </w:num>
  <w:num w:numId="9" w16cid:durableId="1997492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7B4"/>
    <w:rsid w:val="0003298F"/>
    <w:rsid w:val="00034616"/>
    <w:rsid w:val="0006063C"/>
    <w:rsid w:val="0011346D"/>
    <w:rsid w:val="0015074B"/>
    <w:rsid w:val="0029639D"/>
    <w:rsid w:val="002F6795"/>
    <w:rsid w:val="00326F90"/>
    <w:rsid w:val="0038594E"/>
    <w:rsid w:val="004809CF"/>
    <w:rsid w:val="00540A34"/>
    <w:rsid w:val="006A4D2B"/>
    <w:rsid w:val="0070641F"/>
    <w:rsid w:val="0079479C"/>
    <w:rsid w:val="00A25279"/>
    <w:rsid w:val="00A53692"/>
    <w:rsid w:val="00AA1D8D"/>
    <w:rsid w:val="00B02B31"/>
    <w:rsid w:val="00B47730"/>
    <w:rsid w:val="00C11591"/>
    <w:rsid w:val="00CB0664"/>
    <w:rsid w:val="00CE4AB8"/>
    <w:rsid w:val="00DA62AE"/>
    <w:rsid w:val="00DC0C5B"/>
    <w:rsid w:val="00ED5BAC"/>
    <w:rsid w:val="00F25AC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B29D4C"/>
  <w14:defaultImageDpi w14:val="300"/>
  <w15:docId w15:val="{75DBC2D5-9128-4C4D-A762-A944AF0D4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60" w:lineRule="auto"/>
    </w:pPr>
    <w:rPr>
      <w:rFonts w:ascii="Arial" w:eastAsia="Arial" w:hAnsi="Arial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236B4E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1F4D3A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1F4D3A"/>
      <w:sz w:val="2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keepNext/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236B4E"/>
      <w:spacing w:val="5"/>
      <w:kern w:val="28"/>
      <w:sz w:val="36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540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Fátima Peixoto</cp:lastModifiedBy>
  <cp:revision>7</cp:revision>
  <dcterms:created xsi:type="dcterms:W3CDTF">2026-08-12T20:18:00Z</dcterms:created>
  <dcterms:modified xsi:type="dcterms:W3CDTF">2026-09-15T18:32:00Z</dcterms:modified>
  <cp:category/>
</cp:coreProperties>
</file>