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D4D91" w14:textId="77777777" w:rsidR="00394AF2" w:rsidRPr="00314ACE" w:rsidRDefault="002162B0" w:rsidP="00314ACE">
      <w:pPr>
        <w:spacing w:after="40"/>
        <w:jc w:val="center"/>
        <w:rPr>
          <w:rFonts w:cs="Arial"/>
          <w:color w:val="auto"/>
          <w:sz w:val="22"/>
        </w:rPr>
      </w:pPr>
      <w:r w:rsidRPr="00314ACE">
        <w:rPr>
          <w:rFonts w:cs="Arial"/>
          <w:b/>
          <w:color w:val="auto"/>
        </w:rPr>
        <w:t>ANEXO XV</w:t>
      </w:r>
    </w:p>
    <w:p w14:paraId="72059B13" w14:textId="77777777" w:rsidR="00394AF2" w:rsidRPr="00314ACE" w:rsidRDefault="002162B0" w:rsidP="00314ACE">
      <w:pPr>
        <w:spacing w:after="240"/>
        <w:jc w:val="center"/>
        <w:rPr>
          <w:rFonts w:cs="Arial"/>
          <w:color w:val="auto"/>
          <w:sz w:val="22"/>
        </w:rPr>
      </w:pPr>
      <w:r w:rsidRPr="00314ACE">
        <w:rPr>
          <w:rFonts w:cs="Arial"/>
          <w:b/>
          <w:color w:val="auto"/>
        </w:rPr>
        <w:t>TERMO DE ANUÊNCIA DE INTEGRANTE DA EQUIPE</w:t>
      </w:r>
    </w:p>
    <w:p w14:paraId="5C1B1B37" w14:textId="77777777" w:rsidR="00394AF2" w:rsidRPr="00314ACE" w:rsidRDefault="002162B0" w:rsidP="00314ACE">
      <w:pPr>
        <w:jc w:val="both"/>
        <w:rPr>
          <w:rFonts w:cs="Arial"/>
          <w:color w:val="auto"/>
          <w:sz w:val="22"/>
        </w:rPr>
      </w:pPr>
      <w:r w:rsidRPr="00314ACE">
        <w:rPr>
          <w:rFonts w:cs="Arial"/>
          <w:color w:val="auto"/>
        </w:rPr>
        <w:t>Utilizar um termo para cada integrante cuja participação seja indicada no projeto, especialmente em funções técnicas, artísticas, pedagógicas ou de coordenação.</w:t>
      </w:r>
    </w:p>
    <w:p w14:paraId="16EFFBCD" w14:textId="77777777" w:rsidR="00394AF2" w:rsidRPr="00314ACE" w:rsidRDefault="002162B0" w:rsidP="00314ACE">
      <w:pPr>
        <w:spacing w:before="140" w:after="80"/>
        <w:jc w:val="both"/>
        <w:rPr>
          <w:rFonts w:cs="Arial"/>
          <w:color w:val="auto"/>
          <w:sz w:val="22"/>
        </w:rPr>
      </w:pPr>
      <w:r w:rsidRPr="00314ACE">
        <w:rPr>
          <w:rFonts w:cs="Arial"/>
          <w:b/>
          <w:color w:val="auto"/>
        </w:rPr>
        <w:t>1. Identificação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394AF2" w:rsidRPr="00314ACE" w14:paraId="67BE8679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9BB3C1" w14:textId="77777777" w:rsidR="00394AF2" w:rsidRPr="00314ACE" w:rsidRDefault="002162B0" w:rsidP="00314ACE">
            <w:pPr>
              <w:jc w:val="both"/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Nome completo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BA324" w14:textId="77777777" w:rsidR="00394AF2" w:rsidRPr="00314ACE" w:rsidRDefault="00394AF2" w:rsidP="00314ACE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394AF2" w:rsidRPr="00314ACE" w14:paraId="36975E01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9CD77" w14:textId="77777777" w:rsidR="00394AF2" w:rsidRPr="00314ACE" w:rsidRDefault="002162B0" w:rsidP="00314ACE">
            <w:pPr>
              <w:jc w:val="both"/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CPF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C0B39" w14:textId="77777777" w:rsidR="00394AF2" w:rsidRPr="00314ACE" w:rsidRDefault="00394AF2" w:rsidP="00314ACE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394AF2" w:rsidRPr="00314ACE" w14:paraId="553C5E54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E0D19" w14:textId="77777777" w:rsidR="00394AF2" w:rsidRPr="00314ACE" w:rsidRDefault="002162B0" w:rsidP="00314ACE">
            <w:pPr>
              <w:jc w:val="both"/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Endereço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975E4" w14:textId="77777777" w:rsidR="00394AF2" w:rsidRPr="00314ACE" w:rsidRDefault="00394AF2" w:rsidP="00314ACE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394AF2" w:rsidRPr="00314ACE" w14:paraId="3539F57D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BA6B1" w14:textId="77777777" w:rsidR="00394AF2" w:rsidRPr="00314ACE" w:rsidRDefault="002162B0" w:rsidP="00314ACE">
            <w:pPr>
              <w:jc w:val="both"/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Telefone e e-mail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369689" w14:textId="77777777" w:rsidR="00394AF2" w:rsidRPr="00314ACE" w:rsidRDefault="00394AF2" w:rsidP="00314ACE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394AF2" w:rsidRPr="00314ACE" w14:paraId="779FF4DA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B8F96" w14:textId="77777777" w:rsidR="00394AF2" w:rsidRPr="00314ACE" w:rsidRDefault="002162B0" w:rsidP="00314ACE">
            <w:pPr>
              <w:jc w:val="both"/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Título do projeto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01270" w14:textId="77777777" w:rsidR="00394AF2" w:rsidRPr="00314ACE" w:rsidRDefault="00394AF2" w:rsidP="00314ACE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394AF2" w:rsidRPr="00314ACE" w14:paraId="43E2AB74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148CE" w14:textId="77777777" w:rsidR="00394AF2" w:rsidRPr="00314ACE" w:rsidRDefault="002162B0" w:rsidP="00314ACE">
            <w:pPr>
              <w:jc w:val="both"/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Proponente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D2D92E" w14:textId="77777777" w:rsidR="00394AF2" w:rsidRPr="00314ACE" w:rsidRDefault="00394AF2" w:rsidP="00314ACE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394AF2" w:rsidRPr="00314ACE" w14:paraId="022F360A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850A3" w14:textId="77777777" w:rsidR="00394AF2" w:rsidRPr="00314ACE" w:rsidRDefault="002162B0" w:rsidP="00314ACE">
            <w:pPr>
              <w:jc w:val="both"/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Função no projeto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A72B4" w14:textId="77777777" w:rsidR="00394AF2" w:rsidRPr="00314ACE" w:rsidRDefault="00394AF2" w:rsidP="00314ACE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394AF2" w:rsidRPr="00314ACE" w14:paraId="47F2894A" w14:textId="77777777" w:rsidTr="00314AC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38DE85" w14:textId="77777777" w:rsidR="00394AF2" w:rsidRPr="00314ACE" w:rsidRDefault="002162B0" w:rsidP="00314ACE">
            <w:pPr>
              <w:jc w:val="both"/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Período estimado de atuação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D79B2" w14:textId="77777777" w:rsidR="00394AF2" w:rsidRPr="00314ACE" w:rsidRDefault="00394AF2" w:rsidP="00314ACE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</w:tbl>
    <w:p w14:paraId="3E89BDBD" w14:textId="77777777" w:rsidR="00394AF2" w:rsidRPr="00314ACE" w:rsidRDefault="002162B0" w:rsidP="00314ACE">
      <w:pPr>
        <w:spacing w:before="140" w:after="80"/>
        <w:jc w:val="both"/>
        <w:rPr>
          <w:rFonts w:cs="Arial"/>
          <w:color w:val="auto"/>
          <w:sz w:val="22"/>
        </w:rPr>
      </w:pPr>
      <w:r w:rsidRPr="00314ACE">
        <w:rPr>
          <w:rFonts w:cs="Arial"/>
          <w:b/>
          <w:color w:val="auto"/>
        </w:rPr>
        <w:t>2. Anuência</w:t>
      </w:r>
    </w:p>
    <w:p w14:paraId="4540DE0A" w14:textId="77777777" w:rsidR="00394AF2" w:rsidRPr="00314ACE" w:rsidRDefault="002162B0" w:rsidP="00314ACE">
      <w:pPr>
        <w:jc w:val="both"/>
        <w:rPr>
          <w:rFonts w:cs="Arial"/>
          <w:color w:val="auto"/>
          <w:sz w:val="22"/>
        </w:rPr>
      </w:pPr>
      <w:r w:rsidRPr="00314ACE">
        <w:rPr>
          <w:rFonts w:cs="Arial"/>
          <w:color w:val="auto"/>
        </w:rPr>
        <w:t>Eu, acima identificado(a), declaro que conheço a proposta apresentada ao Edital de Chamamento Público nº 02/2026 – PNAB, Ciclo 2, e concordo em participar do projeto na função indicada, caso a proposta seja selecionada e habilitada.</w:t>
      </w:r>
    </w:p>
    <w:p w14:paraId="0C55778F" w14:textId="77777777" w:rsidR="00A07590" w:rsidRDefault="002162B0" w:rsidP="00314ACE">
      <w:pPr>
        <w:jc w:val="both"/>
        <w:rPr>
          <w:rFonts w:cs="Arial"/>
          <w:color w:val="auto"/>
        </w:rPr>
      </w:pPr>
      <w:r w:rsidRPr="00314ACE">
        <w:rPr>
          <w:rFonts w:cs="Arial"/>
          <w:color w:val="auto"/>
        </w:rPr>
        <w:t xml:space="preserve">Declaro estar ciente de que: </w:t>
      </w:r>
    </w:p>
    <w:p w14:paraId="189810B0" w14:textId="77777777" w:rsidR="00A07590" w:rsidRDefault="002162B0" w:rsidP="00314ACE">
      <w:pPr>
        <w:jc w:val="both"/>
        <w:rPr>
          <w:rFonts w:cs="Arial"/>
          <w:color w:val="auto"/>
        </w:rPr>
      </w:pPr>
      <w:r w:rsidRPr="00314ACE">
        <w:rPr>
          <w:rFonts w:cs="Arial"/>
          <w:color w:val="auto"/>
        </w:rPr>
        <w:t xml:space="preserve">(a) a </w:t>
      </w:r>
      <w:proofErr w:type="spellStart"/>
      <w:r w:rsidRPr="00314ACE">
        <w:rPr>
          <w:rFonts w:cs="Arial"/>
          <w:color w:val="auto"/>
        </w:rPr>
        <w:t>contratação</w:t>
      </w:r>
      <w:proofErr w:type="spellEnd"/>
      <w:r w:rsidRPr="00314ACE">
        <w:rPr>
          <w:rFonts w:cs="Arial"/>
          <w:color w:val="auto"/>
        </w:rPr>
        <w:t xml:space="preserve">, </w:t>
      </w:r>
      <w:proofErr w:type="spellStart"/>
      <w:r w:rsidRPr="00314ACE">
        <w:rPr>
          <w:rFonts w:cs="Arial"/>
          <w:color w:val="auto"/>
        </w:rPr>
        <w:t>remuneração</w:t>
      </w:r>
      <w:proofErr w:type="spellEnd"/>
      <w:r w:rsidRPr="00314ACE">
        <w:rPr>
          <w:rFonts w:cs="Arial"/>
          <w:color w:val="auto"/>
        </w:rPr>
        <w:t xml:space="preserve"> e demais ajustes relativos à minha participação são de responsabilidade do proponente; </w:t>
      </w:r>
    </w:p>
    <w:p w14:paraId="476975C9" w14:textId="77777777" w:rsidR="00A07590" w:rsidRDefault="002162B0" w:rsidP="00314ACE">
      <w:pPr>
        <w:jc w:val="both"/>
        <w:rPr>
          <w:rFonts w:cs="Arial"/>
          <w:color w:val="auto"/>
        </w:rPr>
      </w:pPr>
      <w:r w:rsidRPr="00314ACE">
        <w:rPr>
          <w:rFonts w:cs="Arial"/>
          <w:color w:val="auto"/>
        </w:rPr>
        <w:t xml:space="preserve">(b) </w:t>
      </w:r>
      <w:proofErr w:type="spellStart"/>
      <w:r w:rsidRPr="00314ACE">
        <w:rPr>
          <w:rFonts w:cs="Arial"/>
          <w:color w:val="auto"/>
        </w:rPr>
        <w:t>este</w:t>
      </w:r>
      <w:proofErr w:type="spellEnd"/>
      <w:r w:rsidRPr="00314ACE">
        <w:rPr>
          <w:rFonts w:cs="Arial"/>
          <w:color w:val="auto"/>
        </w:rPr>
        <w:t xml:space="preserve"> </w:t>
      </w:r>
      <w:proofErr w:type="spellStart"/>
      <w:r w:rsidRPr="00314ACE">
        <w:rPr>
          <w:rFonts w:cs="Arial"/>
          <w:color w:val="auto"/>
        </w:rPr>
        <w:t>termo</w:t>
      </w:r>
      <w:proofErr w:type="spellEnd"/>
      <w:r w:rsidRPr="00314ACE">
        <w:rPr>
          <w:rFonts w:cs="Arial"/>
          <w:color w:val="auto"/>
        </w:rPr>
        <w:t xml:space="preserve"> </w:t>
      </w:r>
      <w:proofErr w:type="spellStart"/>
      <w:r w:rsidRPr="00314ACE">
        <w:rPr>
          <w:rFonts w:cs="Arial"/>
          <w:color w:val="auto"/>
        </w:rPr>
        <w:t>não</w:t>
      </w:r>
      <w:proofErr w:type="spellEnd"/>
      <w:r w:rsidRPr="00314ACE">
        <w:rPr>
          <w:rFonts w:cs="Arial"/>
          <w:color w:val="auto"/>
        </w:rPr>
        <w:t xml:space="preserve"> </w:t>
      </w:r>
      <w:proofErr w:type="spellStart"/>
      <w:r w:rsidRPr="00314ACE">
        <w:rPr>
          <w:rFonts w:cs="Arial"/>
          <w:color w:val="auto"/>
        </w:rPr>
        <w:t>cria</w:t>
      </w:r>
      <w:proofErr w:type="spellEnd"/>
      <w:r w:rsidRPr="00314ACE">
        <w:rPr>
          <w:rFonts w:cs="Arial"/>
          <w:color w:val="auto"/>
        </w:rPr>
        <w:t xml:space="preserve"> vínculo trabalhista, funcional ou contratual com o Município de Rio das Antas; </w:t>
      </w:r>
    </w:p>
    <w:p w14:paraId="119CCC0C" w14:textId="77777777" w:rsidR="00A07590" w:rsidRDefault="002162B0" w:rsidP="00314ACE">
      <w:pPr>
        <w:jc w:val="both"/>
        <w:rPr>
          <w:rFonts w:cs="Arial"/>
          <w:color w:val="auto"/>
        </w:rPr>
      </w:pPr>
      <w:r w:rsidRPr="00314ACE">
        <w:rPr>
          <w:rFonts w:cs="Arial"/>
          <w:color w:val="auto"/>
        </w:rPr>
        <w:lastRenderedPageBreak/>
        <w:t xml:space="preserve">(c) </w:t>
      </w:r>
      <w:proofErr w:type="spellStart"/>
      <w:r w:rsidRPr="00314ACE">
        <w:rPr>
          <w:rFonts w:cs="Arial"/>
          <w:color w:val="auto"/>
        </w:rPr>
        <w:t>cumprirei</w:t>
      </w:r>
      <w:proofErr w:type="spellEnd"/>
      <w:r w:rsidRPr="00314ACE">
        <w:rPr>
          <w:rFonts w:cs="Arial"/>
          <w:color w:val="auto"/>
        </w:rPr>
        <w:t xml:space="preserve"> as </w:t>
      </w:r>
      <w:proofErr w:type="spellStart"/>
      <w:r w:rsidRPr="00314ACE">
        <w:rPr>
          <w:rFonts w:cs="Arial"/>
          <w:color w:val="auto"/>
        </w:rPr>
        <w:t>atividades</w:t>
      </w:r>
      <w:proofErr w:type="spellEnd"/>
      <w:r w:rsidRPr="00314ACE">
        <w:rPr>
          <w:rFonts w:cs="Arial"/>
          <w:color w:val="auto"/>
        </w:rPr>
        <w:t xml:space="preserve"> e os prazos acordados, observadas as condições do projeto aprovado; e </w:t>
      </w:r>
    </w:p>
    <w:p w14:paraId="6493126D" w14:textId="33D87211" w:rsidR="00394AF2" w:rsidRPr="00314ACE" w:rsidRDefault="002162B0" w:rsidP="00314ACE">
      <w:pPr>
        <w:jc w:val="both"/>
        <w:rPr>
          <w:rFonts w:cs="Arial"/>
          <w:color w:val="auto"/>
          <w:sz w:val="22"/>
        </w:rPr>
      </w:pPr>
      <w:r w:rsidRPr="00314ACE">
        <w:rPr>
          <w:rFonts w:cs="Arial"/>
          <w:color w:val="auto"/>
        </w:rPr>
        <w:t xml:space="preserve">(d) eventual </w:t>
      </w:r>
      <w:proofErr w:type="spellStart"/>
      <w:r w:rsidRPr="00314ACE">
        <w:rPr>
          <w:rFonts w:cs="Arial"/>
          <w:color w:val="auto"/>
        </w:rPr>
        <w:t>substituição</w:t>
      </w:r>
      <w:proofErr w:type="spellEnd"/>
      <w:r w:rsidRPr="00314ACE">
        <w:rPr>
          <w:rFonts w:cs="Arial"/>
          <w:color w:val="auto"/>
        </w:rPr>
        <w:t xml:space="preserve"> </w:t>
      </w:r>
      <w:proofErr w:type="spellStart"/>
      <w:r w:rsidRPr="00314ACE">
        <w:rPr>
          <w:rFonts w:cs="Arial"/>
          <w:color w:val="auto"/>
        </w:rPr>
        <w:t>deverá</w:t>
      </w:r>
      <w:proofErr w:type="spellEnd"/>
      <w:r w:rsidRPr="00314ACE">
        <w:rPr>
          <w:rFonts w:cs="Arial"/>
          <w:color w:val="auto"/>
        </w:rPr>
        <w:t xml:space="preserve"> ser justificada pelo proponente e observar o edital e o Termo de Execução Cultural.</w:t>
      </w:r>
    </w:p>
    <w:p w14:paraId="7936D5E8" w14:textId="77777777" w:rsidR="00394AF2" w:rsidRPr="00314ACE" w:rsidRDefault="002162B0" w:rsidP="00314ACE">
      <w:pPr>
        <w:jc w:val="both"/>
        <w:rPr>
          <w:rFonts w:cs="Arial"/>
          <w:color w:val="auto"/>
          <w:sz w:val="22"/>
        </w:rPr>
      </w:pPr>
      <w:r w:rsidRPr="00314ACE">
        <w:rPr>
          <w:rFonts w:cs="Arial"/>
          <w:color w:val="auto"/>
        </w:rPr>
        <w:t>Autorizo o tratamento dos dados aqui informados para as finalidades de inscrição, seleção, execução, monitoramento e prestação de informações do projeto, nos limites da legislação aplicável.</w:t>
      </w:r>
    </w:p>
    <w:p w14:paraId="61EEE7CF" w14:textId="77777777" w:rsidR="00A07590" w:rsidRDefault="00A07590" w:rsidP="00314ACE">
      <w:pPr>
        <w:jc w:val="both"/>
        <w:rPr>
          <w:rFonts w:cs="Arial"/>
          <w:color w:val="auto"/>
        </w:rPr>
      </w:pPr>
    </w:p>
    <w:p w14:paraId="47B91E37" w14:textId="474CA1FB" w:rsidR="00394AF2" w:rsidRPr="00314ACE" w:rsidRDefault="002162B0" w:rsidP="00314ACE">
      <w:pPr>
        <w:jc w:val="both"/>
        <w:rPr>
          <w:rFonts w:cs="Arial"/>
          <w:color w:val="auto"/>
          <w:sz w:val="22"/>
        </w:rPr>
      </w:pPr>
      <w:r w:rsidRPr="00314ACE">
        <w:rPr>
          <w:rFonts w:cs="Arial"/>
          <w:color w:val="auto"/>
        </w:rPr>
        <w:t>Rio das Antas/SC, ______ de __________________ de 2026.</w:t>
      </w:r>
    </w:p>
    <w:p w14:paraId="23C9046A" w14:textId="77777777" w:rsidR="00394AF2" w:rsidRPr="00314ACE" w:rsidRDefault="002162B0" w:rsidP="00314ACE">
      <w:pPr>
        <w:jc w:val="both"/>
        <w:rPr>
          <w:rFonts w:cs="Arial"/>
          <w:color w:val="auto"/>
          <w:sz w:val="22"/>
        </w:rPr>
      </w:pPr>
      <w:r w:rsidRPr="00314ACE">
        <w:rPr>
          <w:rFonts w:cs="Arial"/>
          <w:color w:val="auto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94AF2" w:rsidRPr="00314ACE" w14:paraId="3DB7D29F" w14:textId="77777777">
        <w:trPr>
          <w:jc w:val="center"/>
        </w:trPr>
        <w:tc>
          <w:tcPr>
            <w:tcW w:w="4680" w:type="dxa"/>
          </w:tcPr>
          <w:p w14:paraId="71BB2794" w14:textId="77777777" w:rsidR="00394AF2" w:rsidRPr="00314ACE" w:rsidRDefault="002162B0" w:rsidP="00314ACE">
            <w:pPr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________________________________</w:t>
            </w:r>
            <w:r w:rsidRPr="00314ACE">
              <w:rPr>
                <w:rFonts w:cs="Arial"/>
                <w:b/>
                <w:color w:val="auto"/>
              </w:rPr>
              <w:br/>
            </w:r>
            <w:r w:rsidRPr="00314ACE">
              <w:rPr>
                <w:rFonts w:cs="Arial"/>
                <w:color w:val="auto"/>
              </w:rPr>
              <w:t>INTEGRANTE DA EQUIPE</w:t>
            </w:r>
            <w:r w:rsidRPr="00314ACE">
              <w:rPr>
                <w:rFonts w:cs="Arial"/>
                <w:color w:val="auto"/>
              </w:rPr>
              <w:br/>
              <w:t>Nome e CPF</w:t>
            </w:r>
          </w:p>
        </w:tc>
        <w:tc>
          <w:tcPr>
            <w:tcW w:w="4680" w:type="dxa"/>
          </w:tcPr>
          <w:p w14:paraId="33EA4723" w14:textId="77777777" w:rsidR="00394AF2" w:rsidRPr="00314ACE" w:rsidRDefault="002162B0" w:rsidP="00314ACE">
            <w:pPr>
              <w:jc w:val="both"/>
              <w:rPr>
                <w:rFonts w:cs="Arial"/>
                <w:color w:val="auto"/>
                <w:sz w:val="22"/>
              </w:rPr>
            </w:pPr>
            <w:r w:rsidRPr="00314ACE">
              <w:rPr>
                <w:rFonts w:cs="Arial"/>
                <w:b/>
                <w:color w:val="auto"/>
              </w:rPr>
              <w:t>________________________________</w:t>
            </w:r>
            <w:r w:rsidRPr="00314ACE">
              <w:rPr>
                <w:rFonts w:cs="Arial"/>
                <w:b/>
                <w:color w:val="auto"/>
              </w:rPr>
              <w:br/>
            </w:r>
            <w:r w:rsidRPr="00314ACE">
              <w:rPr>
                <w:rFonts w:cs="Arial"/>
                <w:color w:val="auto"/>
              </w:rPr>
              <w:t>PROPONENTE</w:t>
            </w:r>
            <w:r w:rsidRPr="00314ACE">
              <w:rPr>
                <w:rFonts w:cs="Arial"/>
                <w:color w:val="auto"/>
              </w:rPr>
              <w:br/>
              <w:t>Nome e CPF/CNPJ</w:t>
            </w:r>
          </w:p>
        </w:tc>
      </w:tr>
    </w:tbl>
    <w:p w14:paraId="6C5BCB4D" w14:textId="77777777" w:rsidR="002162B0" w:rsidRPr="00314ACE" w:rsidRDefault="002162B0" w:rsidP="00314ACE">
      <w:pPr>
        <w:jc w:val="both"/>
        <w:rPr>
          <w:rFonts w:cs="Arial"/>
          <w:color w:val="auto"/>
          <w:sz w:val="22"/>
        </w:rPr>
      </w:pPr>
    </w:p>
    <w:sectPr w:rsidR="002162B0" w:rsidRPr="00314AC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23" w:right="1238" w:bottom="1037" w:left="1238" w:header="198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0FF9C" w14:textId="77777777" w:rsidR="009406FD" w:rsidRDefault="009406FD">
      <w:pPr>
        <w:spacing w:after="0" w:line="240" w:lineRule="auto"/>
      </w:pPr>
      <w:r>
        <w:separator/>
      </w:r>
    </w:p>
  </w:endnote>
  <w:endnote w:type="continuationSeparator" w:id="0">
    <w:p w14:paraId="290A2920" w14:textId="77777777" w:rsidR="009406FD" w:rsidRDefault="0094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52C8" w14:textId="77777777" w:rsidR="0071376C" w:rsidRDefault="007137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A635C" w14:textId="74A90616" w:rsidR="00394AF2" w:rsidRDefault="00394AF2">
    <w:pPr>
      <w:pStyle w:val="Rodap"/>
      <w:spacing w:line="36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065C" w14:textId="77777777" w:rsidR="0071376C" w:rsidRDefault="007137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31FA9" w14:textId="77777777" w:rsidR="009406FD" w:rsidRDefault="009406FD">
      <w:pPr>
        <w:spacing w:after="0" w:line="240" w:lineRule="auto"/>
      </w:pPr>
      <w:r>
        <w:separator/>
      </w:r>
    </w:p>
  </w:footnote>
  <w:footnote w:type="continuationSeparator" w:id="0">
    <w:p w14:paraId="675CDEE0" w14:textId="77777777" w:rsidR="009406FD" w:rsidRDefault="00940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1E604" w14:textId="77777777" w:rsidR="0071376C" w:rsidRDefault="0071376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592A1" w14:textId="77777777" w:rsidR="0071376C" w:rsidRDefault="009406FD">
    <w:pPr>
      <w:spacing w:after="0" w:line="240" w:lineRule="auto"/>
      <w:jc w:val="center"/>
    </w:pPr>
    <w:r>
      <w:rPr>
        <w:noProof/>
      </w:rPr>
      <w:drawing>
        <wp:inline distT="0" distB="0" distL="0" distR="0" wp14:anchorId="253FD0EF" wp14:editId="1C3F2769">
          <wp:extent cx="5760000" cy="76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BB78" w14:textId="77777777" w:rsidR="0071376C" w:rsidRDefault="007137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362534">
    <w:abstractNumId w:val="8"/>
  </w:num>
  <w:num w:numId="2" w16cid:durableId="1096513883">
    <w:abstractNumId w:val="6"/>
  </w:num>
  <w:num w:numId="3" w16cid:durableId="1980256812">
    <w:abstractNumId w:val="5"/>
  </w:num>
  <w:num w:numId="4" w16cid:durableId="465321328">
    <w:abstractNumId w:val="4"/>
  </w:num>
  <w:num w:numId="5" w16cid:durableId="1723673528">
    <w:abstractNumId w:val="7"/>
  </w:num>
  <w:num w:numId="6" w16cid:durableId="1552645930">
    <w:abstractNumId w:val="3"/>
  </w:num>
  <w:num w:numId="7" w16cid:durableId="1212377685">
    <w:abstractNumId w:val="2"/>
  </w:num>
  <w:num w:numId="8" w16cid:durableId="272594262">
    <w:abstractNumId w:val="1"/>
  </w:num>
  <w:num w:numId="9" w16cid:durableId="1351565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C4B"/>
    <w:rsid w:val="0006063C"/>
    <w:rsid w:val="0015074B"/>
    <w:rsid w:val="002162B0"/>
    <w:rsid w:val="0029639D"/>
    <w:rsid w:val="00314ACE"/>
    <w:rsid w:val="00326F90"/>
    <w:rsid w:val="00394AF2"/>
    <w:rsid w:val="00613DFE"/>
    <w:rsid w:val="0071376C"/>
    <w:rsid w:val="007F7CB6"/>
    <w:rsid w:val="009406FD"/>
    <w:rsid w:val="00944ECD"/>
    <w:rsid w:val="00A07590"/>
    <w:rsid w:val="00AA1D8D"/>
    <w:rsid w:val="00B17E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3672212F-0F21-46EF-B6C8-D65D8BB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hAnsi="Arial"/>
      <w:color w:val="222222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4</cp:revision>
  <dcterms:created xsi:type="dcterms:W3CDTF">2013-12-23T23:15:00Z</dcterms:created>
  <dcterms:modified xsi:type="dcterms:W3CDTF">2026-09-15T18:41:00Z</dcterms:modified>
  <cp:category/>
</cp:coreProperties>
</file>