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C674" w14:textId="77777777" w:rsidR="009B0A22" w:rsidRPr="00FD2AB5" w:rsidRDefault="00F66B5F" w:rsidP="004B2B3C">
      <w:pPr>
        <w:spacing w:after="160"/>
        <w:jc w:val="center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ANEXO XI</w:t>
      </w:r>
    </w:p>
    <w:p w14:paraId="2BA625B6" w14:textId="77777777" w:rsidR="009B0A22" w:rsidRPr="00FD2AB5" w:rsidRDefault="00F66B5F" w:rsidP="004B2B3C">
      <w:pPr>
        <w:pStyle w:val="Ttulo"/>
        <w:spacing w:after="160" w:line="360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4"/>
          <w:szCs w:val="22"/>
          <w:lang w:val="pt-BR"/>
        </w:rPr>
        <w:t>MODELO ORIENTATIVO DE RELATÓRIO PARCIAL DE ACOMPANHAMENTO</w:t>
      </w:r>
    </w:p>
    <w:p w14:paraId="20017B3B" w14:textId="77777777" w:rsidR="009B0A22" w:rsidRPr="00FD2AB5" w:rsidRDefault="00F66B5F" w:rsidP="004B2B3C">
      <w:pPr>
        <w:spacing w:after="160"/>
        <w:jc w:val="center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9B0A22" w:rsidRPr="00FD2AB5" w14:paraId="231B49F2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D63E36" w14:textId="77777777" w:rsidR="00A16219" w:rsidRDefault="00D83025">
            <w:r>
              <w:t>Encaminhar para pnabciclo2@riodasantas.sc.gov.br após 30, 90 e 120 dias do início da execução, quando a vigência alcançar esses períodos. O relatório tem finalidade de acompanhamento e não substitui o Relatório de Execução do Objeto ao término do projeto.</w:t>
            </w:r>
          </w:p>
        </w:tc>
      </w:tr>
    </w:tbl>
    <w:p w14:paraId="68F09DA8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1. Nome do projeto</w:t>
      </w:r>
    </w:p>
    <w:p w14:paraId="71DD2094" w14:textId="3197F635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4B37B2D8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2. Agente cultural</w:t>
      </w:r>
    </w:p>
    <w:p w14:paraId="32D4E3A8" w14:textId="2DCD1A8F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2C2E800B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3. Nº do Termo de Execução Cultural</w:t>
      </w:r>
    </w:p>
    <w:p w14:paraId="0EF301F0" w14:textId="3080A87B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1B9E02CC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>
        <w:t>4. Categoria do projeto</w:t>
      </w:r>
    </w:p>
    <w:p w14:paraId="17DDFED7" w14:textId="52CC49EE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3A863075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5. Período abrangido pelo relatório</w:t>
      </w:r>
    </w:p>
    <w:p w14:paraId="48FDD4BE" w14:textId="023D01BC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4CD74780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6. Data de envio</w:t>
      </w:r>
    </w:p>
    <w:p w14:paraId="79DEE877" w14:textId="79784DB4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77891DCE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4"/>
          <w:szCs w:val="22"/>
          <w:lang w:val="pt-BR"/>
        </w:rPr>
        <w:t>7. Situação geral</w:t>
      </w:r>
    </w:p>
    <w:p w14:paraId="62495C59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Como está a execução?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9B0A22" w:rsidRPr="00FD2AB5" w14:paraId="51D6F7A7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68AD8E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Não iniciada, com justificativa</w:t>
            </w:r>
          </w:p>
        </w:tc>
      </w:tr>
      <w:tr w:rsidR="009B0A22" w:rsidRPr="00FD2AB5" w14:paraId="56A75780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E79E0E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Em preparação</w:t>
            </w:r>
          </w:p>
        </w:tc>
      </w:tr>
      <w:tr w:rsidR="009B0A22" w:rsidRPr="00FD2AB5" w14:paraId="36797C09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CD4B039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lastRenderedPageBreak/>
              <w:t>☐</w:t>
            </w:r>
            <w:r w:rsidRPr="00FD2AB5">
              <w:rPr>
                <w:rFonts w:cs="Arial"/>
                <w:lang w:val="pt-BR"/>
              </w:rPr>
              <w:t xml:space="preserve"> Em execução conforme previsto</w:t>
            </w:r>
          </w:p>
        </w:tc>
      </w:tr>
      <w:tr w:rsidR="009B0A22" w:rsidRPr="00FD2AB5" w14:paraId="01F106E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982C86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Em execução com ajustes</w:t>
            </w:r>
          </w:p>
        </w:tc>
      </w:tr>
      <w:tr w:rsidR="009B0A22" w:rsidRPr="00FD2AB5" w14:paraId="0DA0649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6A33120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Com dificuldade que exige orientação do Município</w:t>
            </w:r>
          </w:p>
        </w:tc>
      </w:tr>
    </w:tbl>
    <w:p w14:paraId="5D405FD4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4"/>
          <w:szCs w:val="22"/>
          <w:lang w:val="pt-BR"/>
        </w:rPr>
        <w:t>8. Atividades realizadas ou preparadas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872"/>
        <w:gridCol w:w="2448"/>
        <w:gridCol w:w="3600"/>
      </w:tblGrid>
      <w:tr w:rsidR="009B0A22" w:rsidRPr="00FD2AB5" w14:paraId="09F54593" w14:textId="77777777" w:rsidTr="001F461A">
        <w:trPr>
          <w:tblHeader/>
          <w:jc w:val="center"/>
        </w:trPr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939D6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Atividade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C76D9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Data/período</w:t>
            </w:r>
          </w:p>
        </w:tc>
        <w:tc>
          <w:tcPr>
            <w:tcW w:w="244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82DD6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Local</w:t>
            </w:r>
          </w:p>
        </w:tc>
        <w:tc>
          <w:tcPr>
            <w:tcW w:w="360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33DC3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Situação e resultado parcial</w:t>
            </w:r>
          </w:p>
        </w:tc>
      </w:tr>
      <w:tr w:rsidR="009B0A22" w:rsidRPr="00FD2AB5" w14:paraId="46DA33FB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AC2E4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357ED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11AA8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866B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609960A5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8FD6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EFEE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51E7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E601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697FF3B1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D714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0B59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37697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947B0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45DA3854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4B57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1E90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65D5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755F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12E0FBE7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FC68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12B4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6EA2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201F0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1225DD14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C8AB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32284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00216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CE18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3DA837AD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F0F9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6376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9181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D9C0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796CAE0D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4"/>
          <w:szCs w:val="22"/>
          <w:lang w:val="pt-BR"/>
        </w:rPr>
        <w:t>9. Metas e cronograma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3024"/>
        <w:gridCol w:w="1872"/>
        <w:gridCol w:w="2592"/>
      </w:tblGrid>
      <w:tr w:rsidR="009B0A22" w:rsidRPr="00FD2AB5" w14:paraId="62400B74" w14:textId="77777777" w:rsidTr="001F461A">
        <w:trPr>
          <w:tblHeader/>
          <w:jc w:val="center"/>
        </w:trPr>
        <w:tc>
          <w:tcPr>
            <w:tcW w:w="331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E307E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Meta</w:t>
            </w:r>
          </w:p>
        </w:tc>
        <w:tc>
          <w:tcPr>
            <w:tcW w:w="3024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730B6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Estágio atual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46EEA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Percentual aproximado</w:t>
            </w:r>
          </w:p>
        </w:tc>
        <w:tc>
          <w:tcPr>
            <w:tcW w:w="259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FD4B5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lang w:val="pt-BR"/>
              </w:rPr>
              <w:t>Próxima providência</w:t>
            </w:r>
          </w:p>
        </w:tc>
      </w:tr>
      <w:tr w:rsidR="009B0A22" w:rsidRPr="00FD2AB5" w14:paraId="180BB46B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449F7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666F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9E51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6230F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74F4E850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528A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5D9A7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B919D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E2BD8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0A5909BD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1462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D91E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2F9E6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9C21F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01A486AE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74F7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107E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8600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8370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4EA20E7E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F60F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8579F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65D52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6D9E6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43E72D3A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2CB9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A500D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DF2E4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BEB8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16BED0BB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4"/>
          <w:szCs w:val="22"/>
          <w:lang w:val="pt-BR"/>
        </w:rPr>
        <w:t>10. Público e acessibilidade</w:t>
      </w:r>
    </w:p>
    <w:p w14:paraId="315A546D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10.1. Público mobilizado ou alcançado até o momento</w:t>
      </w:r>
    </w:p>
    <w:p w14:paraId="71659FCE" w14:textId="410F8270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62B0833E" w14:textId="0B0BE06D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28A7C076" w14:textId="61AD71FD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468F27AA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10.2. Medidas de acessibilidade realizadas ou preparadas</w:t>
      </w:r>
    </w:p>
    <w:p w14:paraId="7CF17274" w14:textId="55FAE02F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55C0DA34" w14:textId="14774CC9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627FE5B7" w14:textId="3FC9691A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___________________________________________________________________________</w:t>
      </w:r>
    </w:p>
    <w:p w14:paraId="5F9C7BBD" w14:textId="77777777" w:rsidR="001F461A" w:rsidRPr="00FD2AB5" w:rsidRDefault="001F461A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</w:p>
    <w:p w14:paraId="1143EED5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4"/>
          <w:szCs w:val="22"/>
          <w:lang w:val="pt-BR"/>
        </w:rPr>
        <w:t>11. Dificuldades e providências</w:t>
      </w:r>
    </w:p>
    <w:p w14:paraId="762E2DCE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11.1. Dificuldades encontradas</w:t>
      </w:r>
    </w:p>
    <w:p w14:paraId="64A01C2A" w14:textId="77777777" w:rsidR="001F461A" w:rsidRPr="00FD2AB5" w:rsidRDefault="001F461A" w:rsidP="004B2B3C">
      <w:pPr>
        <w:keepLines/>
        <w:pBdr>
          <w:top w:val="single" w:sz="12" w:space="1" w:color="auto"/>
          <w:bottom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D65597D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426EF44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4A110739" w14:textId="77777777" w:rsidR="007017E9" w:rsidRDefault="007017E9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b/>
          <w:lang w:val="pt-BR"/>
        </w:rPr>
      </w:pPr>
    </w:p>
    <w:p w14:paraId="11769D77" w14:textId="77777777" w:rsidR="007017E9" w:rsidRDefault="007017E9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b/>
          <w:lang w:val="pt-BR"/>
        </w:rPr>
      </w:pPr>
    </w:p>
    <w:p w14:paraId="6A064C94" w14:textId="77777777" w:rsidR="007017E9" w:rsidRDefault="007017E9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b/>
          <w:lang w:val="pt-BR"/>
        </w:rPr>
      </w:pPr>
    </w:p>
    <w:p w14:paraId="44B60268" w14:textId="0E839C0D" w:rsidR="009B0A22" w:rsidRPr="00FD2AB5" w:rsidRDefault="00F66B5F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lastRenderedPageBreak/>
        <w:t>11.2. Providências adotadas ou apoio solicitado ao Município</w:t>
      </w:r>
    </w:p>
    <w:p w14:paraId="15872F8B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7E37A037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370A4B14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20EF03BA" w14:textId="77777777" w:rsidR="009B0A22" w:rsidRPr="007017E9" w:rsidRDefault="00F66B5F" w:rsidP="004B2B3C">
      <w:pPr>
        <w:keepLines/>
        <w:spacing w:after="160"/>
        <w:rPr>
          <w:rFonts w:cs="Arial"/>
          <w:b/>
          <w:bCs/>
          <w:sz w:val="22"/>
          <w:lang w:val="pt-BR"/>
        </w:rPr>
      </w:pPr>
      <w:r w:rsidRPr="007017E9">
        <w:rPr>
          <w:rFonts w:cs="Arial"/>
          <w:b/>
          <w:bCs/>
          <w:lang w:val="pt-BR"/>
        </w:rPr>
        <w:t>12. Próximas atividades</w:t>
      </w:r>
    </w:p>
    <w:p w14:paraId="0C6EB8A9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Informe as próximas etapas, datas previstas e responsáveis</w:t>
      </w:r>
    </w:p>
    <w:p w14:paraId="0EAEE6D1" w14:textId="77777777" w:rsidR="001F461A" w:rsidRPr="00FD2AB5" w:rsidRDefault="001F461A" w:rsidP="004B2B3C">
      <w:pPr>
        <w:keepLines/>
        <w:pBdr>
          <w:top w:val="single" w:sz="12" w:space="1" w:color="auto"/>
          <w:bottom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6D994F9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44350560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411C0373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ABD28DE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13. Evidências anexadas</w:t>
      </w:r>
    </w:p>
    <w:p w14:paraId="75D5C189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Anexos disponíveis nesta fase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0A22" w:rsidRPr="00FD2AB5" w14:paraId="49121D1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6E8C66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Fotografias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0CE09F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Vídeos</w:t>
            </w:r>
          </w:p>
        </w:tc>
      </w:tr>
      <w:tr w:rsidR="009B0A22" w:rsidRPr="00FD2AB5" w14:paraId="76CAA99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F3A3D8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Listas de presença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E18C27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Materiais de divulgação</w:t>
            </w:r>
          </w:p>
        </w:tc>
      </w:tr>
      <w:tr w:rsidR="009B0A22" w:rsidRPr="00FD2AB5" w14:paraId="48729C0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7D884CE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Publicações/links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86BBE5C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Atas</w:t>
            </w:r>
          </w:p>
        </w:tc>
      </w:tr>
      <w:tr w:rsidR="009B0A22" w:rsidRPr="00FD2AB5" w14:paraId="331C6E0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D777E6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Contratos ou comprovantes de contratação/aquisição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1FB2D5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cs="Segoe UI Symbol"/>
                <w:lang w:val="pt-BR"/>
              </w:rPr>
              <w:t>☐</w:t>
            </w:r>
            <w:r w:rsidRPr="00FD2AB5">
              <w:rPr>
                <w:rFonts w:cs="Arial"/>
                <w:lang w:val="pt-BR"/>
              </w:rPr>
              <w:t xml:space="preserve"> Outros</w:t>
            </w:r>
          </w:p>
        </w:tc>
      </w:tr>
    </w:tbl>
    <w:p w14:paraId="64B58B15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lang w:val="pt-BR"/>
        </w:rPr>
        <w:t>Relação dos arquivos ou links enviados</w:t>
      </w:r>
    </w:p>
    <w:p w14:paraId="23A59998" w14:textId="77777777" w:rsidR="001F461A" w:rsidRPr="00FD2AB5" w:rsidRDefault="001F461A" w:rsidP="004B2B3C">
      <w:pPr>
        <w:keepLines/>
        <w:pBdr>
          <w:top w:val="single" w:sz="12" w:space="1" w:color="auto"/>
          <w:bottom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243D2D84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5A07DD58" w14:textId="77777777" w:rsidR="001F461A" w:rsidRPr="00FD2AB5" w:rsidRDefault="001F461A" w:rsidP="004B2B3C">
      <w:pPr>
        <w:keepLines/>
        <w:spacing w:after="160"/>
        <w:rPr>
          <w:rFonts w:cs="Arial"/>
          <w:sz w:val="22"/>
          <w:lang w:val="pt-BR"/>
        </w:rPr>
      </w:pPr>
    </w:p>
    <w:p w14:paraId="7AC3623D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t>14. Declaração</w:t>
      </w:r>
    </w:p>
    <w:p w14:paraId="349CC63B" w14:textId="77777777" w:rsidR="009B0A22" w:rsidRPr="00FD2AB5" w:rsidRDefault="00F66B5F" w:rsidP="004B2B3C">
      <w:pPr>
        <w:spacing w:after="160"/>
        <w:jc w:val="both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lastRenderedPageBreak/>
        <w:t>Declaro que as informações apresentadas correspondem ao estágio atual da execução e comprometo-me a comunicar ao Município qualquer ocorrência que possa comprometer o objeto, as metas, o cronograma ou a regularidade do projeto.</w:t>
      </w:r>
    </w:p>
    <w:p w14:paraId="7D6D99E0" w14:textId="77777777" w:rsidR="009B0A22" w:rsidRPr="00FD2AB5" w:rsidRDefault="00F66B5F" w:rsidP="004B2B3C">
      <w:pPr>
        <w:spacing w:after="160"/>
        <w:jc w:val="center"/>
        <w:rPr>
          <w:rFonts w:cs="Arial"/>
          <w:sz w:val="22"/>
          <w:lang w:val="pt-BR"/>
        </w:rPr>
      </w:pPr>
      <w:r w:rsidRPr="00FD2AB5">
        <w:rPr>
          <w:rFonts w:cs="Arial"/>
          <w:lang w:val="pt-BR"/>
        </w:rPr>
        <w:br/>
        <w:t xml:space="preserve">Rio das Antas/SC, ______ de __________________ </w:t>
      </w:r>
      <w:proofErr w:type="spellStart"/>
      <w:r w:rsidRPr="00FD2AB5">
        <w:rPr>
          <w:rFonts w:cs="Arial"/>
          <w:lang w:val="pt-BR"/>
        </w:rPr>
        <w:t>de</w:t>
      </w:r>
      <w:proofErr w:type="spellEnd"/>
      <w:r w:rsidRPr="00FD2AB5">
        <w:rPr>
          <w:rFonts w:cs="Arial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B0A22" w:rsidRPr="00FD2AB5" w14:paraId="6EE980DB" w14:textId="77777777">
        <w:trPr>
          <w:jc w:val="center"/>
        </w:trPr>
        <w:tc>
          <w:tcPr>
            <w:tcW w:w="10080" w:type="dxa"/>
          </w:tcPr>
          <w:p w14:paraId="70B51B69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FD2AB5">
              <w:rPr>
                <w:rFonts w:cs="Arial"/>
                <w:lang w:val="pt-BR"/>
              </w:rPr>
              <w:br/>
              <w:t>____________________________________________</w:t>
            </w:r>
          </w:p>
        </w:tc>
      </w:tr>
      <w:tr w:rsidR="009B0A22" w:rsidRPr="00FD2AB5" w14:paraId="3CFBA202" w14:textId="77777777">
        <w:trPr>
          <w:jc w:val="center"/>
        </w:trPr>
        <w:tc>
          <w:tcPr>
            <w:tcW w:w="10080" w:type="dxa"/>
          </w:tcPr>
          <w:p w14:paraId="0F013930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FD2AB5">
              <w:rPr>
                <w:rFonts w:cs="Arial"/>
                <w:lang w:val="pt-BR"/>
              </w:rPr>
              <w:t>AGENTE CULTURAL</w:t>
            </w:r>
          </w:p>
        </w:tc>
      </w:tr>
    </w:tbl>
    <w:p w14:paraId="1C82E9B7" w14:textId="77777777" w:rsidR="00F66B5F" w:rsidRPr="00FD2AB5" w:rsidRDefault="00F66B5F" w:rsidP="004B2B3C">
      <w:pPr>
        <w:spacing w:after="160"/>
        <w:rPr>
          <w:rFonts w:cs="Arial"/>
          <w:sz w:val="22"/>
          <w:lang w:val="pt-BR"/>
        </w:rPr>
      </w:pPr>
    </w:p>
    <w:p w14:paraId="654CD3CA" w14:textId="77777777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br w:type="page"/>
      </w:r>
    </w:p>
    <w:p w14:paraId="4F65E312" w14:textId="77777777" w:rsidR="00E41C07" w:rsidRPr="00FD2AB5" w:rsidRDefault="00806EA3">
      <w:pPr>
        <w:spacing w:after="40"/>
        <w:jc w:val="center"/>
        <w:rPr>
          <w:rFonts w:cs="Arial"/>
          <w:sz w:val="22"/>
        </w:rPr>
      </w:pPr>
      <w:r w:rsidRPr="00FD2AB5">
        <w:rPr>
          <w:rFonts w:cs="Arial"/>
          <w:b/>
        </w:rPr>
        <w:lastRenderedPageBreak/>
        <w:t>ANEXO XI</w:t>
      </w:r>
    </w:p>
    <w:p w14:paraId="12C4F897" w14:textId="77777777" w:rsidR="00E41C07" w:rsidRPr="00FD2AB5" w:rsidRDefault="00806EA3">
      <w:pPr>
        <w:spacing w:after="40"/>
        <w:jc w:val="center"/>
        <w:rPr>
          <w:rFonts w:cs="Arial"/>
          <w:sz w:val="22"/>
        </w:rPr>
      </w:pPr>
      <w:r w:rsidRPr="00FD2AB5">
        <w:rPr>
          <w:rFonts w:cs="Arial"/>
          <w:b/>
        </w:rPr>
        <w:t>MODELO ORIENTATIVO DE RELATÓRIO FINAL DE EXECUÇÃO DO OBJETO</w:t>
      </w:r>
    </w:p>
    <w:p w14:paraId="29818489" w14:textId="77777777" w:rsidR="00E41C07" w:rsidRDefault="00806EA3">
      <w:pPr>
        <w:spacing w:after="160"/>
        <w:jc w:val="center"/>
        <w:rPr>
          <w:rFonts w:cs="Arial"/>
          <w:b/>
          <w:sz w:val="22"/>
        </w:rPr>
      </w:pPr>
      <w:r w:rsidRPr="00FD2AB5">
        <w:rPr>
          <w:rFonts w:cs="Arial"/>
          <w:b/>
        </w:rPr>
        <w:t>EDITAL DE CHAMAMENTO PÚBLICO Nº 02/2026 – PNAB – CICLO 2 – RIO DAS ANTAS/SC</w:t>
      </w:r>
    </w:p>
    <w:p w14:paraId="6B76C2C0" w14:textId="77777777" w:rsidR="00FD2AB5" w:rsidRPr="00FD2AB5" w:rsidRDefault="00FD2AB5">
      <w:pPr>
        <w:spacing w:after="160"/>
        <w:jc w:val="center"/>
        <w:rPr>
          <w:rFonts w:cs="Arial"/>
          <w:sz w:val="22"/>
        </w:rPr>
      </w:pPr>
    </w:p>
    <w:p w14:paraId="68C640C7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b/>
        </w:rPr>
        <w:t>Apresentar ao término da execução do projeto, no prazo e pelo meio previstos no Edital e no Termo de Execução Cultural.</w:t>
      </w:r>
    </w:p>
    <w:p w14:paraId="18AFF74D" w14:textId="77777777" w:rsidR="00E41C07" w:rsidRPr="00FD2AB5" w:rsidRDefault="00806EA3" w:rsidP="00FD2AB5">
      <w:pPr>
        <w:spacing w:after="40"/>
        <w:jc w:val="both"/>
        <w:rPr>
          <w:rFonts w:cs="Arial"/>
          <w:sz w:val="22"/>
        </w:rPr>
      </w:pPr>
      <w:r w:rsidRPr="00FD2AB5">
        <w:rPr>
          <w:rFonts w:cs="Arial"/>
        </w:rPr>
        <w:t>O Relatório Final tem por finalidade demonstrar o cumprimento do objeto, das metas, das entregas e das obrigações assumidas, por meio da descrição dos resultados e das evidências da execução.</w:t>
      </w:r>
    </w:p>
    <w:p w14:paraId="31AEF2C1" w14:textId="77777777" w:rsidR="00E41C07" w:rsidRPr="00FD2AB5" w:rsidRDefault="00806EA3" w:rsidP="00FD2AB5">
      <w:pPr>
        <w:spacing w:after="160"/>
        <w:jc w:val="both"/>
        <w:rPr>
          <w:rFonts w:cs="Arial"/>
          <w:sz w:val="22"/>
        </w:rPr>
      </w:pPr>
      <w:proofErr w:type="gramStart"/>
      <w:r w:rsidRPr="00FD2AB5">
        <w:rPr>
          <w:rFonts w:cs="Arial"/>
        </w:rPr>
        <w:t>A</w:t>
      </w:r>
      <w:proofErr w:type="gramEnd"/>
      <w:r w:rsidRPr="00FD2AB5">
        <w:rPr>
          <w:rFonts w:cs="Arial"/>
        </w:rPr>
        <w:t xml:space="preserve"> apresentação de documentos financeiros observará as hipóteses e condições previstas no Edital, no Termo de Execução Cultural e na legislação aplicável.</w:t>
      </w:r>
    </w:p>
    <w:p w14:paraId="1FA3AF48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1. Nome do projeto</w:t>
      </w:r>
    </w:p>
    <w:p w14:paraId="65881679" w14:textId="461A214E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0D31E70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2. Agente cultural</w:t>
      </w:r>
    </w:p>
    <w:p w14:paraId="2E43798B" w14:textId="59686867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6D9A8E94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3. Nº do Termo de Execução Cultural</w:t>
      </w:r>
    </w:p>
    <w:p w14:paraId="5D5CAFBC" w14:textId="157A1934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47CEB5C2" w14:textId="77777777" w:rsidR="00E41C07" w:rsidRPr="00FD2AB5" w:rsidRDefault="00806EA3">
      <w:pPr>
        <w:spacing w:after="20"/>
        <w:rPr>
          <w:rFonts w:cs="Arial"/>
          <w:sz w:val="22"/>
        </w:rPr>
      </w:pPr>
      <w:r>
        <w:t>4. Categoria do projeto</w:t>
      </w:r>
    </w:p>
    <w:p w14:paraId="601FB3FC" w14:textId="082594F2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B48A297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5. Período total de execução</w:t>
      </w:r>
    </w:p>
    <w:p w14:paraId="6C923EBD" w14:textId="24CFAC1B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417DC83B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6. Data de envio do Relatório Final</w:t>
      </w:r>
    </w:p>
    <w:p w14:paraId="117744BF" w14:textId="4E0A5762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</w:rPr>
        <w:lastRenderedPageBreak/>
        <w:t>__________________________________________________________________________________</w:t>
      </w:r>
    </w:p>
    <w:p w14:paraId="2795078A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b/>
        </w:rPr>
        <w:t>7. Síntese da execução do projeto</w:t>
      </w:r>
    </w:p>
    <w:p w14:paraId="1B4EFCCC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</w:rPr>
        <w:t>Descreva, de forma resumida, como o projeto foi executado e quais foram os principais resultados alcançados.</w:t>
      </w:r>
    </w:p>
    <w:p w14:paraId="4044D269" w14:textId="7DC720B1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2B48D7BE" w14:textId="78A5E80F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462BF5C3" w14:textId="524737F6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1F800538" w14:textId="77777777" w:rsidR="00E41C07" w:rsidRPr="00FD2AB5" w:rsidRDefault="00806EA3">
      <w:pPr>
        <w:spacing w:before="80" w:after="60"/>
        <w:rPr>
          <w:rFonts w:cs="Arial"/>
          <w:sz w:val="22"/>
        </w:rPr>
      </w:pPr>
      <w:r w:rsidRPr="00FD2AB5">
        <w:rPr>
          <w:rFonts w:cs="Arial"/>
          <w:b/>
        </w:rPr>
        <w:t xml:space="preserve">8. </w:t>
      </w:r>
      <w:proofErr w:type="spellStart"/>
      <w:r w:rsidRPr="00FD2AB5">
        <w:rPr>
          <w:rFonts w:cs="Arial"/>
          <w:b/>
        </w:rPr>
        <w:t>Atividades</w:t>
      </w:r>
      <w:proofErr w:type="spellEnd"/>
      <w:r w:rsidRPr="00FD2AB5">
        <w:rPr>
          <w:rFonts w:cs="Arial"/>
          <w:b/>
        </w:rPr>
        <w:t xml:space="preserve"> </w:t>
      </w:r>
      <w:proofErr w:type="spellStart"/>
      <w:r w:rsidRPr="00FD2AB5">
        <w:rPr>
          <w:rFonts w:cs="Arial"/>
          <w:b/>
        </w:rPr>
        <w:t>efetivamente</w:t>
      </w:r>
      <w:proofErr w:type="spellEnd"/>
      <w:r w:rsidRPr="00FD2AB5">
        <w:rPr>
          <w:rFonts w:cs="Arial"/>
          <w:b/>
        </w:rPr>
        <w:t xml:space="preserve"> </w:t>
      </w:r>
      <w:proofErr w:type="spellStart"/>
      <w:r w:rsidRPr="00FD2AB5">
        <w:rPr>
          <w:rFonts w:cs="Arial"/>
          <w:b/>
        </w:rPr>
        <w:t>realizadas</w:t>
      </w:r>
      <w:proofErr w:type="spellEnd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2518"/>
        <w:gridCol w:w="2517"/>
        <w:gridCol w:w="2518"/>
      </w:tblGrid>
      <w:tr w:rsidR="00E41C07" w:rsidRPr="00FD2AB5" w14:paraId="0E8D8427" w14:textId="77777777">
        <w:trPr>
          <w:tblHeader/>
          <w:jc w:val="center"/>
        </w:trPr>
        <w:tc>
          <w:tcPr>
            <w:tcW w:w="2520" w:type="dxa"/>
            <w:shd w:val="clear" w:color="auto" w:fill="8C8C8C"/>
            <w:vAlign w:val="center"/>
          </w:tcPr>
          <w:p w14:paraId="0D5504D9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Atividade realizada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11A7A199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Data/período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66EF16DD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Local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7D4D0388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Resultado alcançado</w:t>
            </w:r>
          </w:p>
        </w:tc>
      </w:tr>
      <w:tr w:rsidR="00E41C07" w:rsidRPr="00FD2AB5" w14:paraId="65144463" w14:textId="77777777">
        <w:trPr>
          <w:jc w:val="center"/>
        </w:trPr>
        <w:tc>
          <w:tcPr>
            <w:tcW w:w="2520" w:type="dxa"/>
          </w:tcPr>
          <w:p w14:paraId="6613768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13B5FE6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7ED1FC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EE8691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7E26059C" w14:textId="77777777">
        <w:trPr>
          <w:jc w:val="center"/>
        </w:trPr>
        <w:tc>
          <w:tcPr>
            <w:tcW w:w="2520" w:type="dxa"/>
          </w:tcPr>
          <w:p w14:paraId="55906A3F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048DC6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63B923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665100F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3F121126" w14:textId="77777777">
        <w:trPr>
          <w:jc w:val="center"/>
        </w:trPr>
        <w:tc>
          <w:tcPr>
            <w:tcW w:w="2520" w:type="dxa"/>
          </w:tcPr>
          <w:p w14:paraId="13B21CA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302B4A6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9D906B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5E28B9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6262A482" w14:textId="77777777">
        <w:trPr>
          <w:jc w:val="center"/>
        </w:trPr>
        <w:tc>
          <w:tcPr>
            <w:tcW w:w="2520" w:type="dxa"/>
          </w:tcPr>
          <w:p w14:paraId="3328AAD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A2F7B69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A9E3B8B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35F198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26C4E7A9" w14:textId="77777777">
        <w:trPr>
          <w:jc w:val="center"/>
        </w:trPr>
        <w:tc>
          <w:tcPr>
            <w:tcW w:w="2520" w:type="dxa"/>
          </w:tcPr>
          <w:p w14:paraId="7D4DFAF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3A203F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97DF42A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00CD14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6C903669" w14:textId="77777777">
        <w:trPr>
          <w:jc w:val="center"/>
        </w:trPr>
        <w:tc>
          <w:tcPr>
            <w:tcW w:w="2520" w:type="dxa"/>
          </w:tcPr>
          <w:p w14:paraId="6AF7FC9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6A1D73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9C93E6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86BD9D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</w:tbl>
    <w:p w14:paraId="73845446" w14:textId="77777777" w:rsidR="00E41C07" w:rsidRPr="00FD2AB5" w:rsidRDefault="00806EA3">
      <w:pPr>
        <w:spacing w:before="100" w:after="60"/>
        <w:rPr>
          <w:rFonts w:cs="Arial"/>
          <w:sz w:val="22"/>
        </w:rPr>
      </w:pPr>
      <w:r w:rsidRPr="00FD2AB5">
        <w:rPr>
          <w:rFonts w:cs="Arial"/>
          <w:b/>
        </w:rPr>
        <w:t>9. Cumprimento das metas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2517"/>
        <w:gridCol w:w="2517"/>
        <w:gridCol w:w="2519"/>
      </w:tblGrid>
      <w:tr w:rsidR="00E41C07" w:rsidRPr="00FD2AB5" w14:paraId="2AEDD489" w14:textId="77777777">
        <w:trPr>
          <w:tblHeader/>
          <w:jc w:val="center"/>
        </w:trPr>
        <w:tc>
          <w:tcPr>
            <w:tcW w:w="2520" w:type="dxa"/>
            <w:shd w:val="clear" w:color="auto" w:fill="8C8C8C"/>
            <w:vAlign w:val="center"/>
          </w:tcPr>
          <w:p w14:paraId="36A204A1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Meta prevista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0098706E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Resultado alcançado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731DDA90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Situação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5B56C5C4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Evidência correspondente</w:t>
            </w:r>
          </w:p>
        </w:tc>
      </w:tr>
      <w:tr w:rsidR="00E41C07" w:rsidRPr="00FD2AB5" w14:paraId="73FE784D" w14:textId="77777777">
        <w:trPr>
          <w:jc w:val="center"/>
        </w:trPr>
        <w:tc>
          <w:tcPr>
            <w:tcW w:w="2520" w:type="dxa"/>
          </w:tcPr>
          <w:p w14:paraId="00FF479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C69373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B77A23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79681C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88FBF53" w14:textId="77777777">
        <w:trPr>
          <w:jc w:val="center"/>
        </w:trPr>
        <w:tc>
          <w:tcPr>
            <w:tcW w:w="2520" w:type="dxa"/>
          </w:tcPr>
          <w:p w14:paraId="045A123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E79A5B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BD7403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BC8271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1459A9E4" w14:textId="77777777">
        <w:trPr>
          <w:jc w:val="center"/>
        </w:trPr>
        <w:tc>
          <w:tcPr>
            <w:tcW w:w="2520" w:type="dxa"/>
          </w:tcPr>
          <w:p w14:paraId="0DAB883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894FD7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6CBCDF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3AA390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3E816F46" w14:textId="77777777">
        <w:trPr>
          <w:jc w:val="center"/>
        </w:trPr>
        <w:tc>
          <w:tcPr>
            <w:tcW w:w="2520" w:type="dxa"/>
          </w:tcPr>
          <w:p w14:paraId="4ED7511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54EC136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957170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D1A217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005793E" w14:textId="77777777">
        <w:trPr>
          <w:jc w:val="center"/>
        </w:trPr>
        <w:tc>
          <w:tcPr>
            <w:tcW w:w="2520" w:type="dxa"/>
          </w:tcPr>
          <w:p w14:paraId="0696A30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BF8174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7A20EA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7F19134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</w:tbl>
    <w:p w14:paraId="6D08E91B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10. Público alcançado e participação</w:t>
      </w:r>
    </w:p>
    <w:p w14:paraId="09E3A9BF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10.1. Informe o público total alcançado e, quando possível, a forma de aferição:</w:t>
      </w:r>
    </w:p>
    <w:p w14:paraId="7DF3CC3D" w14:textId="113AAF5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0CEF47C9" w14:textId="136631D8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52A194CE" w14:textId="5292E1A4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1BD671D0" w14:textId="77777777" w:rsidR="00E41C07" w:rsidRPr="00FD2AB5" w:rsidRDefault="00806EA3">
      <w:pPr>
        <w:spacing w:before="60" w:after="20"/>
        <w:rPr>
          <w:rFonts w:cs="Arial"/>
          <w:sz w:val="22"/>
        </w:rPr>
      </w:pPr>
      <w:r w:rsidRPr="00FD2AB5">
        <w:rPr>
          <w:rFonts w:cs="Arial"/>
          <w:b/>
        </w:rPr>
        <w:t>10.2. Informe as medidas de acessibilidade efetivamente adotadas:</w:t>
      </w:r>
    </w:p>
    <w:p w14:paraId="0CD8FD46" w14:textId="67E736EE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7B792F8E" w14:textId="2C3326F2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73226593" w14:textId="4169EDA0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099FB683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11. Produtos, obras ou entregas culturais</w:t>
      </w:r>
    </w:p>
    <w:p w14:paraId="4F2967AD" w14:textId="77777777" w:rsidR="00E41C07" w:rsidRPr="00FD2AB5" w:rsidRDefault="00806EA3">
      <w:pPr>
        <w:spacing w:after="60"/>
        <w:rPr>
          <w:rFonts w:cs="Arial"/>
          <w:sz w:val="22"/>
        </w:rPr>
      </w:pPr>
      <w:r w:rsidRPr="00FD2AB5">
        <w:rPr>
          <w:rFonts w:cs="Arial"/>
        </w:rPr>
        <w:t>Informe os produtos, obras, materiais ou demais entregas geradas pelo projeto, sua quantidade e sua destinação.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19"/>
        <w:gridCol w:w="2517"/>
        <w:gridCol w:w="2517"/>
        <w:gridCol w:w="2517"/>
      </w:tblGrid>
      <w:tr w:rsidR="00E41C07" w:rsidRPr="00FD2AB5" w14:paraId="2484B66A" w14:textId="77777777">
        <w:trPr>
          <w:tblHeader/>
          <w:jc w:val="center"/>
        </w:trPr>
        <w:tc>
          <w:tcPr>
            <w:tcW w:w="2520" w:type="dxa"/>
            <w:shd w:val="clear" w:color="auto" w:fill="8C8C8C"/>
            <w:vAlign w:val="center"/>
          </w:tcPr>
          <w:p w14:paraId="027B3882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Produto/entrega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4C3392D7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Quantidade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7195241C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Destinação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01974D7F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</w:rPr>
              <w:t>Evidência</w:t>
            </w:r>
          </w:p>
        </w:tc>
      </w:tr>
      <w:tr w:rsidR="00E41C07" w:rsidRPr="00FD2AB5" w14:paraId="4468D345" w14:textId="77777777">
        <w:trPr>
          <w:jc w:val="center"/>
        </w:trPr>
        <w:tc>
          <w:tcPr>
            <w:tcW w:w="2520" w:type="dxa"/>
          </w:tcPr>
          <w:p w14:paraId="1256B99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41B3E06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4272BAE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DC39CF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3371A9CD" w14:textId="77777777">
        <w:trPr>
          <w:jc w:val="center"/>
        </w:trPr>
        <w:tc>
          <w:tcPr>
            <w:tcW w:w="2520" w:type="dxa"/>
          </w:tcPr>
          <w:p w14:paraId="047DD25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9FBFA8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2C6BE2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1D78842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A13AC10" w14:textId="77777777">
        <w:trPr>
          <w:jc w:val="center"/>
        </w:trPr>
        <w:tc>
          <w:tcPr>
            <w:tcW w:w="2520" w:type="dxa"/>
          </w:tcPr>
          <w:p w14:paraId="2A8BF6B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6848AC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5CC7B9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0AD0E8B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1722B9FF" w14:textId="77777777">
        <w:trPr>
          <w:jc w:val="center"/>
        </w:trPr>
        <w:tc>
          <w:tcPr>
            <w:tcW w:w="2520" w:type="dxa"/>
          </w:tcPr>
          <w:p w14:paraId="2FBC92D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7059395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9F8FBB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FDE1D9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B6DF82B" w14:textId="77777777">
        <w:trPr>
          <w:jc w:val="center"/>
        </w:trPr>
        <w:tc>
          <w:tcPr>
            <w:tcW w:w="2520" w:type="dxa"/>
          </w:tcPr>
          <w:p w14:paraId="2A463AB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3463D9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18B69B69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074C9C9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</w:tbl>
    <w:p w14:paraId="14D63C6D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12. Gratuidade e destinação</w:t>
      </w:r>
    </w:p>
    <w:p w14:paraId="79D8DAEA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</w:rPr>
        <w:lastRenderedPageBreak/>
        <w:t>Descreva como foi assegurada a gratuidade das ações e, quando houver produtos culturais financiados total ou parcialmente com recursos do Edital, informe sua destinação gratuita.</w:t>
      </w:r>
    </w:p>
    <w:p w14:paraId="0F53417D" w14:textId="17CDF98E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08042344" w14:textId="53EB7BA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21C9ACCA" w14:textId="0BF47371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50F686FE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13. Divulgação e identificação da PNAB</w:t>
      </w:r>
    </w:p>
    <w:p w14:paraId="1CA58E4D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</w:rPr>
        <w:t xml:space="preserve">Informe como foram realizadas a divulgação do projeto e </w:t>
      </w:r>
      <w:proofErr w:type="gramStart"/>
      <w:r w:rsidRPr="00FD2AB5">
        <w:rPr>
          <w:rFonts w:cs="Arial"/>
        </w:rPr>
        <w:t>a</w:t>
      </w:r>
      <w:proofErr w:type="gramEnd"/>
      <w:r w:rsidRPr="00FD2AB5">
        <w:rPr>
          <w:rFonts w:cs="Arial"/>
        </w:rPr>
        <w:t xml:space="preserve"> identificação da Política Nacional Aldir Blanc, do Ministério da Cultura e do Município, conforme as obrigações aplicáveis.</w:t>
      </w:r>
    </w:p>
    <w:p w14:paraId="1650D327" w14:textId="3BFD767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5C134F8" w14:textId="05B77B58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5019D19A" w14:textId="164158AC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098AF40A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14. Alterações, dificuldades e providências</w:t>
      </w:r>
    </w:p>
    <w:p w14:paraId="32C0D71C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</w:rPr>
        <w:t xml:space="preserve">Informe </w:t>
      </w:r>
      <w:proofErr w:type="spellStart"/>
      <w:r w:rsidRPr="00FD2AB5">
        <w:rPr>
          <w:rFonts w:cs="Arial"/>
        </w:rPr>
        <w:t>eventuais</w:t>
      </w:r>
      <w:proofErr w:type="spellEnd"/>
      <w:r w:rsidRPr="00FD2AB5">
        <w:rPr>
          <w:rFonts w:cs="Arial"/>
        </w:rPr>
        <w:t xml:space="preserve"> </w:t>
      </w:r>
      <w:proofErr w:type="spellStart"/>
      <w:r w:rsidRPr="00FD2AB5">
        <w:rPr>
          <w:rFonts w:cs="Arial"/>
        </w:rPr>
        <w:t>alterações</w:t>
      </w:r>
      <w:proofErr w:type="spellEnd"/>
      <w:r w:rsidRPr="00FD2AB5">
        <w:rPr>
          <w:rFonts w:cs="Arial"/>
        </w:rPr>
        <w:t xml:space="preserve"> </w:t>
      </w:r>
      <w:proofErr w:type="spellStart"/>
      <w:r w:rsidRPr="00FD2AB5">
        <w:rPr>
          <w:rFonts w:cs="Arial"/>
        </w:rPr>
        <w:t>em</w:t>
      </w:r>
      <w:proofErr w:type="spellEnd"/>
      <w:r w:rsidRPr="00FD2AB5">
        <w:rPr>
          <w:rFonts w:cs="Arial"/>
        </w:rPr>
        <w:t xml:space="preserve"> </w:t>
      </w:r>
      <w:proofErr w:type="spellStart"/>
      <w:r w:rsidRPr="00FD2AB5">
        <w:rPr>
          <w:rFonts w:cs="Arial"/>
        </w:rPr>
        <w:t>relação</w:t>
      </w:r>
      <w:proofErr w:type="spellEnd"/>
      <w:r w:rsidRPr="00FD2AB5">
        <w:rPr>
          <w:rFonts w:cs="Arial"/>
        </w:rPr>
        <w:t xml:space="preserve"> ao Plano de Trabalho, dificuldades ocorridas durante </w:t>
      </w:r>
      <w:proofErr w:type="gramStart"/>
      <w:r w:rsidRPr="00FD2AB5">
        <w:rPr>
          <w:rFonts w:cs="Arial"/>
        </w:rPr>
        <w:t>a</w:t>
      </w:r>
      <w:proofErr w:type="gramEnd"/>
      <w:r w:rsidRPr="00FD2AB5">
        <w:rPr>
          <w:rFonts w:cs="Arial"/>
        </w:rPr>
        <w:t xml:space="preserve"> execução e as providências adotadas. Caso </w:t>
      </w:r>
      <w:proofErr w:type="gramStart"/>
      <w:r w:rsidRPr="00FD2AB5">
        <w:rPr>
          <w:rFonts w:cs="Arial"/>
        </w:rPr>
        <w:t>não</w:t>
      </w:r>
      <w:proofErr w:type="gramEnd"/>
      <w:r w:rsidRPr="00FD2AB5">
        <w:rPr>
          <w:rFonts w:cs="Arial"/>
        </w:rPr>
        <w:t xml:space="preserve"> tenham ocorrido, registre expressamente.</w:t>
      </w:r>
    </w:p>
    <w:p w14:paraId="2B091ED8" w14:textId="63F370FC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17F11DDC" w14:textId="0D425DB9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18134F26" w14:textId="46124472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7D0308F" w14:textId="45D892C5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48E3A9ED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15. Evidências anexadas</w:t>
      </w:r>
    </w:p>
    <w:p w14:paraId="60FAC9FA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b/>
        </w:rPr>
        <w:t>Assinale as evidências apresentadas com este Relatório Final:</w:t>
      </w:r>
    </w:p>
    <w:p w14:paraId="102376B5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Fotografias     </w:t>
      </w: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Vídeos     </w:t>
      </w: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Listas de presença     </w:t>
      </w: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Materiais de divulgação</w:t>
      </w:r>
    </w:p>
    <w:p w14:paraId="3B8DAD09" w14:textId="77777777" w:rsidR="00E41C07" w:rsidRPr="00FD2AB5" w:rsidRDefault="00806EA3">
      <w:pPr>
        <w:spacing w:after="60"/>
        <w:rPr>
          <w:rFonts w:cs="Arial"/>
          <w:sz w:val="22"/>
        </w:rPr>
      </w:pPr>
      <w:r w:rsidRPr="00FD2AB5">
        <w:rPr>
          <w:rFonts w:cs="Segoe UI Symbol"/>
        </w:rPr>
        <w:lastRenderedPageBreak/>
        <w:t>☐</w:t>
      </w:r>
      <w:r w:rsidRPr="00FD2AB5">
        <w:rPr>
          <w:rFonts w:cs="Arial"/>
        </w:rPr>
        <w:t xml:space="preserve"> Publicações/links     </w:t>
      </w: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Atas     </w:t>
      </w: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Exemplares/produtos     </w:t>
      </w:r>
      <w:r w:rsidRPr="00FD2AB5">
        <w:rPr>
          <w:rFonts w:cs="Segoe UI Symbol"/>
        </w:rPr>
        <w:t>☐</w:t>
      </w:r>
      <w:r w:rsidRPr="00FD2AB5">
        <w:rPr>
          <w:rFonts w:cs="Arial"/>
        </w:rPr>
        <w:t xml:space="preserve"> Outros</w:t>
      </w:r>
    </w:p>
    <w:p w14:paraId="4533FD59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</w:rPr>
        <w:t>Relação dos arquivos, links ou demais evidências:</w:t>
      </w:r>
    </w:p>
    <w:p w14:paraId="768B1951" w14:textId="208362B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51573E66" w14:textId="6B6FB7F6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1B01A034" w14:textId="37F14743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286BB9DE" w14:textId="3E47A896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47C63E5C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16. Avaliação final do agente cultural</w:t>
      </w:r>
    </w:p>
    <w:p w14:paraId="1B53188E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</w:rPr>
        <w:t>Registre os principais resultados, impactos ou aprendizados decorrentes da execução do projeto.</w:t>
      </w:r>
    </w:p>
    <w:p w14:paraId="5DE1BDDA" w14:textId="5E1B54C3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83D2BDD" w14:textId="598FA79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1DC884B2" w14:textId="771E05A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097581D" w14:textId="55CBCCC8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</w:rPr>
        <w:t>__________________________________________________________________________________</w:t>
      </w:r>
    </w:p>
    <w:p w14:paraId="391C13E5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</w:rPr>
        <w:t>17. Declaração</w:t>
      </w:r>
    </w:p>
    <w:p w14:paraId="05341D59" w14:textId="77777777" w:rsidR="00E41C07" w:rsidRPr="00FD2AB5" w:rsidRDefault="00806EA3" w:rsidP="00FD2AB5">
      <w:pPr>
        <w:spacing w:after="160"/>
        <w:jc w:val="both"/>
        <w:rPr>
          <w:rFonts w:cs="Arial"/>
          <w:sz w:val="22"/>
        </w:rPr>
      </w:pPr>
      <w:r w:rsidRPr="00FD2AB5">
        <w:rPr>
          <w:rFonts w:cs="Arial"/>
        </w:rPr>
        <w:t>Declaro que as informações e evidências apresentadas neste Relatório Final correspondem à execução do projeto e demonstram o cumprimento do objeto, das metas e das obrigações assumidas no Termo de Execução Cultural, ressalvadas as alterações previamente autorizadas ou devidamente justificadas, quando aplicável.</w:t>
      </w:r>
    </w:p>
    <w:p w14:paraId="3B569B0D" w14:textId="77777777" w:rsidR="00E41C07" w:rsidRPr="00FD2AB5" w:rsidRDefault="00806EA3">
      <w:pPr>
        <w:spacing w:after="240"/>
        <w:jc w:val="center"/>
        <w:rPr>
          <w:rFonts w:cs="Arial"/>
          <w:sz w:val="22"/>
        </w:rPr>
      </w:pPr>
      <w:r w:rsidRPr="00FD2AB5">
        <w:rPr>
          <w:rFonts w:cs="Arial"/>
        </w:rPr>
        <w:t>Rio das Antas/SC, ______ de __________________ de 20____.</w:t>
      </w:r>
    </w:p>
    <w:p w14:paraId="048712A6" w14:textId="77777777" w:rsidR="00E41C07" w:rsidRPr="00FD2AB5" w:rsidRDefault="00806EA3">
      <w:pPr>
        <w:spacing w:after="20"/>
        <w:jc w:val="center"/>
        <w:rPr>
          <w:rFonts w:cs="Arial"/>
          <w:sz w:val="22"/>
        </w:rPr>
      </w:pPr>
      <w:r w:rsidRPr="00FD2AB5">
        <w:rPr>
          <w:rFonts w:cs="Arial"/>
        </w:rPr>
        <w:t>____________________________________________</w:t>
      </w:r>
    </w:p>
    <w:p w14:paraId="4CE32460" w14:textId="77777777" w:rsidR="00E41C07" w:rsidRPr="00FD2AB5" w:rsidRDefault="00806EA3">
      <w:pPr>
        <w:spacing w:after="40"/>
        <w:jc w:val="center"/>
        <w:rPr>
          <w:rFonts w:cs="Arial"/>
          <w:sz w:val="22"/>
        </w:rPr>
      </w:pPr>
      <w:r w:rsidRPr="00FD2AB5">
        <w:rPr>
          <w:rFonts w:cs="Arial"/>
          <w:b/>
        </w:rPr>
        <w:t>AGENTE CULTURAL</w:t>
      </w:r>
    </w:p>
    <w:sectPr w:rsidR="00E41C07" w:rsidRPr="00FD2AB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80" w:bottom="1008" w:left="1080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C9E1" w14:textId="77777777" w:rsidR="00D83025" w:rsidRDefault="00D83025">
      <w:pPr>
        <w:spacing w:after="0" w:line="240" w:lineRule="auto"/>
      </w:pPr>
      <w:r>
        <w:separator/>
      </w:r>
    </w:p>
  </w:endnote>
  <w:endnote w:type="continuationSeparator" w:id="0">
    <w:p w14:paraId="2A8289CC" w14:textId="77777777" w:rsidR="00D83025" w:rsidRDefault="00D83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0720" w14:textId="77777777" w:rsidR="008430CF" w:rsidRDefault="008430CF">
    <w:pPr>
      <w:pStyle w:val="Rodap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46CC" w14:textId="77777777" w:rsidR="009B0A22" w:rsidRDefault="009B0A22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E1888" w14:textId="77777777" w:rsidR="008430CF" w:rsidRDefault="008430CF">
    <w:pPr>
      <w:pStyle w:val="Rodap"/>
      <w:spacing w:line="3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D1BC0" w14:textId="77777777" w:rsidR="00D83025" w:rsidRDefault="00D83025">
      <w:pPr>
        <w:spacing w:after="0" w:line="240" w:lineRule="auto"/>
      </w:pPr>
      <w:r>
        <w:separator/>
      </w:r>
    </w:p>
  </w:footnote>
  <w:footnote w:type="continuationSeparator" w:id="0">
    <w:p w14:paraId="4009DEA4" w14:textId="77777777" w:rsidR="00D83025" w:rsidRDefault="00D83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8105" w14:textId="77777777" w:rsidR="008430CF" w:rsidRDefault="008430CF">
    <w:pPr>
      <w:pStyle w:val="Cabealho"/>
      <w:spacing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2D38" w14:textId="77777777" w:rsidR="00A16219" w:rsidRDefault="00D83025">
    <w:pPr>
      <w:spacing w:after="0" w:line="240" w:lineRule="auto"/>
      <w:jc w:val="center"/>
    </w:pPr>
    <w:r>
      <w:rPr>
        <w:noProof/>
      </w:rPr>
      <w:drawing>
        <wp:inline distT="0" distB="0" distL="0" distR="0" wp14:anchorId="1749EC61" wp14:editId="09FE04B5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CD87" w14:textId="77777777" w:rsidR="008430CF" w:rsidRDefault="008430CF">
    <w:pPr>
      <w:pStyle w:val="Cabealho"/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5018339">
    <w:abstractNumId w:val="8"/>
  </w:num>
  <w:num w:numId="2" w16cid:durableId="1099449106">
    <w:abstractNumId w:val="6"/>
  </w:num>
  <w:num w:numId="3" w16cid:durableId="167797196">
    <w:abstractNumId w:val="5"/>
  </w:num>
  <w:num w:numId="4" w16cid:durableId="721565771">
    <w:abstractNumId w:val="4"/>
  </w:num>
  <w:num w:numId="5" w16cid:durableId="219287119">
    <w:abstractNumId w:val="7"/>
  </w:num>
  <w:num w:numId="6" w16cid:durableId="1370181796">
    <w:abstractNumId w:val="3"/>
  </w:num>
  <w:num w:numId="7" w16cid:durableId="1407220030">
    <w:abstractNumId w:val="2"/>
  </w:num>
  <w:num w:numId="8" w16cid:durableId="2139182538">
    <w:abstractNumId w:val="1"/>
  </w:num>
  <w:num w:numId="9" w16cid:durableId="166200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153"/>
    <w:rsid w:val="00034616"/>
    <w:rsid w:val="0006063C"/>
    <w:rsid w:val="0015074B"/>
    <w:rsid w:val="0015544E"/>
    <w:rsid w:val="001F461A"/>
    <w:rsid w:val="0029639D"/>
    <w:rsid w:val="00321A48"/>
    <w:rsid w:val="00326F90"/>
    <w:rsid w:val="0035454A"/>
    <w:rsid w:val="004B2B3C"/>
    <w:rsid w:val="005215DB"/>
    <w:rsid w:val="00601BDC"/>
    <w:rsid w:val="007017E9"/>
    <w:rsid w:val="007B14F1"/>
    <w:rsid w:val="00806EA3"/>
    <w:rsid w:val="00825BB8"/>
    <w:rsid w:val="008430CF"/>
    <w:rsid w:val="00997005"/>
    <w:rsid w:val="009B0A22"/>
    <w:rsid w:val="00A16219"/>
    <w:rsid w:val="00AA1D8D"/>
    <w:rsid w:val="00AA62B7"/>
    <w:rsid w:val="00B47730"/>
    <w:rsid w:val="00CB0664"/>
    <w:rsid w:val="00D5620B"/>
    <w:rsid w:val="00D83025"/>
    <w:rsid w:val="00E41C07"/>
    <w:rsid w:val="00ED0850"/>
    <w:rsid w:val="00F120CF"/>
    <w:rsid w:val="00F66B5F"/>
    <w:rsid w:val="00FC693F"/>
    <w:rsid w:val="00FD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AC356"/>
  <w14:defaultImageDpi w14:val="300"/>
  <w15:docId w15:val="{461B3514-4E82-4A9F-90B0-21621820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1365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5</cp:revision>
  <dcterms:created xsi:type="dcterms:W3CDTF">2026-08-21T10:49:00Z</dcterms:created>
  <dcterms:modified xsi:type="dcterms:W3CDTF">2026-09-15T18:34:00Z</dcterms:modified>
  <cp:category/>
</cp:coreProperties>
</file>