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C216" w14:textId="77777777" w:rsidR="008F7341" w:rsidRPr="0096729E" w:rsidRDefault="008538C0" w:rsidP="00143FED">
      <w:pPr>
        <w:spacing w:after="40"/>
        <w:jc w:val="center"/>
        <w:rPr>
          <w:rFonts w:cs="Arial"/>
          <w:color w:val="auto"/>
          <w:sz w:val="22"/>
        </w:rPr>
      </w:pPr>
      <w:r w:rsidRPr="0096729E">
        <w:rPr>
          <w:rFonts w:cs="Arial"/>
          <w:b/>
          <w:color w:val="auto"/>
        </w:rPr>
        <w:t>ANEXO XIV</w:t>
      </w:r>
    </w:p>
    <w:p w14:paraId="6147A107" w14:textId="77777777" w:rsidR="008F7341" w:rsidRPr="0096729E" w:rsidRDefault="008538C0" w:rsidP="00143FED">
      <w:pPr>
        <w:spacing w:after="240"/>
        <w:jc w:val="center"/>
        <w:rPr>
          <w:rFonts w:cs="Arial"/>
          <w:color w:val="auto"/>
          <w:sz w:val="22"/>
        </w:rPr>
      </w:pPr>
      <w:r w:rsidRPr="0096729E">
        <w:rPr>
          <w:rFonts w:cs="Arial"/>
          <w:b/>
          <w:color w:val="auto"/>
        </w:rPr>
        <w:t>DECLARAÇÃO DE CESSÃO E DISPONIBILIDADE DE ESPAÇO</w:t>
      </w:r>
    </w:p>
    <w:p w14:paraId="3C7A3F6E" w14:textId="77777777" w:rsidR="007F191C" w:rsidRDefault="008538C0" w:rsidP="00143FED">
      <w:pPr>
        <w:jc w:val="both"/>
        <w:rPr>
          <w:rFonts w:cs="Arial"/>
          <w:color w:val="auto"/>
        </w:rPr>
      </w:pPr>
      <w:r w:rsidRPr="0096729E">
        <w:rPr>
          <w:rFonts w:cs="Arial"/>
          <w:color w:val="auto"/>
        </w:rPr>
        <w:t xml:space="preserve">Preencher quando </w:t>
      </w:r>
      <w:proofErr w:type="gramStart"/>
      <w:r w:rsidRPr="0096729E">
        <w:rPr>
          <w:rFonts w:cs="Arial"/>
          <w:color w:val="auto"/>
        </w:rPr>
        <w:t>a</w:t>
      </w:r>
      <w:proofErr w:type="gramEnd"/>
      <w:r w:rsidRPr="0096729E">
        <w:rPr>
          <w:rFonts w:cs="Arial"/>
          <w:color w:val="auto"/>
        </w:rPr>
        <w:t xml:space="preserve"> execução do projeto utilizar espaço de terceiro. </w:t>
      </w:r>
    </w:p>
    <w:p w14:paraId="13F97DFC" w14:textId="5F75924B" w:rsidR="008F7341" w:rsidRPr="0096729E" w:rsidRDefault="008538C0" w:rsidP="00143FED">
      <w:pPr>
        <w:jc w:val="both"/>
        <w:rPr>
          <w:rFonts w:cs="Arial"/>
          <w:color w:val="auto"/>
          <w:sz w:val="22"/>
        </w:rPr>
      </w:pPr>
      <w:r w:rsidRPr="0096729E">
        <w:rPr>
          <w:rFonts w:cs="Arial"/>
          <w:color w:val="auto"/>
        </w:rPr>
        <w:t xml:space="preserve">A </w:t>
      </w:r>
      <w:proofErr w:type="spellStart"/>
      <w:r w:rsidRPr="0096729E">
        <w:rPr>
          <w:rFonts w:cs="Arial"/>
          <w:color w:val="auto"/>
        </w:rPr>
        <w:t>declaração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não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substitui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licenças</w:t>
      </w:r>
      <w:proofErr w:type="spellEnd"/>
      <w:r w:rsidRPr="0096729E">
        <w:rPr>
          <w:rFonts w:cs="Arial"/>
          <w:color w:val="auto"/>
        </w:rPr>
        <w:t>, alvarás ou autorizações exigidos por lei.</w:t>
      </w:r>
    </w:p>
    <w:p w14:paraId="6562EA5C" w14:textId="77777777" w:rsidR="008F7341" w:rsidRPr="0096729E" w:rsidRDefault="008538C0" w:rsidP="00143FED">
      <w:pPr>
        <w:spacing w:before="140" w:after="80"/>
        <w:jc w:val="both"/>
        <w:rPr>
          <w:rFonts w:cs="Arial"/>
          <w:color w:val="auto"/>
          <w:sz w:val="22"/>
        </w:rPr>
      </w:pPr>
      <w:r w:rsidRPr="0096729E">
        <w:rPr>
          <w:rFonts w:cs="Arial"/>
          <w:b/>
          <w:color w:val="auto"/>
        </w:rPr>
        <w:t>1. Identificação do cedente ou responsável pelo espaço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8F7341" w:rsidRPr="0096729E" w14:paraId="443587B3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5C602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Nome / razão social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9F480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6CCD5E25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3B684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CPF / CNPJ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DD3A6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33AD40F4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19F4A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Representante e cargo (se aplicável)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89872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710C3D6A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1ADEE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Telefone e e-mail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A3C69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</w:tbl>
    <w:p w14:paraId="7D9D1154" w14:textId="77777777" w:rsidR="008F7341" w:rsidRPr="0096729E" w:rsidRDefault="008538C0" w:rsidP="00143FED">
      <w:pPr>
        <w:spacing w:before="140" w:after="80"/>
        <w:jc w:val="both"/>
        <w:rPr>
          <w:rFonts w:cs="Arial"/>
          <w:color w:val="auto"/>
          <w:sz w:val="22"/>
        </w:rPr>
      </w:pPr>
      <w:r w:rsidRPr="0096729E">
        <w:rPr>
          <w:rFonts w:cs="Arial"/>
          <w:b/>
          <w:color w:val="auto"/>
        </w:rPr>
        <w:t>2. Identificação do espaço e do projeto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8F7341" w:rsidRPr="0096729E" w14:paraId="7E51D903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EAD3E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Nome do espaço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8E264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4F7A41BD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F3B42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Endereço completo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11908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6F30B6B1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8D6FD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Título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C6DE5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42CF8BAA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D8F99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Proponente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ABE9E" w14:textId="77777777" w:rsidR="008F7341" w:rsidRPr="0096729E" w:rsidRDefault="008F7341" w:rsidP="00143FED">
            <w:pPr>
              <w:jc w:val="both"/>
              <w:rPr>
                <w:rFonts w:cs="Arial"/>
                <w:color w:val="auto"/>
                <w:sz w:val="22"/>
              </w:rPr>
            </w:pPr>
          </w:p>
        </w:tc>
      </w:tr>
      <w:tr w:rsidR="008F7341" w:rsidRPr="0096729E" w14:paraId="4A971188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DD18D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Período de utilização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CCB11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color w:val="auto"/>
              </w:rPr>
              <w:t>____/____/______ a ____/____/______</w:t>
            </w:r>
          </w:p>
        </w:tc>
      </w:tr>
    </w:tbl>
    <w:p w14:paraId="20887DC0" w14:textId="77777777" w:rsidR="008F7341" w:rsidRPr="0096729E" w:rsidRDefault="008538C0" w:rsidP="00143FED">
      <w:pPr>
        <w:spacing w:before="140" w:after="80"/>
        <w:jc w:val="both"/>
        <w:rPr>
          <w:rFonts w:cs="Arial"/>
          <w:color w:val="auto"/>
          <w:sz w:val="22"/>
        </w:rPr>
      </w:pPr>
      <w:r w:rsidRPr="0096729E">
        <w:rPr>
          <w:rFonts w:cs="Arial"/>
          <w:b/>
          <w:color w:val="auto"/>
        </w:rPr>
        <w:t>3. Condições da cessão</w:t>
      </w:r>
    </w:p>
    <w:p w14:paraId="2F4D0572" w14:textId="77777777" w:rsidR="008F7341" w:rsidRPr="0096729E" w:rsidRDefault="008538C0" w:rsidP="00143FED">
      <w:pPr>
        <w:jc w:val="both"/>
        <w:rPr>
          <w:rFonts w:cs="Arial"/>
          <w:color w:val="auto"/>
          <w:sz w:val="22"/>
        </w:rPr>
      </w:pPr>
      <w:r w:rsidRPr="0096729E">
        <w:rPr>
          <w:rFonts w:cs="Segoe UI Symbol"/>
          <w:color w:val="auto"/>
        </w:rPr>
        <w:t>☐</w:t>
      </w:r>
      <w:r w:rsidRPr="0096729E">
        <w:rPr>
          <w:rFonts w:cs="Arial"/>
          <w:color w:val="auto"/>
        </w:rPr>
        <w:t xml:space="preserve"> Gratuita     </w:t>
      </w:r>
      <w:r w:rsidRPr="0096729E">
        <w:rPr>
          <w:rFonts w:cs="Segoe UI Symbol"/>
          <w:color w:val="auto"/>
        </w:rPr>
        <w:t>☐</w:t>
      </w:r>
      <w:r w:rsidRPr="0096729E">
        <w:rPr>
          <w:rFonts w:cs="Arial"/>
          <w:color w:val="auto"/>
        </w:rPr>
        <w:t xml:space="preserve"> Onerosa, no valor </w:t>
      </w:r>
      <w:proofErr w:type="gramStart"/>
      <w:r w:rsidRPr="0096729E">
        <w:rPr>
          <w:rFonts w:cs="Arial"/>
          <w:color w:val="auto"/>
        </w:rPr>
        <w:t>total</w:t>
      </w:r>
      <w:proofErr w:type="gramEnd"/>
      <w:r w:rsidRPr="0096729E">
        <w:rPr>
          <w:rFonts w:cs="Arial"/>
          <w:color w:val="auto"/>
        </w:rPr>
        <w:t xml:space="preserve"> de R$ ____________________, previsto no orçamento do projeto.</w:t>
      </w:r>
    </w:p>
    <w:p w14:paraId="38D69FF6" w14:textId="77777777" w:rsidR="008F7341" w:rsidRPr="0096729E" w:rsidRDefault="008538C0" w:rsidP="00143FED">
      <w:pPr>
        <w:jc w:val="both"/>
        <w:rPr>
          <w:rFonts w:cs="Arial"/>
          <w:color w:val="auto"/>
          <w:sz w:val="22"/>
        </w:rPr>
      </w:pPr>
      <w:r w:rsidRPr="0096729E">
        <w:rPr>
          <w:rFonts w:cs="Arial"/>
          <w:color w:val="auto"/>
        </w:rPr>
        <w:t>Declaro que detenho poderes para autorizar o uso do espaço acima identificado e manifesto sua disponibilidade para a realização do projeto, nas datas e condições acordadas com o proponente.</w:t>
      </w:r>
    </w:p>
    <w:p w14:paraId="32C9493B" w14:textId="77777777" w:rsidR="007F191C" w:rsidRDefault="008538C0" w:rsidP="00143FED">
      <w:pPr>
        <w:jc w:val="both"/>
        <w:rPr>
          <w:rFonts w:cs="Arial"/>
          <w:color w:val="auto"/>
        </w:rPr>
      </w:pPr>
      <w:r w:rsidRPr="0096729E">
        <w:rPr>
          <w:rFonts w:cs="Arial"/>
          <w:color w:val="auto"/>
        </w:rPr>
        <w:lastRenderedPageBreak/>
        <w:t xml:space="preserve">Declaro, ainda, que: </w:t>
      </w:r>
    </w:p>
    <w:p w14:paraId="1BB252AA" w14:textId="77777777" w:rsidR="007F191C" w:rsidRDefault="008538C0" w:rsidP="00143FED">
      <w:pPr>
        <w:jc w:val="both"/>
        <w:rPr>
          <w:rFonts w:cs="Arial"/>
          <w:color w:val="auto"/>
        </w:rPr>
      </w:pPr>
      <w:r w:rsidRPr="0096729E">
        <w:rPr>
          <w:rFonts w:cs="Arial"/>
          <w:color w:val="auto"/>
        </w:rPr>
        <w:t xml:space="preserve">(a) </w:t>
      </w:r>
      <w:proofErr w:type="spellStart"/>
      <w:r w:rsidRPr="0096729E">
        <w:rPr>
          <w:rFonts w:cs="Arial"/>
          <w:color w:val="auto"/>
        </w:rPr>
        <w:t>não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há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impedimento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conhecido</w:t>
      </w:r>
      <w:proofErr w:type="spellEnd"/>
      <w:r w:rsidRPr="0096729E">
        <w:rPr>
          <w:rFonts w:cs="Arial"/>
          <w:color w:val="auto"/>
        </w:rPr>
        <w:t xml:space="preserve"> à utilização informada; </w:t>
      </w:r>
    </w:p>
    <w:p w14:paraId="39AF621F" w14:textId="77777777" w:rsidR="007F191C" w:rsidRDefault="008538C0" w:rsidP="00143FED">
      <w:pPr>
        <w:jc w:val="both"/>
        <w:rPr>
          <w:rFonts w:cs="Arial"/>
          <w:color w:val="auto"/>
        </w:rPr>
      </w:pPr>
      <w:r w:rsidRPr="0096729E">
        <w:rPr>
          <w:rFonts w:cs="Arial"/>
          <w:color w:val="auto"/>
        </w:rPr>
        <w:t xml:space="preserve">(b) o </w:t>
      </w:r>
      <w:proofErr w:type="spellStart"/>
      <w:r w:rsidRPr="0096729E">
        <w:rPr>
          <w:rFonts w:cs="Arial"/>
          <w:color w:val="auto"/>
        </w:rPr>
        <w:t>uso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observará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capacidade</w:t>
      </w:r>
      <w:proofErr w:type="spellEnd"/>
      <w:r w:rsidRPr="0096729E">
        <w:rPr>
          <w:rFonts w:cs="Arial"/>
          <w:color w:val="auto"/>
        </w:rPr>
        <w:t xml:space="preserve">, segurança, acessibilidade e demais normas aplicáveis; </w:t>
      </w:r>
    </w:p>
    <w:p w14:paraId="6A4BAF08" w14:textId="77777777" w:rsidR="007F191C" w:rsidRDefault="008538C0" w:rsidP="00143FED">
      <w:pPr>
        <w:jc w:val="both"/>
        <w:rPr>
          <w:rFonts w:cs="Arial"/>
          <w:color w:val="auto"/>
        </w:rPr>
      </w:pPr>
      <w:r w:rsidRPr="0096729E">
        <w:rPr>
          <w:rFonts w:cs="Arial"/>
          <w:color w:val="auto"/>
        </w:rPr>
        <w:t xml:space="preserve">(c) </w:t>
      </w:r>
      <w:proofErr w:type="spellStart"/>
      <w:r w:rsidRPr="0096729E">
        <w:rPr>
          <w:rFonts w:cs="Arial"/>
          <w:color w:val="auto"/>
        </w:rPr>
        <w:t>esta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declaração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não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gera</w:t>
      </w:r>
      <w:proofErr w:type="spellEnd"/>
      <w:r w:rsidRPr="0096729E">
        <w:rPr>
          <w:rFonts w:cs="Arial"/>
          <w:color w:val="auto"/>
        </w:rPr>
        <w:t xml:space="preserve"> obrigação financeira ou vínculo com o Município de Rio das Antas; e </w:t>
      </w:r>
    </w:p>
    <w:p w14:paraId="1CC36707" w14:textId="185404DF" w:rsidR="008F7341" w:rsidRPr="0096729E" w:rsidRDefault="008538C0" w:rsidP="00143FED">
      <w:pPr>
        <w:jc w:val="both"/>
        <w:rPr>
          <w:rFonts w:cs="Arial"/>
          <w:color w:val="auto"/>
          <w:sz w:val="22"/>
        </w:rPr>
      </w:pPr>
      <w:r w:rsidRPr="0096729E">
        <w:rPr>
          <w:rFonts w:cs="Arial"/>
          <w:color w:val="auto"/>
        </w:rPr>
        <w:t xml:space="preserve">(d) </w:t>
      </w:r>
      <w:proofErr w:type="spellStart"/>
      <w:r w:rsidRPr="0096729E">
        <w:rPr>
          <w:rFonts w:cs="Arial"/>
          <w:color w:val="auto"/>
        </w:rPr>
        <w:t>eventuais</w:t>
      </w:r>
      <w:proofErr w:type="spellEnd"/>
      <w:r w:rsidRPr="0096729E">
        <w:rPr>
          <w:rFonts w:cs="Arial"/>
          <w:color w:val="auto"/>
        </w:rPr>
        <w:t xml:space="preserve"> </w:t>
      </w:r>
      <w:proofErr w:type="spellStart"/>
      <w:r w:rsidRPr="0096729E">
        <w:rPr>
          <w:rFonts w:cs="Arial"/>
          <w:color w:val="auto"/>
        </w:rPr>
        <w:t>despesas</w:t>
      </w:r>
      <w:proofErr w:type="spellEnd"/>
      <w:r w:rsidRPr="0096729E">
        <w:rPr>
          <w:rFonts w:cs="Arial"/>
          <w:color w:val="auto"/>
        </w:rPr>
        <w:t xml:space="preserve"> e </w:t>
      </w:r>
      <w:proofErr w:type="spellStart"/>
      <w:r w:rsidRPr="0096729E">
        <w:rPr>
          <w:rFonts w:cs="Arial"/>
          <w:color w:val="auto"/>
        </w:rPr>
        <w:t>responsabilidades</w:t>
      </w:r>
      <w:proofErr w:type="spellEnd"/>
      <w:r w:rsidRPr="0096729E">
        <w:rPr>
          <w:rFonts w:cs="Arial"/>
          <w:color w:val="auto"/>
        </w:rPr>
        <w:t xml:space="preserve"> serão aquelas ajustadas entre cedente e proponente e previstas no projeto aprovado.</w:t>
      </w:r>
    </w:p>
    <w:p w14:paraId="73F2DDCE" w14:textId="77777777" w:rsidR="007F191C" w:rsidRDefault="007F191C" w:rsidP="00143FED">
      <w:pPr>
        <w:jc w:val="both"/>
        <w:rPr>
          <w:rFonts w:cs="Arial"/>
          <w:color w:val="auto"/>
        </w:rPr>
      </w:pPr>
    </w:p>
    <w:p w14:paraId="0F543609" w14:textId="30C440B3" w:rsidR="008F7341" w:rsidRPr="0096729E" w:rsidRDefault="008538C0" w:rsidP="00143FED">
      <w:pPr>
        <w:jc w:val="both"/>
        <w:rPr>
          <w:rFonts w:cs="Arial"/>
          <w:color w:val="auto"/>
          <w:sz w:val="22"/>
        </w:rPr>
      </w:pPr>
      <w:r w:rsidRPr="0096729E">
        <w:rPr>
          <w:rFonts w:cs="Arial"/>
          <w:color w:val="auto"/>
        </w:rPr>
        <w:t>Rio das Antas/SC, ______ de __________________ de 2026.</w:t>
      </w:r>
    </w:p>
    <w:p w14:paraId="2CA9BD7B" w14:textId="2D2DA62F" w:rsidR="008F7341" w:rsidRPr="0096729E" w:rsidRDefault="008F7341" w:rsidP="00143FED">
      <w:pPr>
        <w:jc w:val="both"/>
        <w:rPr>
          <w:rFonts w:cs="Arial"/>
          <w:color w:val="auto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24"/>
        <w:gridCol w:w="4680"/>
      </w:tblGrid>
      <w:tr w:rsidR="008F7341" w:rsidRPr="0096729E" w14:paraId="2AD61C06" w14:textId="77777777" w:rsidTr="0096729E">
        <w:trPr>
          <w:jc w:val="center"/>
        </w:trPr>
        <w:tc>
          <w:tcPr>
            <w:tcW w:w="5024" w:type="dxa"/>
          </w:tcPr>
          <w:p w14:paraId="06D6D2BB" w14:textId="1545E68D" w:rsidR="008F7341" w:rsidRPr="0096729E" w:rsidRDefault="008538C0" w:rsidP="00143FED">
            <w:pPr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________________________________</w:t>
            </w:r>
            <w:r w:rsidRPr="0096729E">
              <w:rPr>
                <w:rFonts w:cs="Arial"/>
                <w:b/>
                <w:color w:val="auto"/>
              </w:rPr>
              <w:br/>
            </w:r>
            <w:r w:rsidRPr="0096729E">
              <w:rPr>
                <w:rFonts w:cs="Arial"/>
                <w:color w:val="auto"/>
              </w:rPr>
              <w:t xml:space="preserve">CEDENTE / RESPONSÁVEL </w:t>
            </w:r>
            <w:r w:rsidR="0096729E">
              <w:rPr>
                <w:rFonts w:cs="Arial"/>
                <w:color w:val="auto"/>
              </w:rPr>
              <w:br/>
            </w:r>
            <w:r w:rsidRPr="0096729E">
              <w:rPr>
                <w:rFonts w:cs="Arial"/>
                <w:color w:val="auto"/>
              </w:rPr>
              <w:t>PELO ESPAÇO</w:t>
            </w:r>
            <w:r w:rsidRPr="0096729E">
              <w:rPr>
                <w:rFonts w:cs="Arial"/>
                <w:color w:val="auto"/>
              </w:rPr>
              <w:br/>
              <w:t>Nome e CPF/CNPJ</w:t>
            </w:r>
          </w:p>
        </w:tc>
        <w:tc>
          <w:tcPr>
            <w:tcW w:w="4680" w:type="dxa"/>
          </w:tcPr>
          <w:p w14:paraId="7A5F0880" w14:textId="77777777" w:rsidR="008F7341" w:rsidRPr="0096729E" w:rsidRDefault="008538C0" w:rsidP="00143FED">
            <w:pPr>
              <w:jc w:val="both"/>
              <w:rPr>
                <w:rFonts w:cs="Arial"/>
                <w:color w:val="auto"/>
                <w:sz w:val="22"/>
              </w:rPr>
            </w:pPr>
            <w:r w:rsidRPr="0096729E">
              <w:rPr>
                <w:rFonts w:cs="Arial"/>
                <w:b/>
                <w:color w:val="auto"/>
              </w:rPr>
              <w:t>________________________________</w:t>
            </w:r>
            <w:r w:rsidRPr="0096729E">
              <w:rPr>
                <w:rFonts w:cs="Arial"/>
                <w:b/>
                <w:color w:val="auto"/>
              </w:rPr>
              <w:br/>
            </w:r>
            <w:r w:rsidRPr="0096729E">
              <w:rPr>
                <w:rFonts w:cs="Arial"/>
                <w:color w:val="auto"/>
              </w:rPr>
              <w:t>PROPONENTE</w:t>
            </w:r>
            <w:r w:rsidRPr="0096729E">
              <w:rPr>
                <w:rFonts w:cs="Arial"/>
                <w:color w:val="auto"/>
              </w:rPr>
              <w:br/>
              <w:t>Nome e CPF/CNPJ</w:t>
            </w:r>
          </w:p>
        </w:tc>
      </w:tr>
    </w:tbl>
    <w:p w14:paraId="1F7885F3" w14:textId="77777777" w:rsidR="008538C0" w:rsidRPr="0096729E" w:rsidRDefault="008538C0" w:rsidP="00143FED">
      <w:pPr>
        <w:jc w:val="both"/>
        <w:rPr>
          <w:rFonts w:cs="Arial"/>
          <w:color w:val="auto"/>
          <w:sz w:val="22"/>
        </w:rPr>
      </w:pPr>
    </w:p>
    <w:sectPr w:rsidR="008538C0" w:rsidRPr="0096729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23" w:right="1238" w:bottom="1037" w:left="1238" w:header="198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0522" w14:textId="77777777" w:rsidR="00473471" w:rsidRDefault="00473471">
      <w:pPr>
        <w:spacing w:after="0" w:line="240" w:lineRule="auto"/>
      </w:pPr>
      <w:r>
        <w:separator/>
      </w:r>
    </w:p>
  </w:endnote>
  <w:endnote w:type="continuationSeparator" w:id="0">
    <w:p w14:paraId="6AB1779F" w14:textId="77777777" w:rsidR="00473471" w:rsidRDefault="0047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54F2" w14:textId="77777777" w:rsidR="00D21FB1" w:rsidRDefault="00D21F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4A31" w14:textId="77777777" w:rsidR="008F7341" w:rsidRDefault="008538C0">
    <w:pPr>
      <w:pStyle w:val="Rodap"/>
      <w:spacing w:line="360" w:lineRule="auto"/>
      <w:jc w:val="center"/>
    </w:pPr>
    <w:r>
      <w:rPr>
        <w:color w:val="666666"/>
      </w:rPr>
      <w:t>EDITAL DE CHAMAMENTO PÚBLICO Nº 02/2026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8444" w14:textId="77777777" w:rsidR="00D21FB1" w:rsidRDefault="00D21F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11433" w14:textId="77777777" w:rsidR="00473471" w:rsidRDefault="00473471">
      <w:pPr>
        <w:spacing w:after="0" w:line="240" w:lineRule="auto"/>
      </w:pPr>
      <w:r>
        <w:separator/>
      </w:r>
    </w:p>
  </w:footnote>
  <w:footnote w:type="continuationSeparator" w:id="0">
    <w:p w14:paraId="11216C1D" w14:textId="77777777" w:rsidR="00473471" w:rsidRDefault="0047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EC822" w14:textId="77777777" w:rsidR="00D21FB1" w:rsidRDefault="00D21F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623AA" w14:textId="77777777" w:rsidR="00D21FB1" w:rsidRDefault="00473471">
    <w:pPr>
      <w:spacing w:after="0" w:line="240" w:lineRule="auto"/>
      <w:jc w:val="center"/>
    </w:pPr>
    <w:r>
      <w:rPr>
        <w:noProof/>
      </w:rPr>
      <w:drawing>
        <wp:inline distT="0" distB="0" distL="0" distR="0" wp14:anchorId="7486C5CE" wp14:editId="715F725C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F7EC" w14:textId="77777777" w:rsidR="00D21FB1" w:rsidRDefault="00D21F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841719">
    <w:abstractNumId w:val="8"/>
  </w:num>
  <w:num w:numId="2" w16cid:durableId="1666322430">
    <w:abstractNumId w:val="6"/>
  </w:num>
  <w:num w:numId="3" w16cid:durableId="824860813">
    <w:abstractNumId w:val="5"/>
  </w:num>
  <w:num w:numId="4" w16cid:durableId="1823085101">
    <w:abstractNumId w:val="4"/>
  </w:num>
  <w:num w:numId="5" w16cid:durableId="494339680">
    <w:abstractNumId w:val="7"/>
  </w:num>
  <w:num w:numId="6" w16cid:durableId="1728070125">
    <w:abstractNumId w:val="3"/>
  </w:num>
  <w:num w:numId="7" w16cid:durableId="1726643194">
    <w:abstractNumId w:val="2"/>
  </w:num>
  <w:num w:numId="8" w16cid:durableId="2017343798">
    <w:abstractNumId w:val="1"/>
  </w:num>
  <w:num w:numId="9" w16cid:durableId="201353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C4B"/>
    <w:rsid w:val="0006063C"/>
    <w:rsid w:val="00143FED"/>
    <w:rsid w:val="0015074B"/>
    <w:rsid w:val="001D1A7D"/>
    <w:rsid w:val="0029639D"/>
    <w:rsid w:val="00326F90"/>
    <w:rsid w:val="00473471"/>
    <w:rsid w:val="007F191C"/>
    <w:rsid w:val="008538C0"/>
    <w:rsid w:val="008F7341"/>
    <w:rsid w:val="0096729E"/>
    <w:rsid w:val="00AA1D8D"/>
    <w:rsid w:val="00B01DB7"/>
    <w:rsid w:val="00B22FF6"/>
    <w:rsid w:val="00B47730"/>
    <w:rsid w:val="00BD0AE5"/>
    <w:rsid w:val="00CB0664"/>
    <w:rsid w:val="00D21F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6C57BBC4-718F-4706-A346-7791BD11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color w:val="222222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5</cp:revision>
  <dcterms:created xsi:type="dcterms:W3CDTF">2013-12-23T23:15:00Z</dcterms:created>
  <dcterms:modified xsi:type="dcterms:W3CDTF">2026-09-15T18:40:00Z</dcterms:modified>
  <cp:category/>
</cp:coreProperties>
</file>