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E8AB" w14:textId="77777777" w:rsidR="0037309A" w:rsidRPr="008F5C30" w:rsidRDefault="00E617CD" w:rsidP="007C50EB">
      <w:pPr>
        <w:spacing w:after="160"/>
        <w:jc w:val="center"/>
        <w:rPr>
          <w:rFonts w:cs="Arial"/>
          <w:sz w:val="22"/>
          <w:lang w:val="pt-BR"/>
        </w:rPr>
      </w:pPr>
      <w:r w:rsidRPr="008F5C30">
        <w:rPr>
          <w:rFonts w:cs="Arial"/>
          <w:b/>
          <w:lang w:val="pt-BR"/>
        </w:rPr>
        <w:t>ANEXO XII</w:t>
      </w:r>
    </w:p>
    <w:p w14:paraId="4FA9DCDC" w14:textId="77777777" w:rsidR="0037309A" w:rsidRPr="008F5C30" w:rsidRDefault="00E617CD" w:rsidP="007C50EB">
      <w:pPr>
        <w:pStyle w:val="Ttulo"/>
        <w:spacing w:after="160" w:line="360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8F5C30">
        <w:rPr>
          <w:rFonts w:ascii="Arial" w:hAnsi="Arial" w:cs="Arial"/>
          <w:color w:val="auto"/>
          <w:sz w:val="24"/>
          <w:szCs w:val="22"/>
          <w:lang w:val="pt-BR"/>
        </w:rPr>
        <w:t>DECLARAÇÕES GERAIS DE INSCRIÇÃO</w:t>
      </w:r>
    </w:p>
    <w:p w14:paraId="428ABD9C" w14:textId="77777777" w:rsidR="0037309A" w:rsidRPr="008F5C30" w:rsidRDefault="00E617CD" w:rsidP="007C50EB">
      <w:pPr>
        <w:spacing w:after="160"/>
        <w:jc w:val="center"/>
        <w:rPr>
          <w:rFonts w:cs="Arial"/>
          <w:sz w:val="22"/>
          <w:lang w:val="pt-BR"/>
        </w:rPr>
      </w:pPr>
      <w:r w:rsidRPr="008F5C30">
        <w:rPr>
          <w:rFonts w:cs="Arial"/>
          <w:b/>
          <w:lang w:val="pt-BR"/>
        </w:rPr>
        <w:t>EDITAL DE CHAMAMENTO PÚBLICO Nº 02/2026 – PNAB – CICLO 2 –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80"/>
      </w:tblGrid>
      <w:tr w:rsidR="0037309A" w:rsidRPr="008F5C30" w14:paraId="09CCAE34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3C9741B" w14:textId="77777777" w:rsidR="00496CCF" w:rsidRDefault="009C3D7D">
            <w:r>
              <w:t xml:space="preserve">Este documento deverá ser preenchido e assinado em todas as inscrições. </w:t>
            </w:r>
          </w:p>
          <w:p w14:paraId="6F1D5040" w14:textId="06981ADE" w:rsidR="00496CCF" w:rsidRDefault="009C3D7D">
            <w:r>
              <w:t xml:space="preserve">Na </w:t>
            </w:r>
            <w:proofErr w:type="spellStart"/>
            <w:r>
              <w:t>inscrição</w:t>
            </w:r>
            <w:proofErr w:type="spellEnd"/>
            <w:r>
              <w:t xml:space="preserve"> </w:t>
            </w:r>
            <w:proofErr w:type="spellStart"/>
            <w:r>
              <w:t>por</w:t>
            </w:r>
            <w:proofErr w:type="spellEnd"/>
            <w:r>
              <w:t xml:space="preserve"> e-mail, </w:t>
            </w:r>
            <w:proofErr w:type="spellStart"/>
            <w:r>
              <w:t>deverá</w:t>
            </w:r>
            <w:proofErr w:type="spellEnd"/>
            <w:r>
              <w:t xml:space="preserve"> ser enviado como anexo para </w:t>
            </w:r>
            <w:hyperlink r:id="rId8" w:history="1">
              <w:r w:rsidR="00496CCF" w:rsidRPr="009B5A52">
                <w:rPr>
                  <w:rStyle w:val="Hyperlink"/>
                </w:rPr>
                <w:t>pnabciclo2@riodasantas.sc.gov.br</w:t>
              </w:r>
            </w:hyperlink>
            <w:r>
              <w:t xml:space="preserve">. </w:t>
            </w:r>
          </w:p>
          <w:p w14:paraId="3DC2AA14" w14:textId="77777777" w:rsidR="00496CCF" w:rsidRDefault="009C3D7D">
            <w:r>
              <w:t xml:space="preserve">Na </w:t>
            </w:r>
            <w:proofErr w:type="spellStart"/>
            <w:r>
              <w:t>inscrição</w:t>
            </w:r>
            <w:proofErr w:type="spellEnd"/>
            <w:r>
              <w:t xml:space="preserve"> </w:t>
            </w:r>
            <w:proofErr w:type="spellStart"/>
            <w:r>
              <w:t>presencial</w:t>
            </w:r>
            <w:proofErr w:type="spellEnd"/>
            <w:r>
              <w:t xml:space="preserve">, </w:t>
            </w:r>
            <w:proofErr w:type="spellStart"/>
            <w:r>
              <w:t>deverá</w:t>
            </w:r>
            <w:proofErr w:type="spellEnd"/>
            <w:r>
              <w:t xml:space="preserve"> </w:t>
            </w:r>
            <w:proofErr w:type="spellStart"/>
            <w:r>
              <w:t>integrar</w:t>
            </w:r>
            <w:proofErr w:type="spellEnd"/>
            <w:r>
              <w:t xml:space="preserve"> o envelope. </w:t>
            </w:r>
          </w:p>
          <w:p w14:paraId="61B531EF" w14:textId="5E88B633" w:rsidR="00951B81" w:rsidRDefault="009C3D7D"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serão</w:t>
            </w:r>
            <w:proofErr w:type="spellEnd"/>
            <w:r>
              <w:t xml:space="preserve"> </w:t>
            </w:r>
            <w:proofErr w:type="spellStart"/>
            <w:r>
              <w:t>aceitas</w:t>
            </w:r>
            <w:proofErr w:type="spellEnd"/>
            <w:r>
              <w:t xml:space="preserve"> </w:t>
            </w:r>
            <w:proofErr w:type="spellStart"/>
            <w:r>
              <w:t>declarações</w:t>
            </w:r>
            <w:proofErr w:type="spellEnd"/>
            <w:r>
              <w:t xml:space="preserve"> </w:t>
            </w:r>
            <w:proofErr w:type="spellStart"/>
            <w:r>
              <w:t>por</w:t>
            </w:r>
            <w:proofErr w:type="spellEnd"/>
            <w:r>
              <w:t xml:space="preserve"> simples marcação em página ou formulário eletrônico.</w:t>
            </w:r>
          </w:p>
        </w:tc>
      </w:tr>
    </w:tbl>
    <w:p w14:paraId="0C43A802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b/>
          <w:lang w:val="pt-BR"/>
        </w:rPr>
        <w:t>Nome do agente cultural</w:t>
      </w:r>
    </w:p>
    <w:p w14:paraId="1A910129" w14:textId="70039C27" w:rsidR="0037309A" w:rsidRPr="008F5C30" w:rsidRDefault="00E617CD" w:rsidP="007C50EB">
      <w:pPr>
        <w:keepLines/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lang w:val="pt-BR"/>
        </w:rPr>
        <w:t>____________________________________________________________________________</w:t>
      </w:r>
    </w:p>
    <w:p w14:paraId="47E650B8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b/>
          <w:lang w:val="pt-BR"/>
        </w:rPr>
        <w:t>CPF ou CNPJ</w:t>
      </w:r>
    </w:p>
    <w:p w14:paraId="69B37FFA" w14:textId="558A6AAB" w:rsidR="0037309A" w:rsidRPr="008F5C30" w:rsidRDefault="00E617CD" w:rsidP="007C50EB">
      <w:pPr>
        <w:keepLines/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lang w:val="pt-BR"/>
        </w:rPr>
        <w:t>____________________________________________________________________________</w:t>
      </w:r>
    </w:p>
    <w:p w14:paraId="2641918F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b/>
          <w:lang w:val="pt-BR"/>
        </w:rPr>
        <w:t>Nome do projeto</w:t>
      </w:r>
    </w:p>
    <w:p w14:paraId="3C79D877" w14:textId="3A2B0E8B" w:rsidR="0037309A" w:rsidRPr="008F5C30" w:rsidRDefault="00E617CD" w:rsidP="007C50EB">
      <w:pPr>
        <w:keepLines/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lang w:val="pt-BR"/>
        </w:rPr>
        <w:t>____________________________________________________________________________</w:t>
      </w:r>
    </w:p>
    <w:p w14:paraId="29722BF1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>
        <w:t>Categoria do projeto</w:t>
      </w:r>
    </w:p>
    <w:p w14:paraId="1C0C86CF" w14:textId="20D9BDF8" w:rsidR="0037309A" w:rsidRPr="008F5C30" w:rsidRDefault="00E617CD" w:rsidP="007C50EB">
      <w:pPr>
        <w:keepLines/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lang w:val="pt-BR"/>
        </w:rPr>
        <w:t>____________________________________________________________________________</w:t>
      </w:r>
    </w:p>
    <w:p w14:paraId="279C66E7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lang w:val="pt-BR"/>
        </w:rPr>
        <w:t>Para fins de participação no Edital, DECLARO que:</w:t>
      </w:r>
    </w:p>
    <w:p w14:paraId="36246C22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li e aceito integralmente as regras, condições e anexos do Edital;</w:t>
      </w:r>
    </w:p>
    <w:p w14:paraId="2E552161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as informações prestadas e os documentos apresentados são verdadeiros, completos e autênticos;</w:t>
      </w:r>
    </w:p>
    <w:p w14:paraId="12EE5597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sou responsável por acompanhar as publicações, os resultados, as convocações e os demais atos relativos ao Edital;</w:t>
      </w:r>
    </w:p>
    <w:p w14:paraId="5C56430B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estou ciente de que a inscrição não significa seleção, habilitação ou direito automático ao recebimento dos recursos;</w:t>
      </w:r>
    </w:p>
    <w:p w14:paraId="7456D7E2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lastRenderedPageBreak/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não incorro nas hipóteses de impedimento e conflito de interesses previstas no Edital;</w:t>
      </w:r>
    </w:p>
    <w:p w14:paraId="42A4DF9B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o projeto respeitará os direitos autorais, de imagem, de voz, de personalidade e as autorizações necessárias, especialmente quando envolver crianças, adolescentes ou pessoas em situação de vulnerabilidade;</w:t>
      </w:r>
    </w:p>
    <w:p w14:paraId="4A23035E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autorizo o tratamento e o compartilhamento dos dados pessoais necessários à inscrição, seleção, habilitação, formalização, pagamento, execução, monitoramento, controle, transparência e avaliação da PNAB, nos termos da Lei nº 13.709/2018;</w:t>
      </w:r>
    </w:p>
    <w:p w14:paraId="3C45009E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comprometo-me a executar gratuitamente para o público as ações e os produtos financiados, ressalvada a comercialização expressamente admitida no Anexo I;</w:t>
      </w:r>
    </w:p>
    <w:p w14:paraId="3E359493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comprometo-me a cumprir as medidas de acessibilidade, divulgação, aplicação de marcas, prestação de informações e demais obrigações assumidas no Plano de Trabalho;</w:t>
      </w:r>
    </w:p>
    <w:p w14:paraId="2891A9D0" w14:textId="77777777" w:rsidR="0037309A" w:rsidRPr="008F5C30" w:rsidRDefault="00E617CD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  <w:r w:rsidRPr="008F5C30">
        <w:rPr>
          <w:rFonts w:cs="Segoe UI Symbol"/>
          <w:b/>
          <w:lang w:val="pt-BR"/>
        </w:rPr>
        <w:t>☐</w:t>
      </w:r>
      <w:r w:rsidRPr="008F5C30">
        <w:rPr>
          <w:rFonts w:cs="Arial"/>
          <w:b/>
          <w:lang w:val="pt-BR"/>
        </w:rPr>
        <w:t xml:space="preserve"> </w:t>
      </w:r>
      <w:r w:rsidRPr="008F5C30">
        <w:rPr>
          <w:rFonts w:cs="Arial"/>
          <w:lang w:val="pt-BR"/>
        </w:rPr>
        <w:t>revisei todas as informações e os documentos antes de concluir a inscrição.</w:t>
      </w:r>
    </w:p>
    <w:p w14:paraId="68BE31E5" w14:textId="77777777" w:rsidR="007C50EB" w:rsidRPr="008F5C30" w:rsidRDefault="007C50EB" w:rsidP="007C50EB">
      <w:pPr>
        <w:spacing w:after="160"/>
        <w:ind w:left="288" w:hanging="288"/>
        <w:jc w:val="both"/>
        <w:rPr>
          <w:rFonts w:cs="Arial"/>
          <w:sz w:val="22"/>
          <w:lang w:val="pt-BR"/>
        </w:rPr>
      </w:pPr>
    </w:p>
    <w:p w14:paraId="772C654E" w14:textId="77777777" w:rsidR="0037309A" w:rsidRPr="008F5C30" w:rsidRDefault="00E617CD" w:rsidP="007C50EB">
      <w:pPr>
        <w:spacing w:after="160"/>
        <w:jc w:val="both"/>
        <w:rPr>
          <w:rFonts w:cs="Arial"/>
          <w:sz w:val="22"/>
          <w:lang w:val="pt-BR"/>
        </w:rPr>
      </w:pPr>
      <w:r w:rsidRPr="008F5C30">
        <w:rPr>
          <w:rFonts w:cs="Arial"/>
          <w:lang w:val="pt-BR"/>
        </w:rPr>
        <w:t>Declaro, por fim, que li, compreendi e concordo com todas as declarações acima, estando ciente das consequências administrativas, civis e criminais decorrentes de eventual falsidade ou descumprimento.</w:t>
      </w:r>
    </w:p>
    <w:p w14:paraId="7D374BE1" w14:textId="77777777" w:rsidR="0037309A" w:rsidRPr="008F5C30" w:rsidRDefault="00E617CD" w:rsidP="007C50EB">
      <w:pPr>
        <w:spacing w:after="160"/>
        <w:jc w:val="center"/>
        <w:rPr>
          <w:rFonts w:cs="Arial"/>
          <w:sz w:val="22"/>
          <w:lang w:val="pt-BR"/>
        </w:rPr>
      </w:pPr>
      <w:r w:rsidRPr="008F5C30">
        <w:rPr>
          <w:rFonts w:cs="Arial"/>
          <w:lang w:val="pt-BR"/>
        </w:rPr>
        <w:br/>
        <w:t xml:space="preserve">Rio das Antas/SC, ______ de __________________ </w:t>
      </w:r>
      <w:proofErr w:type="spellStart"/>
      <w:r w:rsidRPr="008F5C30">
        <w:rPr>
          <w:rFonts w:cs="Arial"/>
          <w:lang w:val="pt-BR"/>
        </w:rPr>
        <w:t>de</w:t>
      </w:r>
      <w:proofErr w:type="spellEnd"/>
      <w:r w:rsidRPr="008F5C30">
        <w:rPr>
          <w:rFonts w:cs="Arial"/>
          <w:lang w:val="pt-BR"/>
        </w:rPr>
        <w:t xml:space="preserve"> 20____.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37309A" w:rsidRPr="008F5C30" w14:paraId="03D139A5" w14:textId="77777777">
        <w:trPr>
          <w:jc w:val="center"/>
        </w:trPr>
        <w:tc>
          <w:tcPr>
            <w:tcW w:w="10080" w:type="dxa"/>
          </w:tcPr>
          <w:p w14:paraId="4D670254" w14:textId="77777777" w:rsidR="0037309A" w:rsidRPr="008F5C30" w:rsidRDefault="00E617CD" w:rsidP="007C50EB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8F5C30">
              <w:rPr>
                <w:rFonts w:cs="Arial"/>
                <w:lang w:val="pt-BR"/>
              </w:rPr>
              <w:br/>
              <w:t>____________________________________________</w:t>
            </w:r>
          </w:p>
        </w:tc>
      </w:tr>
      <w:tr w:rsidR="0037309A" w:rsidRPr="008F5C30" w14:paraId="02555F06" w14:textId="77777777">
        <w:trPr>
          <w:jc w:val="center"/>
        </w:trPr>
        <w:tc>
          <w:tcPr>
            <w:tcW w:w="10080" w:type="dxa"/>
          </w:tcPr>
          <w:p w14:paraId="0C9D1C5A" w14:textId="547BA039" w:rsidR="0037309A" w:rsidRPr="008F5C30" w:rsidRDefault="00E617CD" w:rsidP="007C50EB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8F5C30">
              <w:rPr>
                <w:rFonts w:cs="Arial"/>
                <w:lang w:val="pt-BR"/>
              </w:rPr>
              <w:t xml:space="preserve">AGENTE CULTURAL </w:t>
            </w:r>
          </w:p>
        </w:tc>
      </w:tr>
    </w:tbl>
    <w:p w14:paraId="202B10BE" w14:textId="77777777" w:rsidR="00E617CD" w:rsidRPr="008F5C30" w:rsidRDefault="00E617CD" w:rsidP="007C50EB">
      <w:pPr>
        <w:spacing w:after="160"/>
        <w:jc w:val="center"/>
        <w:rPr>
          <w:rFonts w:cs="Arial"/>
          <w:sz w:val="22"/>
          <w:lang w:val="pt-BR"/>
        </w:rPr>
      </w:pPr>
    </w:p>
    <w:sectPr w:rsidR="00E617CD" w:rsidRPr="008F5C30" w:rsidSect="007C50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900" w:bottom="1008" w:left="1080" w:header="19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440D9" w14:textId="77777777" w:rsidR="009C3D7D" w:rsidRDefault="009C3D7D">
      <w:pPr>
        <w:spacing w:after="0" w:line="240" w:lineRule="auto"/>
      </w:pPr>
      <w:r>
        <w:separator/>
      </w:r>
    </w:p>
  </w:endnote>
  <w:endnote w:type="continuationSeparator" w:id="0">
    <w:p w14:paraId="19835425" w14:textId="77777777" w:rsidR="009C3D7D" w:rsidRDefault="009C3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67A2" w14:textId="77777777" w:rsidR="00951B81" w:rsidRDefault="00951B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734EF" w14:textId="69D1D18D" w:rsidR="0037309A" w:rsidRDefault="0037309A">
    <w:pPr>
      <w:pStyle w:val="Rodap"/>
      <w:spacing w:line="36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796A9" w14:textId="77777777" w:rsidR="00951B81" w:rsidRDefault="00951B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4767F" w14:textId="77777777" w:rsidR="009C3D7D" w:rsidRDefault="009C3D7D">
      <w:pPr>
        <w:spacing w:after="0" w:line="240" w:lineRule="auto"/>
      </w:pPr>
      <w:r>
        <w:separator/>
      </w:r>
    </w:p>
  </w:footnote>
  <w:footnote w:type="continuationSeparator" w:id="0">
    <w:p w14:paraId="24C6C54E" w14:textId="77777777" w:rsidR="009C3D7D" w:rsidRDefault="009C3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35473" w14:textId="77777777" w:rsidR="00951B81" w:rsidRDefault="00951B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4946" w14:textId="77777777" w:rsidR="00951B81" w:rsidRDefault="009C3D7D">
    <w:pPr>
      <w:spacing w:after="0" w:line="240" w:lineRule="auto"/>
      <w:jc w:val="center"/>
    </w:pPr>
    <w:r>
      <w:rPr>
        <w:noProof/>
      </w:rPr>
      <w:drawing>
        <wp:inline distT="0" distB="0" distL="0" distR="0" wp14:anchorId="5C5993E8" wp14:editId="738C09B0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E45E" w14:textId="77777777" w:rsidR="00951B81" w:rsidRDefault="00951B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7458463">
    <w:abstractNumId w:val="8"/>
  </w:num>
  <w:num w:numId="2" w16cid:durableId="106508658">
    <w:abstractNumId w:val="6"/>
  </w:num>
  <w:num w:numId="3" w16cid:durableId="1524319836">
    <w:abstractNumId w:val="5"/>
  </w:num>
  <w:num w:numId="4" w16cid:durableId="73472978">
    <w:abstractNumId w:val="4"/>
  </w:num>
  <w:num w:numId="5" w16cid:durableId="372729868">
    <w:abstractNumId w:val="7"/>
  </w:num>
  <w:num w:numId="6" w16cid:durableId="176116976">
    <w:abstractNumId w:val="3"/>
  </w:num>
  <w:num w:numId="7" w16cid:durableId="1516457802">
    <w:abstractNumId w:val="2"/>
  </w:num>
  <w:num w:numId="8" w16cid:durableId="1498761192">
    <w:abstractNumId w:val="1"/>
  </w:num>
  <w:num w:numId="9" w16cid:durableId="142680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43C2"/>
    <w:rsid w:val="0029639D"/>
    <w:rsid w:val="00326F90"/>
    <w:rsid w:val="0037309A"/>
    <w:rsid w:val="00393661"/>
    <w:rsid w:val="003C31E4"/>
    <w:rsid w:val="00464AF7"/>
    <w:rsid w:val="00496CCF"/>
    <w:rsid w:val="007B3F13"/>
    <w:rsid w:val="007C50EB"/>
    <w:rsid w:val="008F5C30"/>
    <w:rsid w:val="00951B81"/>
    <w:rsid w:val="009C3D7D"/>
    <w:rsid w:val="00AA1D8D"/>
    <w:rsid w:val="00AC43E6"/>
    <w:rsid w:val="00B47730"/>
    <w:rsid w:val="00CA2050"/>
    <w:rsid w:val="00CB0664"/>
    <w:rsid w:val="00CF45D9"/>
    <w:rsid w:val="00E617CD"/>
    <w:rsid w:val="00FB3440"/>
    <w:rsid w:val="00FC693F"/>
    <w:rsid w:val="00FF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FBC70A"/>
  <w14:defaultImageDpi w14:val="300"/>
  <w15:docId w15:val="{EBD4FB08-8A35-408B-90BD-D3D16FD3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eastAsia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496CC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6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nabciclo2@riodasantas.sc.gov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403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7</cp:revision>
  <dcterms:created xsi:type="dcterms:W3CDTF">2026-08-12T20:24:00Z</dcterms:created>
  <dcterms:modified xsi:type="dcterms:W3CDTF">2026-09-15T18:35:00Z</dcterms:modified>
  <cp:category/>
</cp:coreProperties>
</file>