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F3EE2" w14:textId="70EC2EED" w:rsidR="00402004" w:rsidRPr="00C6479E" w:rsidRDefault="00E675AD" w:rsidP="00874F24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ANEXO VI</w:t>
      </w:r>
    </w:p>
    <w:p w14:paraId="571C3C37" w14:textId="77777777" w:rsidR="00402004" w:rsidRPr="00C6479E" w:rsidRDefault="00E675AD" w:rsidP="00874F24">
      <w:pPr>
        <w:pStyle w:val="Ttulo"/>
        <w:spacing w:after="160" w:line="360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RELATÓRIO DE EXECUÇÃO DO OBJETO</w:t>
      </w:r>
    </w:p>
    <w:p w14:paraId="713EFB32" w14:textId="77777777" w:rsidR="00402004" w:rsidRPr="00C6479E" w:rsidRDefault="00E675AD" w:rsidP="00874F24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EDITAL DE CHAMAMENTO PÚBLICO Nº 02/2026 – PNAB – CICLO 2 –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402004" w:rsidRPr="00C6479E" w14:paraId="27E684CC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37989D" w14:textId="4BA8B770" w:rsidR="00402004" w:rsidRPr="00C6479E" w:rsidRDefault="00E675AD" w:rsidP="00874F24">
            <w:pPr>
              <w:spacing w:after="160"/>
              <w:rPr>
                <w:rFonts w:cs="Arial"/>
                <w:b/>
                <w:bCs/>
                <w:sz w:val="22"/>
                <w:lang w:val="pt-BR"/>
              </w:rPr>
            </w:pPr>
            <w:r w:rsidRPr="00C6479E">
              <w:rPr>
                <w:rFonts w:cs="Arial"/>
                <w:b/>
                <w:bCs/>
                <w:lang w:val="pt-BR"/>
              </w:rPr>
              <w:t>Preench</w:t>
            </w:r>
            <w:r w:rsidR="00874F24" w:rsidRPr="00C6479E">
              <w:rPr>
                <w:rFonts w:cs="Arial"/>
                <w:b/>
                <w:bCs/>
                <w:lang w:val="pt-BR"/>
              </w:rPr>
              <w:t xml:space="preserve">imento obrigatório na finalização do </w:t>
            </w:r>
            <w:r w:rsidRPr="00C6479E">
              <w:rPr>
                <w:rFonts w:cs="Arial"/>
                <w:b/>
                <w:bCs/>
                <w:lang w:val="pt-BR"/>
              </w:rPr>
              <w:t xml:space="preserve">projeto. </w:t>
            </w:r>
            <w:r w:rsidR="00413763" w:rsidRPr="00C6479E">
              <w:rPr>
                <w:rFonts w:cs="Arial"/>
                <w:b/>
                <w:bCs/>
                <w:lang w:val="pt-BR"/>
              </w:rPr>
              <w:br/>
              <w:t xml:space="preserve">Se algum item não tiver conexão com seu projetos, não precisa ser preenchido. </w:t>
            </w:r>
            <w:r w:rsidR="00874F24" w:rsidRPr="00C6479E">
              <w:rPr>
                <w:rFonts w:cs="Arial"/>
                <w:b/>
                <w:bCs/>
                <w:lang w:val="pt-BR"/>
              </w:rPr>
              <w:br/>
            </w:r>
            <w:r w:rsidRPr="00C6479E">
              <w:rPr>
                <w:rFonts w:cs="Arial"/>
                <w:b/>
                <w:bCs/>
                <w:lang w:val="pt-BR"/>
              </w:rPr>
              <w:t xml:space="preserve">Anexe evidências compatíveis com as atividades realizadas. </w:t>
            </w:r>
            <w:r w:rsidR="00874F24" w:rsidRPr="00C6479E">
              <w:rPr>
                <w:rFonts w:cs="Arial"/>
                <w:b/>
                <w:bCs/>
                <w:lang w:val="pt-BR"/>
              </w:rPr>
              <w:br/>
            </w:r>
            <w:r w:rsidRPr="00C6479E">
              <w:rPr>
                <w:rFonts w:cs="Arial"/>
                <w:b/>
                <w:bCs/>
                <w:lang w:val="pt-BR"/>
              </w:rPr>
              <w:t>Notas fiscais, recibos e extratos somente serão exigidos nas hipóteses previstas na legislação e no Termo de Execução Cultural.</w:t>
            </w:r>
          </w:p>
        </w:tc>
      </w:tr>
    </w:tbl>
    <w:p w14:paraId="51813DB5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1. Dados do projeto</w:t>
      </w:r>
    </w:p>
    <w:p w14:paraId="66291A0D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1.1. Nome do projeto</w:t>
      </w:r>
    </w:p>
    <w:p w14:paraId="51D941A2" w14:textId="3D291ADD" w:rsidR="00402004" w:rsidRPr="00C6479E" w:rsidRDefault="00E675AD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</w:t>
      </w:r>
      <w:r w:rsidR="00874F24" w:rsidRPr="00C6479E">
        <w:rPr>
          <w:rFonts w:cs="Arial"/>
          <w:lang w:val="pt-BR"/>
        </w:rPr>
        <w:t>____________________________________________________________________</w:t>
      </w:r>
    </w:p>
    <w:p w14:paraId="16B7C6A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1.2. Agente cultural</w:t>
      </w:r>
    </w:p>
    <w:p w14:paraId="1B8E4EC8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0034CCB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1.3. Nº do Termo de Execução Cultural</w:t>
      </w:r>
    </w:p>
    <w:p w14:paraId="3D39F5F4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5BAD577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>
        <w:t>1.4. Categoria do projeto</w:t>
      </w:r>
    </w:p>
    <w:p w14:paraId="01F12EED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ABACE4A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1.5. Vigência</w:t>
      </w:r>
    </w:p>
    <w:p w14:paraId="1E183087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D97C6C6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1.6. Valor repassado</w:t>
      </w:r>
    </w:p>
    <w:p w14:paraId="0166E0AA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lastRenderedPageBreak/>
        <w:t>______________________________________________________________________________________________________________________________________________________</w:t>
      </w:r>
    </w:p>
    <w:p w14:paraId="2F877DB9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1.7. Data de entrega do relatório</w:t>
      </w:r>
    </w:p>
    <w:p w14:paraId="4785A1D6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1ADAC370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2. Resultados</w:t>
      </w:r>
    </w:p>
    <w:p w14:paraId="558866C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2.1. Resumo da execução e dos principais resultados</w:t>
      </w:r>
    </w:p>
    <w:p w14:paraId="0493FA09" w14:textId="1646D4F9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3BEBD169" w14:textId="04D2A934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4404D34D" w14:textId="20B1E05F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03A45D69" w14:textId="77777777" w:rsidR="00874F24" w:rsidRPr="00C6479E" w:rsidRDefault="00874F24" w:rsidP="00874F24">
      <w:pPr>
        <w:spacing w:after="160"/>
        <w:rPr>
          <w:rFonts w:cs="Arial"/>
          <w:b/>
          <w:sz w:val="22"/>
          <w:lang w:val="pt-BR"/>
        </w:rPr>
      </w:pPr>
    </w:p>
    <w:p w14:paraId="1774D28A" w14:textId="1C04EA7C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2.2. As ações planejadas foram realizadas?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402004" w:rsidRPr="00C6479E" w14:paraId="457B2E2B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7BDBFFC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Sim, todas conforme planejado</w:t>
            </w:r>
          </w:p>
        </w:tc>
      </w:tr>
      <w:tr w:rsidR="00402004" w:rsidRPr="00C6479E" w14:paraId="1DA26C8B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1A6F8C5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Sim, todas, com adaptações</w:t>
            </w:r>
          </w:p>
        </w:tc>
      </w:tr>
      <w:tr w:rsidR="00402004" w:rsidRPr="00C6479E" w14:paraId="35421B63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B2AD534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Parte das ações não foi realizada</w:t>
            </w:r>
          </w:p>
        </w:tc>
      </w:tr>
      <w:tr w:rsidR="00402004" w:rsidRPr="00C6479E" w14:paraId="4FE8A619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21633B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As ações não foram realizadas conforme planejado</w:t>
            </w:r>
          </w:p>
        </w:tc>
      </w:tr>
    </w:tbl>
    <w:p w14:paraId="2B38FAD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2.3. Descreva as ações, datas, locais, alterações e impactos nas metas</w:t>
      </w:r>
    </w:p>
    <w:p w14:paraId="703ED131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34EC2AA1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5D7DD04" w14:textId="416A360C" w:rsidR="00874F24" w:rsidRPr="00C6479E" w:rsidRDefault="008D3A4C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lastRenderedPageBreak/>
        <w:t>______________________________________________________________________________________________________________________________________________________</w:t>
      </w:r>
      <w:r w:rsidR="00874F24"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546E7BF" w14:textId="22A83D02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4F8A3545" w14:textId="42223A88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3. Cumprimento das metas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880"/>
        <w:gridCol w:w="2016"/>
        <w:gridCol w:w="1728"/>
        <w:gridCol w:w="2160"/>
      </w:tblGrid>
      <w:tr w:rsidR="00402004" w:rsidRPr="00C6479E" w14:paraId="75594647" w14:textId="77777777" w:rsidTr="00874F24">
        <w:trPr>
          <w:tblHeader/>
          <w:jc w:val="center"/>
        </w:trPr>
        <w:tc>
          <w:tcPr>
            <w:tcW w:w="216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A83BE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lang w:val="pt-BR"/>
              </w:rPr>
              <w:t>Meta aprovada</w:t>
            </w:r>
          </w:p>
        </w:tc>
        <w:tc>
          <w:tcPr>
            <w:tcW w:w="288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CC42C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lang w:val="pt-BR"/>
              </w:rPr>
              <w:t>Resultado alcançado</w:t>
            </w:r>
          </w:p>
        </w:tc>
        <w:tc>
          <w:tcPr>
            <w:tcW w:w="2016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CEB601" w14:textId="5DF037FA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lang w:val="pt-BR"/>
              </w:rPr>
              <w:t>Situação: integral/parcial/</w:t>
            </w:r>
            <w:r w:rsidR="00874F24" w:rsidRPr="00C6479E">
              <w:rPr>
                <w:rFonts w:cs="Arial"/>
                <w:b/>
                <w:color w:val="FFFFFF" w:themeColor="background1"/>
                <w:lang w:val="pt-BR"/>
              </w:rPr>
              <w:br/>
              <w:t>n</w:t>
            </w:r>
            <w:r w:rsidRPr="00C6479E">
              <w:rPr>
                <w:rFonts w:cs="Arial"/>
                <w:b/>
                <w:color w:val="FFFFFF" w:themeColor="background1"/>
                <w:lang w:val="pt-BR"/>
              </w:rPr>
              <w:t>ão cumprida</w:t>
            </w:r>
          </w:p>
        </w:tc>
        <w:tc>
          <w:tcPr>
            <w:tcW w:w="172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94576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lang w:val="pt-BR"/>
              </w:rPr>
              <w:t>Evidência</w:t>
            </w:r>
          </w:p>
        </w:tc>
        <w:tc>
          <w:tcPr>
            <w:tcW w:w="216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ABEDF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lang w:val="pt-BR"/>
              </w:rPr>
              <w:t>Justificativa, se necessária</w:t>
            </w:r>
          </w:p>
        </w:tc>
      </w:tr>
      <w:tr w:rsidR="00402004" w:rsidRPr="00C6479E" w14:paraId="7F99D5C2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A06C1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208C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7C57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E18E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F219F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142B4488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A5D33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652C1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19F2A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3DB1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7AF41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0501A354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0C8C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477E7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8B66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B67CF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5A65D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09959D80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3863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198E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34EA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9D1ED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B493C3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06D456FA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7DC2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52419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6B6D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B01A5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F27B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59652A9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97C1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9DB2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8BFA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E5A9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72229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4E595D55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E2072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F836B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156B7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A8A93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F4FE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1BC67D74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E6EDA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F8D6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01A43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C2327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D6C7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16027B09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C7806B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641F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D8A4F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5FA98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8708C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0AB3BDEA" w14:textId="77777777" w:rsidR="008D3A4C" w:rsidRDefault="008D3A4C" w:rsidP="00874F24">
      <w:pPr>
        <w:pStyle w:val="Ttulo1"/>
        <w:spacing w:before="0" w:after="160"/>
        <w:rPr>
          <w:rFonts w:ascii="Arial" w:hAnsi="Arial" w:cs="Arial"/>
          <w:color w:val="auto"/>
          <w:sz w:val="24"/>
          <w:szCs w:val="22"/>
          <w:lang w:val="pt-BR"/>
        </w:rPr>
      </w:pPr>
    </w:p>
    <w:p w14:paraId="7836C961" w14:textId="56295521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4. Produtos e entregas culturais</w:t>
      </w:r>
    </w:p>
    <w:p w14:paraId="68D88885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4.1. Produtos gerados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402004" w:rsidRPr="00C6479E" w14:paraId="40468BC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2DA4945" w14:textId="77777777" w:rsidR="00B842B4" w:rsidRDefault="00D25B67">
            <w:r>
              <w:lastRenderedPageBreak/>
              <w:t>☐</w:t>
            </w:r>
            <w:r>
              <w:t xml:space="preserve"> Aula/oficina de formação musical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B39BDD8" w14:textId="77777777" w:rsidR="00B842B4" w:rsidRDefault="00D25B67">
            <w:r>
              <w:t>☐</w:t>
            </w:r>
            <w:r>
              <w:t xml:space="preserve"> Apresentação musical pública</w:t>
            </w:r>
          </w:p>
        </w:tc>
      </w:tr>
      <w:tr w:rsidR="00402004" w:rsidRPr="00C6479E" w14:paraId="5C48DEF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135093E" w14:textId="77777777" w:rsidR="00B842B4" w:rsidRDefault="00D25B67">
            <w:r>
              <w:t>☐</w:t>
            </w:r>
            <w:r>
              <w:t xml:space="preserve"> Material didático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AB08071" w14:textId="77777777" w:rsidR="00B842B4" w:rsidRDefault="00D25B67">
            <w:r>
              <w:t>☐</w:t>
            </w:r>
            <w:r>
              <w:t xml:space="preserve"> Registros fotográficos ou audiovisuais</w:t>
            </w:r>
          </w:p>
        </w:tc>
      </w:tr>
      <w:tr w:rsidR="00402004" w:rsidRPr="00C6479E" w14:paraId="489C234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3C3EB4" w14:textId="77777777" w:rsidR="00B842B4" w:rsidRDefault="00D25B67">
            <w:r>
              <w:t>☐</w:t>
            </w:r>
            <w:r>
              <w:t xml:space="preserve"> Formação de alunos-monitores/multiplicadores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23E3617" w14:textId="77777777" w:rsidR="00B842B4" w:rsidRDefault="00D25B67">
            <w:r>
              <w:t>☐</w:t>
            </w:r>
            <w:r>
              <w:t xml:space="preserve"> Outro</w:t>
            </w:r>
          </w:p>
        </w:tc>
      </w:tr>
      <w:tr w:rsidR="00402004" w:rsidRPr="00C6479E" w14:paraId="248C9E3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7ADDAC3" w14:textId="77777777" w:rsidR="00B842B4" w:rsidRDefault="00D25B67">
            <w:r>
              <w:t>☐</w:t>
            </w:r>
            <w:r>
              <w:t xml:space="preserve"> Não houve produto material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3AE3ADC" w14:textId="77777777" w:rsidR="00B842B4" w:rsidRDefault="00B842B4"/>
        </w:tc>
      </w:tr>
    </w:tbl>
    <w:p w14:paraId="57B73206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4.2. Informe quantidades e descreva os produtos</w:t>
      </w:r>
    </w:p>
    <w:p w14:paraId="3D68A9F9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34D83E7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FCA3BEF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0666441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4.3. Como os produtos permanecerão disponíveis ao público?</w:t>
      </w:r>
    </w:p>
    <w:p w14:paraId="1B87DB90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45FEDD4F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5D7CE9CD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1B11E4C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4.4. Links, locais de guarda, circulação ou consulta</w:t>
      </w:r>
    </w:p>
    <w:p w14:paraId="666A7EE2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1E9291E0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7F2F5D2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3ECD6303" w14:textId="77777777" w:rsidR="008D3A4C" w:rsidRPr="00C6479E" w:rsidRDefault="008D3A4C" w:rsidP="008D3A4C">
      <w:pPr>
        <w:spacing w:after="160"/>
        <w:rPr>
          <w:rFonts w:cs="Arial"/>
          <w:b/>
          <w:sz w:val="22"/>
          <w:lang w:val="pt-BR"/>
        </w:rPr>
      </w:pPr>
    </w:p>
    <w:p w14:paraId="6ACB236B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5. Público alcançado</w:t>
      </w:r>
    </w:p>
    <w:p w14:paraId="0E1AA46E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5.1. Quantidade total de pessoas beneficiadas</w:t>
      </w:r>
    </w:p>
    <w:p w14:paraId="11BC3827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02C65497" w14:textId="1A83048A" w:rsidR="008D3A4C" w:rsidRPr="00C6479E" w:rsidRDefault="008D3A4C" w:rsidP="008D3A4C">
      <w:pPr>
        <w:keepLines/>
        <w:spacing w:after="160"/>
        <w:rPr>
          <w:rFonts w:cs="Arial"/>
          <w:b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</w:t>
      </w:r>
    </w:p>
    <w:p w14:paraId="625780E0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5.2. Como o público foi contabilizado?</w:t>
      </w:r>
    </w:p>
    <w:p w14:paraId="1F6B1DAB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6B5DF446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0E710264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5E41C6E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5.3. Perfil do público e comunidades alcançadas</w:t>
      </w:r>
    </w:p>
    <w:p w14:paraId="6E9C4136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B7EAD8C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45D4DAA8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6BD70B2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5.4. Justificativa para baixa frequência ou oscilação, se houver</w:t>
      </w:r>
    </w:p>
    <w:p w14:paraId="0CC4F588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B0C2CF5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1D25A8F2" w14:textId="77777777" w:rsidR="008D3A4C" w:rsidRPr="00C6479E" w:rsidRDefault="008D3A4C" w:rsidP="008D3A4C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lastRenderedPageBreak/>
        <w:t>______________________________________________________________________________________________________________________________________________________</w:t>
      </w:r>
    </w:p>
    <w:p w14:paraId="7C5040A7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6. Acessibilidade</w:t>
      </w:r>
    </w:p>
    <w:p w14:paraId="2DCD4659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6.1. Medidas de acessibilidade e inclusão efetivamente realizadas</w:t>
      </w:r>
    </w:p>
    <w:p w14:paraId="47FF2E42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239E7AB6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11D65EB4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16BDE2F2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6.2. Dificuldades, adaptações e resultados das medidas</w:t>
      </w:r>
    </w:p>
    <w:p w14:paraId="299C8E82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613CAD8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059B475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6B1B9A42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7. Equipe</w:t>
      </w:r>
    </w:p>
    <w:p w14:paraId="1CF9B55D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7.1. Quantidade de integrantes</w:t>
      </w:r>
    </w:p>
    <w:p w14:paraId="4C15F5F8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018A1845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29D1B522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6D1E9751" w14:textId="77777777" w:rsidR="00627543" w:rsidRPr="00C6479E" w:rsidRDefault="00627543" w:rsidP="00627543">
      <w:pPr>
        <w:spacing w:after="160"/>
        <w:rPr>
          <w:rFonts w:cs="Arial"/>
          <w:b/>
          <w:sz w:val="22"/>
          <w:lang w:val="pt-BR"/>
        </w:rPr>
      </w:pPr>
    </w:p>
    <w:p w14:paraId="0EF960C1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lastRenderedPageBreak/>
        <w:t>7.2. Houve mudanças na equipe?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402004" w:rsidRPr="00C6479E" w14:paraId="12DF63F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0018B95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Não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65480D6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Sim</w:t>
            </w:r>
          </w:p>
        </w:tc>
      </w:tr>
    </w:tbl>
    <w:p w14:paraId="1F09D1F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7.3. Explique as mudanças, se houver</w:t>
      </w:r>
    </w:p>
    <w:p w14:paraId="16A3D0F0" w14:textId="77777777" w:rsidR="00627543" w:rsidRPr="00C6479E" w:rsidRDefault="00627543" w:rsidP="00F71311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25934528" w14:textId="77777777" w:rsidR="00627543" w:rsidRPr="00C6479E" w:rsidRDefault="00627543" w:rsidP="00F71311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1DD0CB54" w14:textId="77777777" w:rsidR="00627543" w:rsidRPr="00C6479E" w:rsidRDefault="00627543" w:rsidP="00F71311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6E15070A" w14:textId="77777777" w:rsidR="00627543" w:rsidRPr="00C6479E" w:rsidRDefault="00627543" w:rsidP="00627543">
      <w:pPr>
        <w:spacing w:after="160"/>
        <w:rPr>
          <w:rFonts w:cs="Arial"/>
          <w:b/>
          <w:sz w:val="22"/>
          <w:lang w:val="pt-BR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448"/>
        <w:gridCol w:w="2160"/>
        <w:gridCol w:w="3312"/>
      </w:tblGrid>
      <w:tr w:rsidR="00402004" w:rsidRPr="00C6479E" w14:paraId="0C1C95C2" w14:textId="77777777" w:rsidTr="00874F24">
        <w:trPr>
          <w:tblHeader/>
          <w:jc w:val="center"/>
        </w:trPr>
        <w:tc>
          <w:tcPr>
            <w:tcW w:w="288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E46B4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lang w:val="pt-BR"/>
              </w:rPr>
              <w:t>Nome/profissional ou empresa</w:t>
            </w:r>
          </w:p>
        </w:tc>
        <w:tc>
          <w:tcPr>
            <w:tcW w:w="244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B517E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lang w:val="pt-BR"/>
              </w:rPr>
              <w:t>Função</w:t>
            </w:r>
          </w:p>
        </w:tc>
        <w:tc>
          <w:tcPr>
            <w:tcW w:w="216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20A0B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lang w:val="pt-BR"/>
              </w:rPr>
              <w:t>CPF/CNPJ</w:t>
            </w:r>
          </w:p>
        </w:tc>
        <w:tc>
          <w:tcPr>
            <w:tcW w:w="331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8157A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lang w:val="pt-BR"/>
              </w:rPr>
              <w:t>Atividade realizada</w:t>
            </w:r>
          </w:p>
        </w:tc>
      </w:tr>
      <w:tr w:rsidR="00402004" w:rsidRPr="00C6479E" w14:paraId="60201C66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9DBF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76352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A3887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750B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BA4103D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E5D6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31FC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66CE7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B7569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2A95D34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0FF5DC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7E2F2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A389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9575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299CD55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98C99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43BB6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790E8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EF5D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3698BB3D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737BC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D1D28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67DD3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6005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AEDF02A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3E9A1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6907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204CA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EC37A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15237B17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8. Locais e acesso</w:t>
      </w:r>
    </w:p>
    <w:p w14:paraId="0D35D057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8.1. Forma de acesso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402004" w:rsidRPr="00C6479E" w14:paraId="01564975" w14:textId="77777777"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E1509D2" w14:textId="77777777" w:rsidR="00B842B4" w:rsidRDefault="00D25B67">
            <w:r>
              <w:t>☐</w:t>
            </w:r>
            <w:r>
              <w:t xml:space="preserve"> Presencial em local fixo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826BFE5" w14:textId="77777777" w:rsidR="00B842B4" w:rsidRDefault="00D25B67">
            <w:r>
              <w:t>☐</w:t>
            </w:r>
            <w:r>
              <w:t xml:space="preserve"> Presencial itinerante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19C5862" w14:textId="77777777" w:rsidR="00B842B4" w:rsidRDefault="00B842B4"/>
        </w:tc>
      </w:tr>
      <w:tr w:rsidR="00B842B4" w14:paraId="3971FEE6" w14:textId="77777777">
        <w:tc>
          <w:tcPr>
            <w:tcW w:w="3360" w:type="dxa"/>
          </w:tcPr>
          <w:p w14:paraId="75F7772C" w14:textId="77777777" w:rsidR="00B842B4" w:rsidRDefault="00D25B67">
            <w:r>
              <w:lastRenderedPageBreak/>
              <w:t>☐</w:t>
            </w:r>
            <w:r>
              <w:t xml:space="preserve"> Combinação de locais presenciais</w:t>
            </w:r>
          </w:p>
        </w:tc>
        <w:tc>
          <w:tcPr>
            <w:tcW w:w="3360" w:type="dxa"/>
          </w:tcPr>
          <w:p w14:paraId="31A3CF71" w14:textId="77777777" w:rsidR="00B842B4" w:rsidRDefault="00B842B4"/>
        </w:tc>
        <w:tc>
          <w:tcPr>
            <w:tcW w:w="3360" w:type="dxa"/>
          </w:tcPr>
          <w:p w14:paraId="7459F0A6" w14:textId="77777777" w:rsidR="00B842B4" w:rsidRDefault="00B842B4"/>
        </w:tc>
      </w:tr>
    </w:tbl>
    <w:p w14:paraId="664CBBC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8.2. Locais, municípios, escolas, comunidades e equipamentos utilizados</w:t>
      </w:r>
    </w:p>
    <w:p w14:paraId="6BB81ACC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10E902F7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56238523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2BB76D87" w14:textId="77777777" w:rsidR="00627543" w:rsidRPr="00C6479E" w:rsidRDefault="00627543" w:rsidP="00627543">
      <w:pPr>
        <w:spacing w:after="160"/>
        <w:rPr>
          <w:rFonts w:cs="Arial"/>
          <w:b/>
          <w:sz w:val="22"/>
          <w:lang w:val="pt-BR"/>
        </w:rPr>
      </w:pPr>
    </w:p>
    <w:p w14:paraId="4AC8D7D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8.3. Plataformas e links utilizados</w:t>
      </w:r>
    </w:p>
    <w:p w14:paraId="23AE6163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3DAC71D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2B158D8F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74E481AF" w14:textId="77777777" w:rsidR="00627543" w:rsidRPr="00C6479E" w:rsidRDefault="00627543" w:rsidP="00627543">
      <w:pPr>
        <w:spacing w:after="160"/>
        <w:rPr>
          <w:rFonts w:cs="Arial"/>
          <w:b/>
          <w:sz w:val="22"/>
          <w:lang w:val="pt-BR"/>
        </w:rPr>
      </w:pPr>
    </w:p>
    <w:p w14:paraId="5056D3AA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9. Divulgação e gratuidade</w:t>
      </w:r>
    </w:p>
    <w:p w14:paraId="2E030C6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9.1. Como o projeto foi divulgado?</w:t>
      </w:r>
    </w:p>
    <w:p w14:paraId="5D8EBC53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47DBB6E2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5303EA2C" w14:textId="77777777" w:rsidR="00627543" w:rsidRPr="00C6479E" w:rsidRDefault="00627543" w:rsidP="0062754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583B6D4E" w14:textId="77777777" w:rsidR="00627543" w:rsidRPr="00C6479E" w:rsidRDefault="00627543" w:rsidP="00627543">
      <w:pPr>
        <w:spacing w:after="160"/>
        <w:rPr>
          <w:rFonts w:cs="Arial"/>
          <w:b/>
          <w:sz w:val="22"/>
          <w:lang w:val="pt-BR"/>
        </w:rPr>
      </w:pPr>
    </w:p>
    <w:p w14:paraId="1518CAA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9.2. Como foram informadas a gratuidade e as marcas do apoio público?</w:t>
      </w:r>
    </w:p>
    <w:p w14:paraId="062AA503" w14:textId="77777777" w:rsidR="00831529" w:rsidRPr="00C6479E" w:rsidRDefault="00831529" w:rsidP="00831529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2D0915C5" w14:textId="77777777" w:rsidR="00831529" w:rsidRPr="00C6479E" w:rsidRDefault="00831529" w:rsidP="00831529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5094EA73" w14:textId="77777777" w:rsidR="00831529" w:rsidRPr="00C6479E" w:rsidRDefault="00831529" w:rsidP="00831529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43C24668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10. Gratuidade e acesso público</w:t>
      </w:r>
    </w:p>
    <w:p w14:paraId="0F13EF28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10.1. Explique como foram assegurados o acesso gratuito às aulas, aos materiais financiados e à apresentação pública.</w:t>
      </w:r>
    </w:p>
    <w:p w14:paraId="2DECC311" w14:textId="77777777" w:rsidR="00831529" w:rsidRPr="00C6479E" w:rsidRDefault="00831529" w:rsidP="00831529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6F044029" w14:textId="77777777" w:rsidR="00831529" w:rsidRPr="00C6479E" w:rsidRDefault="00831529" w:rsidP="00831529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111E4EB2" w14:textId="77777777" w:rsidR="00831529" w:rsidRPr="00C6479E" w:rsidRDefault="00831529" w:rsidP="00831529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180C0D50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11. Anexos e evidências</w:t>
      </w:r>
    </w:p>
    <w:p w14:paraId="216780E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11.1. Evidências anexadas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402004" w:rsidRPr="00C6479E" w14:paraId="4165DA8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AC97C75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Registros fotográficos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B85A1D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Vídeos</w:t>
            </w:r>
          </w:p>
        </w:tc>
      </w:tr>
      <w:tr w:rsidR="00402004" w:rsidRPr="00C6479E" w14:paraId="42A8A71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B7E797C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Listas de presença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078C93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Materiais de divulgação</w:t>
            </w:r>
          </w:p>
        </w:tc>
      </w:tr>
      <w:tr w:rsidR="00402004" w:rsidRPr="00C6479E" w14:paraId="092EA1C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B1DEB79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Publicações e links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5DF78EB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Depoimentos</w:t>
            </w:r>
          </w:p>
        </w:tc>
      </w:tr>
      <w:tr w:rsidR="00402004" w:rsidRPr="00C6479E" w14:paraId="3147B59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D01BB17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Atas/declarações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6735319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Comprovantes de contratação ou aquisição</w:t>
            </w:r>
          </w:p>
        </w:tc>
      </w:tr>
      <w:tr w:rsidR="00402004" w:rsidRPr="00C6479E" w14:paraId="52E51F3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70DE441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Produtos digitais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AFA6442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cs="Segoe UI Symbol"/>
                <w:lang w:val="pt-BR"/>
              </w:rPr>
              <w:t>☐</w:t>
            </w:r>
            <w:r w:rsidRPr="00C6479E">
              <w:rPr>
                <w:rFonts w:cs="Arial"/>
                <w:lang w:val="pt-BR"/>
              </w:rPr>
              <w:t xml:space="preserve"> Outros</w:t>
            </w:r>
          </w:p>
        </w:tc>
      </w:tr>
    </w:tbl>
    <w:p w14:paraId="3AEBD973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lang w:val="pt-BR"/>
        </w:rPr>
        <w:t>11.2. Relação e identificação dos arquivos anexos</w:t>
      </w:r>
    </w:p>
    <w:p w14:paraId="0FA60B99" w14:textId="77777777" w:rsidR="00831529" w:rsidRPr="00C6479E" w:rsidRDefault="00831529" w:rsidP="00831529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lastRenderedPageBreak/>
        <w:t>______________________________________________________________________________________________________________________________________________________</w:t>
      </w:r>
    </w:p>
    <w:p w14:paraId="7017B7BC" w14:textId="77777777" w:rsidR="00831529" w:rsidRPr="00C6479E" w:rsidRDefault="00831529" w:rsidP="00831529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58F08841" w14:textId="77777777" w:rsidR="00831529" w:rsidRPr="00C6479E" w:rsidRDefault="00831529" w:rsidP="00831529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______________________________________________________________________________________________________________________________________________________</w:t>
      </w:r>
    </w:p>
    <w:p w14:paraId="34B00BC9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4"/>
          <w:szCs w:val="22"/>
          <w:lang w:val="pt-BR"/>
        </w:rPr>
        <w:t>12. Declaração</w:t>
      </w:r>
    </w:p>
    <w:p w14:paraId="60C0FEAD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Declaro que as informações apresentadas correspondem à execução do projeto e que os documentos e evidências anexados são autênticos, permanecendo disponíveis para verificação pelo Município e pelos órgãos de controle.</w:t>
      </w:r>
    </w:p>
    <w:p w14:paraId="66F718D3" w14:textId="77777777" w:rsidR="00402004" w:rsidRPr="00C6479E" w:rsidRDefault="00E675AD" w:rsidP="00874F24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br/>
        <w:t xml:space="preserve">Rio das Antas/SC, ______ de __________________ </w:t>
      </w:r>
      <w:proofErr w:type="spellStart"/>
      <w:r w:rsidRPr="00C6479E">
        <w:rPr>
          <w:rFonts w:cs="Arial"/>
          <w:lang w:val="pt-BR"/>
        </w:rPr>
        <w:t>de</w:t>
      </w:r>
      <w:proofErr w:type="spellEnd"/>
      <w:r w:rsidRPr="00C6479E">
        <w:rPr>
          <w:rFonts w:cs="Arial"/>
          <w:lang w:val="pt-BR"/>
        </w:rPr>
        <w:t xml:space="preserve"> 20____.</w:t>
      </w:r>
    </w:p>
    <w:p w14:paraId="68D78BEB" w14:textId="77777777" w:rsidR="00377141" w:rsidRPr="00C6479E" w:rsidRDefault="00377141" w:rsidP="00874F24">
      <w:pPr>
        <w:spacing w:after="160"/>
        <w:jc w:val="center"/>
        <w:rPr>
          <w:rFonts w:cs="Arial"/>
          <w:sz w:val="22"/>
          <w:lang w:val="pt-BR"/>
        </w:rPr>
      </w:pPr>
    </w:p>
    <w:p w14:paraId="4639D5CC" w14:textId="38F451CF" w:rsidR="00377141" w:rsidRPr="00C6479E" w:rsidRDefault="00377141" w:rsidP="00874F24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>_______________________________</w:t>
      </w:r>
    </w:p>
    <w:p w14:paraId="6472D75B" w14:textId="6ECF8EB8" w:rsidR="00874F24" w:rsidRPr="00C6479E" w:rsidRDefault="00377141" w:rsidP="00377141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lang w:val="pt-BR"/>
        </w:rPr>
        <w:t xml:space="preserve">AGENTE CULTURAL </w:t>
      </w:r>
    </w:p>
    <w:sectPr w:rsidR="00874F24" w:rsidRPr="00C6479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80" w:bottom="1008" w:left="1080" w:header="19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BA342" w14:textId="77777777" w:rsidR="00D25B67" w:rsidRDefault="00D25B67">
      <w:pPr>
        <w:spacing w:after="0" w:line="240" w:lineRule="auto"/>
      </w:pPr>
      <w:r>
        <w:separator/>
      </w:r>
    </w:p>
  </w:endnote>
  <w:endnote w:type="continuationSeparator" w:id="0">
    <w:p w14:paraId="6837E79D" w14:textId="77777777" w:rsidR="00D25B67" w:rsidRDefault="00D25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85695" w14:textId="77777777" w:rsidR="00B842B4" w:rsidRDefault="00B842B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6FF4" w14:textId="44055C49" w:rsidR="00402004" w:rsidRDefault="00402004">
    <w:pPr>
      <w:pStyle w:val="Rodap"/>
      <w:spacing w:line="36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E06F" w14:textId="77777777" w:rsidR="00B842B4" w:rsidRDefault="00B842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86C36" w14:textId="77777777" w:rsidR="00D25B67" w:rsidRDefault="00D25B67">
      <w:pPr>
        <w:spacing w:after="0" w:line="240" w:lineRule="auto"/>
      </w:pPr>
      <w:r>
        <w:separator/>
      </w:r>
    </w:p>
  </w:footnote>
  <w:footnote w:type="continuationSeparator" w:id="0">
    <w:p w14:paraId="11380B4A" w14:textId="77777777" w:rsidR="00D25B67" w:rsidRDefault="00D25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FE923" w14:textId="77777777" w:rsidR="00B842B4" w:rsidRDefault="00B842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E48A3" w14:textId="77777777" w:rsidR="00B842B4" w:rsidRDefault="00D25B67">
    <w:pPr>
      <w:spacing w:after="0" w:line="240" w:lineRule="auto"/>
      <w:jc w:val="center"/>
    </w:pPr>
    <w:r>
      <w:rPr>
        <w:noProof/>
      </w:rPr>
      <w:drawing>
        <wp:inline distT="0" distB="0" distL="0" distR="0" wp14:anchorId="429B3199" wp14:editId="56CA904D">
          <wp:extent cx="5760000" cy="76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14A58" w14:textId="77777777" w:rsidR="00B842B4" w:rsidRDefault="00B842B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7214534">
    <w:abstractNumId w:val="8"/>
  </w:num>
  <w:num w:numId="2" w16cid:durableId="1687125679">
    <w:abstractNumId w:val="6"/>
  </w:num>
  <w:num w:numId="3" w16cid:durableId="1450658597">
    <w:abstractNumId w:val="5"/>
  </w:num>
  <w:num w:numId="4" w16cid:durableId="1341470964">
    <w:abstractNumId w:val="4"/>
  </w:num>
  <w:num w:numId="5" w16cid:durableId="1806654746">
    <w:abstractNumId w:val="7"/>
  </w:num>
  <w:num w:numId="6" w16cid:durableId="2059890753">
    <w:abstractNumId w:val="3"/>
  </w:num>
  <w:num w:numId="7" w16cid:durableId="617950982">
    <w:abstractNumId w:val="2"/>
  </w:num>
  <w:num w:numId="8" w16cid:durableId="523321590">
    <w:abstractNumId w:val="1"/>
  </w:num>
  <w:num w:numId="9" w16cid:durableId="1127815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11E"/>
    <w:rsid w:val="0010726E"/>
    <w:rsid w:val="0015074B"/>
    <w:rsid w:val="001E4EC3"/>
    <w:rsid w:val="0029639D"/>
    <w:rsid w:val="002E60AC"/>
    <w:rsid w:val="00326F90"/>
    <w:rsid w:val="00377141"/>
    <w:rsid w:val="00402004"/>
    <w:rsid w:val="00413763"/>
    <w:rsid w:val="004422DA"/>
    <w:rsid w:val="004A76C0"/>
    <w:rsid w:val="005D36D7"/>
    <w:rsid w:val="00627543"/>
    <w:rsid w:val="00687065"/>
    <w:rsid w:val="00831529"/>
    <w:rsid w:val="00874F24"/>
    <w:rsid w:val="008C6E10"/>
    <w:rsid w:val="008D3A4C"/>
    <w:rsid w:val="009047C0"/>
    <w:rsid w:val="00AA1D8D"/>
    <w:rsid w:val="00B47730"/>
    <w:rsid w:val="00B842B4"/>
    <w:rsid w:val="00C6479E"/>
    <w:rsid w:val="00CB0664"/>
    <w:rsid w:val="00D25B67"/>
    <w:rsid w:val="00D757B4"/>
    <w:rsid w:val="00DE5D54"/>
    <w:rsid w:val="00E675AD"/>
    <w:rsid w:val="00F55AC7"/>
    <w:rsid w:val="00FC60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60A417"/>
  <w14:defaultImageDpi w14:val="300"/>
  <w15:docId w15:val="{2F06BE6B-7869-42B8-AC6E-C78AA3F1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eastAsia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2045</Words>
  <Characters>11045</Characters>
  <Application>Microsoft Office Word</Application>
  <DocSecurity>0</DocSecurity>
  <Lines>92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10</cp:revision>
  <dcterms:created xsi:type="dcterms:W3CDTF">2026-08-12T19:58:00Z</dcterms:created>
  <dcterms:modified xsi:type="dcterms:W3CDTF">2026-09-15T18:30:00Z</dcterms:modified>
  <cp:category/>
</cp:coreProperties>
</file>