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5A6C" w14:textId="77777777" w:rsidR="00DE6C38" w:rsidRPr="00DE6C38" w:rsidRDefault="00DE6C38" w:rsidP="00DB12B7">
      <w:pPr>
        <w:spacing w:after="160"/>
        <w:jc w:val="center"/>
        <w:rPr>
          <w:rFonts w:cs="Arial"/>
          <w:b/>
          <w:sz w:val="22"/>
          <w:lang w:val="pt-BR"/>
        </w:rPr>
      </w:pPr>
    </w:p>
    <w:p w14:paraId="737B1792" w14:textId="52108FE6" w:rsidR="007667C0" w:rsidRPr="00DE6C38" w:rsidRDefault="007A3F85" w:rsidP="00DB12B7">
      <w:pPr>
        <w:spacing w:after="160"/>
        <w:jc w:val="center"/>
        <w:rPr>
          <w:rFonts w:cs="Arial"/>
          <w:sz w:val="22"/>
          <w:lang w:val="pt-BR"/>
        </w:rPr>
      </w:pPr>
      <w:r w:rsidRPr="00DE6C38">
        <w:rPr>
          <w:rFonts w:cs="Arial"/>
          <w:b/>
          <w:lang w:val="pt-BR"/>
        </w:rPr>
        <w:t>ANEXO VII</w:t>
      </w:r>
    </w:p>
    <w:p w14:paraId="54442ADB" w14:textId="77777777" w:rsidR="007667C0" w:rsidRPr="00DE6C38" w:rsidRDefault="007A3F85" w:rsidP="00DB12B7">
      <w:pPr>
        <w:pStyle w:val="Ttulo"/>
        <w:spacing w:after="160" w:line="360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DE6C38">
        <w:rPr>
          <w:rFonts w:ascii="Arial" w:hAnsi="Arial" w:cs="Arial"/>
          <w:color w:val="auto"/>
          <w:sz w:val="24"/>
          <w:szCs w:val="22"/>
          <w:lang w:val="pt-BR"/>
        </w:rPr>
        <w:t>DECLARAÇÃO DE REPRESENTAÇÃO DE GRUPO OU COLETIVO SEM CNPJ</w:t>
      </w:r>
    </w:p>
    <w:p w14:paraId="562D0646" w14:textId="77777777" w:rsidR="007667C0" w:rsidRPr="00DE6C38" w:rsidRDefault="007A3F85" w:rsidP="00DB12B7">
      <w:pPr>
        <w:spacing w:after="160"/>
        <w:jc w:val="center"/>
        <w:rPr>
          <w:rFonts w:cs="Arial"/>
          <w:sz w:val="22"/>
          <w:lang w:val="pt-BR"/>
        </w:rPr>
      </w:pPr>
      <w:r w:rsidRPr="00DE6C38">
        <w:rPr>
          <w:rFonts w:cs="Arial"/>
          <w:b/>
          <w:lang w:val="pt-BR"/>
        </w:rPr>
        <w:t>EDITAL DE CHAMAMENTO PÚBLICO Nº 02/2026 – PNAB – CICLO 2 –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7667C0" w:rsidRPr="00DE6C38" w14:paraId="4ACA93A9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5688CB" w14:textId="7870B7A4" w:rsidR="007667C0" w:rsidRPr="00DE6C38" w:rsidRDefault="007A3F85" w:rsidP="00DB12B7">
            <w:pPr>
              <w:spacing w:after="160"/>
              <w:rPr>
                <w:rFonts w:cs="Arial"/>
                <w:b/>
                <w:bCs/>
                <w:sz w:val="22"/>
                <w:lang w:val="pt-BR"/>
              </w:rPr>
            </w:pPr>
            <w:r w:rsidRPr="00DE6C38">
              <w:rPr>
                <w:rFonts w:cs="Arial"/>
                <w:b/>
                <w:bCs/>
                <w:lang w:val="pt-BR"/>
              </w:rPr>
              <w:t xml:space="preserve">Preenchimento exclusivo por grupo ou coletivo cultural sem CNPJ. </w:t>
            </w:r>
            <w:r w:rsidR="00BF6A66" w:rsidRPr="00DE6C38">
              <w:rPr>
                <w:rFonts w:cs="Arial"/>
                <w:b/>
                <w:bCs/>
                <w:lang w:val="pt-BR"/>
              </w:rPr>
              <w:br/>
            </w:r>
            <w:r w:rsidRPr="00DE6C38">
              <w:rPr>
                <w:rFonts w:cs="Arial"/>
                <w:b/>
                <w:bCs/>
                <w:lang w:val="pt-BR"/>
              </w:rPr>
              <w:t xml:space="preserve">Todos os integrantes maiores e capazes devem assinar. </w:t>
            </w:r>
            <w:r w:rsidR="00BF6A66" w:rsidRPr="00DE6C38">
              <w:rPr>
                <w:rFonts w:cs="Arial"/>
                <w:b/>
                <w:bCs/>
                <w:lang w:val="pt-BR"/>
              </w:rPr>
              <w:br/>
            </w:r>
            <w:r w:rsidRPr="00DE6C38">
              <w:rPr>
                <w:rFonts w:cs="Arial"/>
                <w:b/>
                <w:bCs/>
                <w:lang w:val="pt-BR"/>
              </w:rPr>
              <w:t>Para integrantes menores, deverá assinar o responsável legal, quando aplicável.</w:t>
            </w:r>
          </w:p>
        </w:tc>
      </w:tr>
    </w:tbl>
    <w:p w14:paraId="588F91E9" w14:textId="77777777" w:rsidR="007667C0" w:rsidRPr="00DE6C38" w:rsidRDefault="007A3F85" w:rsidP="00DB12B7">
      <w:pPr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b/>
          <w:lang w:val="pt-BR"/>
        </w:rPr>
        <w:t>Nome do grupo ou coletivo</w:t>
      </w:r>
    </w:p>
    <w:p w14:paraId="104C10BD" w14:textId="0D98C462" w:rsidR="00BF6A66" w:rsidRPr="00DE6C38" w:rsidRDefault="00BF6A66" w:rsidP="00DB12B7">
      <w:pPr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t>___________________________________________________________________________</w:t>
      </w:r>
    </w:p>
    <w:p w14:paraId="493D695F" w14:textId="77777777" w:rsidR="007667C0" w:rsidRPr="00DE6C38" w:rsidRDefault="007A3F85" w:rsidP="00DB12B7">
      <w:pPr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b/>
          <w:lang w:val="pt-BR"/>
        </w:rPr>
        <w:t>Nome completo do representante</w:t>
      </w:r>
    </w:p>
    <w:p w14:paraId="54004A7C" w14:textId="38B29940" w:rsidR="007667C0" w:rsidRPr="00DE6C38" w:rsidRDefault="007A3F85" w:rsidP="00DB12B7">
      <w:pPr>
        <w:keepLines/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t>___________________________________________________________________________</w:t>
      </w:r>
    </w:p>
    <w:p w14:paraId="2A36633F" w14:textId="77777777" w:rsidR="007667C0" w:rsidRPr="00DE6C38" w:rsidRDefault="007A3F85" w:rsidP="00DB12B7">
      <w:pPr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b/>
          <w:lang w:val="pt-BR"/>
        </w:rPr>
        <w:t>CPF do representante</w:t>
      </w:r>
    </w:p>
    <w:p w14:paraId="038A2675" w14:textId="36AE0830" w:rsidR="007667C0" w:rsidRPr="00DE6C38" w:rsidRDefault="007A3F85" w:rsidP="00DB12B7">
      <w:pPr>
        <w:keepLines/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t>___________________________________________________________________________</w:t>
      </w:r>
    </w:p>
    <w:p w14:paraId="65F1FD51" w14:textId="77777777" w:rsidR="007667C0" w:rsidRPr="00DE6C38" w:rsidRDefault="007A3F85" w:rsidP="00DB12B7">
      <w:pPr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b/>
          <w:lang w:val="pt-BR"/>
        </w:rPr>
        <w:t>RG do representante</w:t>
      </w:r>
    </w:p>
    <w:p w14:paraId="0F8FE9B7" w14:textId="4D7CEE68" w:rsidR="007667C0" w:rsidRPr="00DE6C38" w:rsidRDefault="007A3F85" w:rsidP="00DB12B7">
      <w:pPr>
        <w:keepLines/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t>___________________________________________________________________________</w:t>
      </w:r>
    </w:p>
    <w:p w14:paraId="1F05CA6E" w14:textId="77777777" w:rsidR="007667C0" w:rsidRPr="00DE6C38" w:rsidRDefault="007A3F85" w:rsidP="00DB12B7">
      <w:pPr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b/>
          <w:lang w:val="pt-BR"/>
        </w:rPr>
        <w:t>E-mail</w:t>
      </w:r>
    </w:p>
    <w:p w14:paraId="3C33933C" w14:textId="4CD2E4DF" w:rsidR="007667C0" w:rsidRPr="00DE6C38" w:rsidRDefault="007A3F85" w:rsidP="00DB12B7">
      <w:pPr>
        <w:keepLines/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t>___________________________________________________________________________</w:t>
      </w:r>
    </w:p>
    <w:p w14:paraId="21A44442" w14:textId="77777777" w:rsidR="007667C0" w:rsidRPr="00DE6C38" w:rsidRDefault="007A3F85" w:rsidP="00DB12B7">
      <w:pPr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b/>
          <w:lang w:val="pt-BR"/>
        </w:rPr>
        <w:t>Telefone</w:t>
      </w:r>
    </w:p>
    <w:p w14:paraId="35DB5B30" w14:textId="51A317BA" w:rsidR="007667C0" w:rsidRPr="00DE6C38" w:rsidRDefault="007A3F85" w:rsidP="00DB12B7">
      <w:pPr>
        <w:keepLines/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t>___________________________________________________________________________</w:t>
      </w:r>
    </w:p>
    <w:p w14:paraId="3B4617A8" w14:textId="77777777" w:rsidR="007667C0" w:rsidRPr="00DE6C38" w:rsidRDefault="007A3F85" w:rsidP="00DB12B7">
      <w:pPr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b/>
          <w:lang w:val="pt-BR"/>
        </w:rPr>
        <w:t>Endereço completo</w:t>
      </w:r>
    </w:p>
    <w:p w14:paraId="0B064BFF" w14:textId="78D216CE" w:rsidR="007667C0" w:rsidRPr="00DE6C38" w:rsidRDefault="007A3F85" w:rsidP="00DB12B7">
      <w:pPr>
        <w:keepLines/>
        <w:spacing w:after="160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t>___________________________________________________________________________</w:t>
      </w:r>
    </w:p>
    <w:p w14:paraId="0B9E1F73" w14:textId="77777777" w:rsidR="007667C0" w:rsidRPr="00DE6C38" w:rsidRDefault="007A3F85" w:rsidP="00DB12B7">
      <w:pPr>
        <w:spacing w:after="160"/>
        <w:jc w:val="both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t xml:space="preserve">As pessoas abaixo identificadas, integrantes do grupo ou coletivo indicado, elegem o representante acima qualificado como responsável exclusivo perante o Edital, conferindo-lhe </w:t>
      </w:r>
      <w:r w:rsidRPr="00DE6C38">
        <w:rPr>
          <w:rFonts w:cs="Arial"/>
          <w:lang w:val="pt-BR"/>
        </w:rPr>
        <w:lastRenderedPageBreak/>
        <w:t>poderes para realizar a inscrição, prestar informações, receber comunicações, apresentar recursos, assinar o Termo de Execução Cultural, assumir obrigações, receber e movimentar os recursos, dar quitação e praticar os atos necessários à execução e à prestação de informações do projeto.</w:t>
      </w:r>
    </w:p>
    <w:p w14:paraId="4C293FE4" w14:textId="77777777" w:rsidR="007667C0" w:rsidRPr="00DE6C38" w:rsidRDefault="007A3F85" w:rsidP="00DB12B7">
      <w:pPr>
        <w:spacing w:after="160"/>
        <w:jc w:val="both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t>Os declarantes afirmam conhecer e aceitar o Edital, não incorrer nas vedações de participação e autorizar o tratamento dos dados necessários à seleção e execução da PNAB, nos termos da Lei nº 13.709/2018.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2160"/>
        <w:gridCol w:w="3312"/>
        <w:gridCol w:w="1872"/>
      </w:tblGrid>
      <w:tr w:rsidR="007667C0" w:rsidRPr="00DE6C38" w14:paraId="4248C827" w14:textId="77777777" w:rsidTr="00BF6A66">
        <w:trPr>
          <w:tblHeader/>
          <w:jc w:val="center"/>
        </w:trPr>
        <w:tc>
          <w:tcPr>
            <w:tcW w:w="3456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84E1BF" w14:textId="77777777" w:rsidR="007667C0" w:rsidRPr="00DE6C38" w:rsidRDefault="007A3F85" w:rsidP="00DB12B7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DE6C38">
              <w:rPr>
                <w:rFonts w:cs="Arial"/>
                <w:b/>
                <w:color w:val="FFFFFF" w:themeColor="background1"/>
                <w:lang w:val="pt-BR"/>
              </w:rPr>
              <w:t>Nome completo do integrante</w:t>
            </w:r>
          </w:p>
        </w:tc>
        <w:tc>
          <w:tcPr>
            <w:tcW w:w="216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54703" w14:textId="77777777" w:rsidR="007667C0" w:rsidRPr="00DE6C38" w:rsidRDefault="007A3F85" w:rsidP="00DB12B7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DE6C38">
              <w:rPr>
                <w:rFonts w:cs="Arial"/>
                <w:b/>
                <w:color w:val="FFFFFF" w:themeColor="background1"/>
                <w:lang w:val="pt-BR"/>
              </w:rPr>
              <w:t>CPF</w:t>
            </w:r>
          </w:p>
        </w:tc>
        <w:tc>
          <w:tcPr>
            <w:tcW w:w="331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203C6" w14:textId="77777777" w:rsidR="007667C0" w:rsidRPr="00DE6C38" w:rsidRDefault="007A3F85" w:rsidP="00DB12B7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DE6C38">
              <w:rPr>
                <w:rFonts w:cs="Arial"/>
                <w:b/>
                <w:color w:val="FFFFFF" w:themeColor="background1"/>
                <w:lang w:val="pt-BR"/>
              </w:rPr>
              <w:t>Assinatura</w:t>
            </w:r>
          </w:p>
        </w:tc>
        <w:tc>
          <w:tcPr>
            <w:tcW w:w="187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799ED" w14:textId="77777777" w:rsidR="007667C0" w:rsidRPr="00DE6C38" w:rsidRDefault="007A3F85" w:rsidP="00DB12B7">
            <w:pPr>
              <w:spacing w:after="160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DE6C38">
              <w:rPr>
                <w:rFonts w:cs="Arial"/>
                <w:b/>
                <w:color w:val="FFFFFF" w:themeColor="background1"/>
                <w:lang w:val="pt-BR"/>
              </w:rPr>
              <w:t>Responsável legal, se aplicável</w:t>
            </w:r>
          </w:p>
        </w:tc>
      </w:tr>
      <w:tr w:rsidR="007667C0" w:rsidRPr="00DE6C38" w14:paraId="3CE2B565" w14:textId="77777777">
        <w:trPr>
          <w:jc w:val="center"/>
        </w:trPr>
        <w:tc>
          <w:tcPr>
            <w:tcW w:w="34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35CB3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84BBE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E96A8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694AF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7667C0" w:rsidRPr="00DE6C38" w14:paraId="4040929D" w14:textId="77777777">
        <w:trPr>
          <w:jc w:val="center"/>
        </w:trPr>
        <w:tc>
          <w:tcPr>
            <w:tcW w:w="34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5C9E4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F26BD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EE049D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33E0B6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7667C0" w:rsidRPr="00DE6C38" w14:paraId="50076A86" w14:textId="77777777">
        <w:trPr>
          <w:jc w:val="center"/>
        </w:trPr>
        <w:tc>
          <w:tcPr>
            <w:tcW w:w="34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56B7A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38E403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025E0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09D398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7667C0" w:rsidRPr="00DE6C38" w14:paraId="3497BF39" w14:textId="77777777">
        <w:trPr>
          <w:jc w:val="center"/>
        </w:trPr>
        <w:tc>
          <w:tcPr>
            <w:tcW w:w="34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E7DB5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9593A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0E30F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379E3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7667C0" w:rsidRPr="00DE6C38" w14:paraId="2F0DD14A" w14:textId="77777777">
        <w:trPr>
          <w:jc w:val="center"/>
        </w:trPr>
        <w:tc>
          <w:tcPr>
            <w:tcW w:w="34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8FCBAB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5306A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9F55C8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AABC7D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7667C0" w:rsidRPr="00DE6C38" w14:paraId="3B0AD230" w14:textId="77777777">
        <w:trPr>
          <w:jc w:val="center"/>
        </w:trPr>
        <w:tc>
          <w:tcPr>
            <w:tcW w:w="34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2E178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08D6A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ADE6AA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6C25A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  <w:tr w:rsidR="007667C0" w:rsidRPr="00DE6C38" w14:paraId="295085EF" w14:textId="77777777">
        <w:trPr>
          <w:jc w:val="center"/>
        </w:trPr>
        <w:tc>
          <w:tcPr>
            <w:tcW w:w="34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E3D9A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DFF54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9372C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65DFC" w14:textId="77777777" w:rsidR="007667C0" w:rsidRPr="00DE6C38" w:rsidRDefault="007667C0" w:rsidP="00DB12B7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112EDF32" w14:textId="77777777" w:rsidR="007667C0" w:rsidRPr="00DE6C38" w:rsidRDefault="007A3F85" w:rsidP="00DB12B7">
      <w:pPr>
        <w:spacing w:after="160"/>
        <w:jc w:val="center"/>
        <w:rPr>
          <w:rFonts w:cs="Arial"/>
          <w:sz w:val="22"/>
          <w:lang w:val="pt-BR"/>
        </w:rPr>
      </w:pPr>
      <w:r w:rsidRPr="00DE6C38">
        <w:rPr>
          <w:rFonts w:cs="Arial"/>
          <w:lang w:val="pt-BR"/>
        </w:rPr>
        <w:br/>
        <w:t xml:space="preserve">Rio das Antas/SC, ______ de __________________ </w:t>
      </w:r>
      <w:proofErr w:type="spellStart"/>
      <w:r w:rsidRPr="00DE6C38">
        <w:rPr>
          <w:rFonts w:cs="Arial"/>
          <w:lang w:val="pt-BR"/>
        </w:rPr>
        <w:t>de</w:t>
      </w:r>
      <w:proofErr w:type="spellEnd"/>
      <w:r w:rsidRPr="00DE6C38">
        <w:rPr>
          <w:rFonts w:cs="Arial"/>
          <w:lang w:val="pt-BR"/>
        </w:rPr>
        <w:t xml:space="preserve"> 20____.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7667C0" w:rsidRPr="00DE6C38" w14:paraId="68D578E5" w14:textId="77777777">
        <w:trPr>
          <w:jc w:val="center"/>
        </w:trPr>
        <w:tc>
          <w:tcPr>
            <w:tcW w:w="10080" w:type="dxa"/>
          </w:tcPr>
          <w:p w14:paraId="4E352B93" w14:textId="77777777" w:rsidR="007667C0" w:rsidRPr="00DE6C38" w:rsidRDefault="007A3F85" w:rsidP="00DB12B7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DE6C38">
              <w:rPr>
                <w:rFonts w:cs="Arial"/>
                <w:lang w:val="pt-BR"/>
              </w:rPr>
              <w:br/>
              <w:t>____________________________________________</w:t>
            </w:r>
          </w:p>
        </w:tc>
      </w:tr>
      <w:tr w:rsidR="007667C0" w:rsidRPr="00DE6C38" w14:paraId="72717A44" w14:textId="77777777">
        <w:trPr>
          <w:jc w:val="center"/>
        </w:trPr>
        <w:tc>
          <w:tcPr>
            <w:tcW w:w="10080" w:type="dxa"/>
          </w:tcPr>
          <w:p w14:paraId="608BE8DE" w14:textId="77777777" w:rsidR="007667C0" w:rsidRPr="00DE6C38" w:rsidRDefault="007A3F85" w:rsidP="00DB12B7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DE6C38">
              <w:rPr>
                <w:rFonts w:cs="Arial"/>
                <w:lang w:val="pt-BR"/>
              </w:rPr>
              <w:t>REPRESENTANTE DO GRUPO OU COLETIVO</w:t>
            </w:r>
          </w:p>
        </w:tc>
      </w:tr>
    </w:tbl>
    <w:p w14:paraId="066C78F2" w14:textId="77777777" w:rsidR="007A3F85" w:rsidRPr="00DE6C38" w:rsidRDefault="007A3F85" w:rsidP="00DB12B7">
      <w:pPr>
        <w:spacing w:after="160"/>
        <w:rPr>
          <w:rFonts w:cs="Arial"/>
          <w:sz w:val="22"/>
          <w:lang w:val="pt-BR"/>
        </w:rPr>
      </w:pPr>
    </w:p>
    <w:sectPr w:rsidR="007A3F85" w:rsidRPr="00DE6C3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80" w:bottom="1008" w:left="1080" w:header="19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98158" w14:textId="77777777" w:rsidR="004B3371" w:rsidRDefault="004B3371">
      <w:pPr>
        <w:spacing w:after="0" w:line="240" w:lineRule="auto"/>
      </w:pPr>
      <w:r>
        <w:separator/>
      </w:r>
    </w:p>
  </w:endnote>
  <w:endnote w:type="continuationSeparator" w:id="0">
    <w:p w14:paraId="1D3CBDF6" w14:textId="77777777" w:rsidR="004B3371" w:rsidRDefault="004B3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32C4" w14:textId="77777777" w:rsidR="002F294F" w:rsidRDefault="002F294F">
    <w:pPr>
      <w:pStyle w:val="Rodap"/>
      <w:spacing w:line="36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28BB" w14:textId="39CE23F3" w:rsidR="007667C0" w:rsidRDefault="007667C0">
    <w:pPr>
      <w:pStyle w:val="Rodap"/>
      <w:spacing w:line="36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23FF" w14:textId="77777777" w:rsidR="002F294F" w:rsidRDefault="002F294F">
    <w:pPr>
      <w:pStyle w:val="Rodap"/>
      <w:spacing w:line="36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F57A8" w14:textId="77777777" w:rsidR="004B3371" w:rsidRDefault="004B3371">
      <w:pPr>
        <w:spacing w:after="0" w:line="240" w:lineRule="auto"/>
      </w:pPr>
      <w:r>
        <w:separator/>
      </w:r>
    </w:p>
  </w:footnote>
  <w:footnote w:type="continuationSeparator" w:id="0">
    <w:p w14:paraId="212B9FB5" w14:textId="77777777" w:rsidR="004B3371" w:rsidRDefault="004B3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A334" w14:textId="77777777" w:rsidR="002F294F" w:rsidRDefault="002F294F">
    <w:pPr>
      <w:pStyle w:val="Cabealho"/>
      <w:spacing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22ECD" w14:textId="77777777" w:rsidR="00D77EDA" w:rsidRDefault="004B3371">
    <w:pPr>
      <w:spacing w:after="0" w:line="240" w:lineRule="auto"/>
      <w:jc w:val="center"/>
    </w:pPr>
    <w:r>
      <w:rPr>
        <w:noProof/>
      </w:rPr>
      <w:drawing>
        <wp:inline distT="0" distB="0" distL="0" distR="0" wp14:anchorId="2EC1CDAE" wp14:editId="5BFC54F7">
          <wp:extent cx="5760000" cy="76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F2B31" w14:textId="77777777" w:rsidR="002F294F" w:rsidRDefault="002F294F">
    <w:pPr>
      <w:pStyle w:val="Cabealho"/>
      <w:spacing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4133535">
    <w:abstractNumId w:val="8"/>
  </w:num>
  <w:num w:numId="2" w16cid:durableId="21517147">
    <w:abstractNumId w:val="6"/>
  </w:num>
  <w:num w:numId="3" w16cid:durableId="280764774">
    <w:abstractNumId w:val="5"/>
  </w:num>
  <w:num w:numId="4" w16cid:durableId="284510885">
    <w:abstractNumId w:val="4"/>
  </w:num>
  <w:num w:numId="5" w16cid:durableId="330135284">
    <w:abstractNumId w:val="7"/>
  </w:num>
  <w:num w:numId="6" w16cid:durableId="305548108">
    <w:abstractNumId w:val="3"/>
  </w:num>
  <w:num w:numId="7" w16cid:durableId="1855729926">
    <w:abstractNumId w:val="2"/>
  </w:num>
  <w:num w:numId="8" w16cid:durableId="1658342147">
    <w:abstractNumId w:val="1"/>
  </w:num>
  <w:num w:numId="9" w16cid:durableId="81968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16A"/>
    <w:rsid w:val="002369C9"/>
    <w:rsid w:val="0029639D"/>
    <w:rsid w:val="002A7D5F"/>
    <w:rsid w:val="002F294F"/>
    <w:rsid w:val="00326F90"/>
    <w:rsid w:val="004B3371"/>
    <w:rsid w:val="005B265B"/>
    <w:rsid w:val="007667C0"/>
    <w:rsid w:val="00766F8B"/>
    <w:rsid w:val="007A3F85"/>
    <w:rsid w:val="00825CF8"/>
    <w:rsid w:val="00AA1D8D"/>
    <w:rsid w:val="00B47730"/>
    <w:rsid w:val="00BF6A66"/>
    <w:rsid w:val="00CB0664"/>
    <w:rsid w:val="00D77EDA"/>
    <w:rsid w:val="00DB12B7"/>
    <w:rsid w:val="00DD32A6"/>
    <w:rsid w:val="00DE6C38"/>
    <w:rsid w:val="00ED5492"/>
    <w:rsid w:val="00ED77DA"/>
    <w:rsid w:val="00F619DD"/>
    <w:rsid w:val="00F77679"/>
    <w:rsid w:val="00FA2A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6B2E61"/>
  <w14:defaultImageDpi w14:val="300"/>
  <w15:docId w15:val="{099852EE-6E10-4BC3-BE78-9D1C4C1B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eastAsia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8</cp:revision>
  <dcterms:created xsi:type="dcterms:W3CDTF">2026-08-12T20:01:00Z</dcterms:created>
  <dcterms:modified xsi:type="dcterms:W3CDTF">2026-09-15T18:31:00Z</dcterms:modified>
  <cp:category/>
</cp:coreProperties>
</file>