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F532" w14:textId="77777777" w:rsidR="0087467C" w:rsidRPr="003157B0" w:rsidRDefault="0087467C" w:rsidP="00254074">
      <w:pPr>
        <w:spacing w:after="0" w:line="552" w:lineRule="auto"/>
        <w:jc w:val="center"/>
        <w:rPr>
          <w:rFonts w:cs="Arial"/>
          <w:b/>
          <w:sz w:val="22"/>
          <w:lang w:val="pt-BR"/>
        </w:rPr>
      </w:pPr>
    </w:p>
    <w:p w14:paraId="7F8BD287" w14:textId="194D6FAD" w:rsidR="009B5E19" w:rsidRPr="003157B0" w:rsidRDefault="008E67CB" w:rsidP="00254074">
      <w:pPr>
        <w:spacing w:after="0" w:line="552" w:lineRule="auto"/>
        <w:jc w:val="center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ANEXO II</w:t>
      </w:r>
    </w:p>
    <w:p w14:paraId="32188AF1" w14:textId="77777777" w:rsidR="009B5E19" w:rsidRPr="003157B0" w:rsidRDefault="008E67CB" w:rsidP="00254074">
      <w:pPr>
        <w:pStyle w:val="Ttulo"/>
        <w:spacing w:after="0" w:line="552" w:lineRule="auto"/>
        <w:jc w:val="center"/>
        <w:rPr>
          <w:rFonts w:ascii="Arial" w:hAnsi="Arial" w:cs="Arial"/>
          <w:color w:val="auto"/>
          <w:sz w:val="22"/>
          <w:szCs w:val="22"/>
          <w:lang w:val="pt-BR"/>
        </w:rPr>
      </w:pPr>
      <w:r>
        <w:rPr>
          <w:rFonts w:ascii="Arial" w:hAnsi="Arial"/>
          <w:sz w:val="24"/>
        </w:rPr>
        <w:t>FORMULÁRIO DE INSCRIÇÃO</w:t>
      </w:r>
    </w:p>
    <w:p w14:paraId="729709CD" w14:textId="77777777" w:rsidR="009B5E19" w:rsidRPr="003157B0" w:rsidRDefault="008E67CB" w:rsidP="00254074">
      <w:pPr>
        <w:spacing w:after="0" w:line="552" w:lineRule="auto"/>
        <w:jc w:val="center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EDITAL DE CHAMAMENTO PÚBLICO Nº 02/2026 – PNAB – CICLO 2 – RIO DAS ANTAS/SC</w:t>
      </w:r>
    </w:p>
    <w:tbl>
      <w:tblPr>
        <w:tblW w:w="0" w:type="auto"/>
        <w:jc w:val="center"/>
        <w:tblBorders>
          <w:top w:val="single" w:sz="4" w:space="0" w:color="D6B656"/>
          <w:left w:val="single" w:sz="4" w:space="0" w:color="D6B656"/>
          <w:bottom w:val="single" w:sz="4" w:space="0" w:color="D6B656"/>
          <w:right w:val="single" w:sz="4" w:space="0" w:color="D6B656"/>
          <w:insideH w:val="single" w:sz="4" w:space="0" w:color="D6B656"/>
          <w:insideV w:val="single" w:sz="4" w:space="0" w:color="D6B656"/>
        </w:tblBorders>
        <w:tblLook w:val="04A0" w:firstRow="1" w:lastRow="0" w:firstColumn="1" w:lastColumn="0" w:noHBand="0" w:noVBand="1"/>
      </w:tblPr>
      <w:tblGrid>
        <w:gridCol w:w="10080"/>
      </w:tblGrid>
      <w:tr w:rsidR="009B5E19" w:rsidRPr="003157B0" w14:paraId="289C4748" w14:textId="77777777">
        <w:trPr>
          <w:jc w:val="center"/>
        </w:trPr>
        <w:tc>
          <w:tcPr>
            <w:tcW w:w="10080" w:type="dxa"/>
            <w:shd w:val="clear" w:color="auto" w:fill="FFF2C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EAB6A88" w14:textId="0FF3C3DF" w:rsidR="00AC260D" w:rsidRDefault="004F5FE4" w:rsidP="00254074">
            <w:pPr>
              <w:spacing w:after="0" w:line="552" w:lineRule="auto"/>
            </w:pPr>
            <w:r>
              <w:t>ATENÇÃO!</w:t>
            </w:r>
            <w:r>
              <w:br/>
            </w:r>
            <w:proofErr w:type="spellStart"/>
            <w:r>
              <w:t>Preenchimento</w:t>
            </w:r>
            <w:proofErr w:type="spellEnd"/>
            <w:r>
              <w:t xml:space="preserve"> </w:t>
            </w:r>
            <w:proofErr w:type="spellStart"/>
            <w:r>
              <w:t>obrigatório</w:t>
            </w:r>
            <w:proofErr w:type="spellEnd"/>
            <w:r>
              <w:t xml:space="preserve"> para </w:t>
            </w:r>
            <w:proofErr w:type="spellStart"/>
            <w:r>
              <w:t>todos</w:t>
            </w:r>
            <w:proofErr w:type="spellEnd"/>
            <w:r>
              <w:t xml:space="preserve"> os agentes culturais. Na inscrição por e-mail, este formulário deverá ser preenchido, assinado e enviado para pnabciclo2@riodasantas.sc.gov.br, junto com o Plano de Trabalho e os demais documentos. Na inscrição presencial, deverá ser impresso, preenchido, assinado e entregue com os mesmos documentos. O canal eletrônico de inscrição é exclusivamente o e-mail oficial indicado acima.</w:t>
            </w:r>
          </w:p>
        </w:tc>
      </w:tr>
    </w:tbl>
    <w:p w14:paraId="48BB5461" w14:textId="77777777" w:rsidR="00C2408F" w:rsidRPr="003157B0" w:rsidRDefault="00C2408F" w:rsidP="00254074">
      <w:pPr>
        <w:pStyle w:val="Ttulo1"/>
        <w:spacing w:before="0" w:after="0" w:line="552" w:lineRule="auto"/>
        <w:rPr>
          <w:rFonts w:ascii="Arial" w:hAnsi="Arial" w:cs="Arial"/>
          <w:color w:val="F79646" w:themeColor="accent6"/>
          <w:lang w:val="pt-BR"/>
        </w:rPr>
      </w:pPr>
    </w:p>
    <w:p w14:paraId="0E67701F" w14:textId="4E91C18E" w:rsidR="009B5E19" w:rsidRPr="003157B0" w:rsidRDefault="008E67CB" w:rsidP="00254074">
      <w:pPr>
        <w:pStyle w:val="Ttulo1"/>
        <w:spacing w:before="0" w:after="0" w:line="552" w:lineRule="auto"/>
        <w:rPr>
          <w:rFonts w:ascii="Arial" w:hAnsi="Arial" w:cs="Arial"/>
          <w:color w:val="F79646" w:themeColor="accent6"/>
          <w:lang w:val="pt-BR"/>
        </w:rPr>
      </w:pPr>
      <w:r w:rsidRPr="003157B0">
        <w:rPr>
          <w:rFonts w:ascii="Arial" w:hAnsi="Arial" w:cs="Arial"/>
          <w:color w:val="F79646" w:themeColor="accent6"/>
          <w:sz w:val="24"/>
          <w:lang w:val="pt-BR"/>
        </w:rPr>
        <w:t>1. Identificação da inscrição</w:t>
      </w:r>
    </w:p>
    <w:p w14:paraId="31451C5F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1.1. Tipo de agente cultural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2B3B246B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35E2A73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Pessoa física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E8F51A0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Microempreendedor individual – MEI</w:t>
            </w:r>
          </w:p>
        </w:tc>
      </w:tr>
      <w:tr w:rsidR="009B5E19" w:rsidRPr="003157B0" w14:paraId="30181B2C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6F0E6AE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Pessoa jurídica com fins lucrativos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2CE5177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Pessoa jurídica sem fins lucrativos</w:t>
            </w:r>
          </w:p>
        </w:tc>
      </w:tr>
      <w:tr w:rsidR="009B5E19" w:rsidRPr="003157B0" w14:paraId="6FD6158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7D731C4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Grupo ou coletivo cultural sem CNPJ</w:t>
            </w:r>
          </w:p>
        </w:tc>
        <w:tc>
          <w:tcPr>
            <w:tcW w:w="5040" w:type="dxa"/>
          </w:tcPr>
          <w:p w14:paraId="059CEA53" w14:textId="77777777" w:rsidR="009B5E19" w:rsidRPr="003157B0" w:rsidRDefault="009B5E19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</w:p>
        </w:tc>
      </w:tr>
    </w:tbl>
    <w:p w14:paraId="03045EF8" w14:textId="77777777" w:rsidR="009B5E19" w:rsidRPr="003157B0" w:rsidRDefault="008E67CB" w:rsidP="00254074">
      <w:pPr>
        <w:pStyle w:val="Ttulo1"/>
        <w:spacing w:before="0" w:after="0" w:line="552" w:lineRule="auto"/>
        <w:rPr>
          <w:rFonts w:ascii="Arial" w:hAnsi="Arial" w:cs="Arial"/>
          <w:color w:val="F79646" w:themeColor="accent6"/>
          <w:lang w:val="pt-BR"/>
        </w:rPr>
      </w:pPr>
      <w:r w:rsidRPr="003157B0">
        <w:rPr>
          <w:rFonts w:ascii="Arial" w:hAnsi="Arial" w:cs="Arial"/>
          <w:color w:val="F79646" w:themeColor="accent6"/>
          <w:sz w:val="24"/>
          <w:lang w:val="pt-BR"/>
        </w:rPr>
        <w:t>2. Pessoa física ou MEI</w:t>
      </w:r>
    </w:p>
    <w:p w14:paraId="59BC06DD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2.1. Nome completo</w:t>
      </w:r>
    </w:p>
    <w:p w14:paraId="1D604406" w14:textId="4DA9913C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lastRenderedPageBreak/>
        <w:t>__________________________________________________________________________</w:t>
      </w:r>
    </w:p>
    <w:p w14:paraId="111E6EB4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2.2. Nome artístico ou nome social</w:t>
      </w:r>
      <w:r w:rsidRPr="003157B0">
        <w:rPr>
          <w:rFonts w:cs="Arial"/>
          <w:i/>
          <w:lang w:val="pt-BR"/>
        </w:rPr>
        <w:t xml:space="preserve"> (se não possuir, informe “Não possuo”)</w:t>
      </w:r>
    </w:p>
    <w:p w14:paraId="57899EAB" w14:textId="3C9E3B07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5598F790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2.3. CPF</w:t>
      </w:r>
      <w:r w:rsidRPr="003157B0">
        <w:rPr>
          <w:rFonts w:cs="Arial"/>
          <w:i/>
          <w:lang w:val="pt-BR"/>
        </w:rPr>
        <w:t xml:space="preserve"> (somente 11 números)</w:t>
      </w:r>
    </w:p>
    <w:p w14:paraId="685E294D" w14:textId="15ADEC0D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____________________________________________________________________________</w:t>
      </w:r>
    </w:p>
    <w:p w14:paraId="7F634E94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2.4. CNPJ do MEI</w:t>
      </w:r>
      <w:r w:rsidRPr="003157B0">
        <w:rPr>
          <w:rFonts w:cs="Arial"/>
          <w:i/>
          <w:lang w:val="pt-BR"/>
        </w:rPr>
        <w:t xml:space="preserve"> (somente 14 números; preencher apenas se a inscrição for como MEI)</w:t>
      </w:r>
    </w:p>
    <w:p w14:paraId="1FCA7B47" w14:textId="14BA6F06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35E821D8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2.5. Data de nascimento</w:t>
      </w:r>
    </w:p>
    <w:p w14:paraId="25672726" w14:textId="4F41EE74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0155A1D1" w14:textId="0DE86598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2.6. E-mail</w:t>
      </w:r>
    </w:p>
    <w:p w14:paraId="4D2D8D91" w14:textId="2F65B79A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679CC7D2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2.7. Telefone com DDD</w:t>
      </w:r>
    </w:p>
    <w:p w14:paraId="04AAA7EC" w14:textId="415217BE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21F8BA0A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2.8. Endereço completo</w:t>
      </w:r>
    </w:p>
    <w:p w14:paraId="5E05D90A" w14:textId="0565B835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21643272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2.9. Município de residência</w:t>
      </w:r>
    </w:p>
    <w:p w14:paraId="1BF002C7" w14:textId="2A58771D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61A74B15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2.10. Estado</w:t>
      </w:r>
    </w:p>
    <w:p w14:paraId="69F846B5" w14:textId="1EDE4D4F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74BD8509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2.11. CEP</w:t>
      </w:r>
      <w:r w:rsidRPr="003157B0">
        <w:rPr>
          <w:rFonts w:cs="Arial"/>
          <w:i/>
          <w:lang w:val="pt-BR"/>
        </w:rPr>
        <w:t xml:space="preserve"> (somente 8 números)</w:t>
      </w:r>
    </w:p>
    <w:p w14:paraId="25A5B111" w14:textId="514884E6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6086AA52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lastRenderedPageBreak/>
        <w:t>2.12. Há quanto tempo reside no município informado?</w:t>
      </w:r>
    </w:p>
    <w:p w14:paraId="29410121" w14:textId="661F440B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3DD513B3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2.13. Pertencimento a povo ou comunidade tradicional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07E84E9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2618329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Não pertence a povo ou comunidade tradicional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1F17A28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</w:t>
            </w:r>
            <w:proofErr w:type="spellStart"/>
            <w:r w:rsidRPr="003157B0">
              <w:rPr>
                <w:rFonts w:cs="Arial"/>
                <w:lang w:val="pt-BR"/>
              </w:rPr>
              <w:t>Andirobeiros</w:t>
            </w:r>
            <w:proofErr w:type="spellEnd"/>
          </w:p>
        </w:tc>
      </w:tr>
      <w:tr w:rsidR="009B5E19" w:rsidRPr="003157B0" w14:paraId="7818996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61AB1B7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Apanhadores de flores sempre-vivas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920BDA7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Benzedeiros</w:t>
            </w:r>
          </w:p>
        </w:tc>
      </w:tr>
      <w:tr w:rsidR="009B5E19" w:rsidRPr="003157B0" w14:paraId="71B72FE2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2C1768E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</w:t>
            </w:r>
            <w:proofErr w:type="spellStart"/>
            <w:r w:rsidRPr="003157B0">
              <w:rPr>
                <w:rFonts w:cs="Arial"/>
                <w:lang w:val="pt-BR"/>
              </w:rPr>
              <w:t>Caatingueiros</w:t>
            </w:r>
            <w:proofErr w:type="spellEnd"/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2EE0EB6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Caboclos</w:t>
            </w:r>
          </w:p>
        </w:tc>
      </w:tr>
      <w:tr w:rsidR="009B5E19" w:rsidRPr="003157B0" w14:paraId="1AB530D6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BB4F427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Caiçaras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8074A2C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Catadores de mangaba</w:t>
            </w:r>
          </w:p>
        </w:tc>
      </w:tr>
      <w:tr w:rsidR="009B5E19" w:rsidRPr="003157B0" w14:paraId="7BE76807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41F33B8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</w:t>
            </w:r>
            <w:proofErr w:type="spellStart"/>
            <w:r w:rsidRPr="003157B0">
              <w:rPr>
                <w:rFonts w:cs="Arial"/>
                <w:lang w:val="pt-BR"/>
              </w:rPr>
              <w:t>Cipozeiros</w:t>
            </w:r>
            <w:proofErr w:type="spellEnd"/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C0FF99B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Comunidades de fundos e fechos de pasto</w:t>
            </w:r>
          </w:p>
        </w:tc>
      </w:tr>
      <w:tr w:rsidR="009B5E19" w:rsidRPr="003157B0" w14:paraId="45681FCB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78EC1A3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Comunidades quilombolas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AA7760A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Extrativistas</w:t>
            </w:r>
          </w:p>
        </w:tc>
      </w:tr>
      <w:tr w:rsidR="009B5E19" w:rsidRPr="003157B0" w14:paraId="6F14D8E3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698977F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Extrativistas costeiros e marinhos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6F8BA6D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Faxinalenses</w:t>
            </w:r>
          </w:p>
        </w:tc>
      </w:tr>
      <w:tr w:rsidR="009B5E19" w:rsidRPr="003157B0" w14:paraId="7055721F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DD16EE2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Geraizeiros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69795AA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Ilhéus</w:t>
            </w:r>
          </w:p>
        </w:tc>
      </w:tr>
      <w:tr w:rsidR="009B5E19" w:rsidRPr="003157B0" w14:paraId="243793C5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9080786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Juventude de povos e comunidades tradicionais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41567AF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</w:t>
            </w:r>
            <w:proofErr w:type="spellStart"/>
            <w:r w:rsidRPr="003157B0">
              <w:rPr>
                <w:rFonts w:cs="Arial"/>
                <w:lang w:val="pt-BR"/>
              </w:rPr>
              <w:t>Morroquianos</w:t>
            </w:r>
            <w:proofErr w:type="spellEnd"/>
          </w:p>
        </w:tc>
      </w:tr>
      <w:tr w:rsidR="009B5E19" w:rsidRPr="003157B0" w14:paraId="3B58CD76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32CB553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Pantaneiros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534F2F0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Pescadores artesanais</w:t>
            </w:r>
          </w:p>
        </w:tc>
      </w:tr>
      <w:tr w:rsidR="009B5E19" w:rsidRPr="003157B0" w14:paraId="3591690D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8CF0467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Povo pomerano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8E8C9C6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Povos ciganos</w:t>
            </w:r>
          </w:p>
        </w:tc>
      </w:tr>
      <w:tr w:rsidR="009B5E19" w:rsidRPr="003157B0" w14:paraId="66A8DE33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677F370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Povos e comunidades de terreiro/matriz africana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2C2CFC0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Povos indígenas</w:t>
            </w:r>
          </w:p>
        </w:tc>
      </w:tr>
      <w:tr w:rsidR="009B5E19" w:rsidRPr="003157B0" w14:paraId="61A8DFFA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761487B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Quebradeiras de coco babaçu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A267D7C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Raizeiros</w:t>
            </w:r>
          </w:p>
        </w:tc>
      </w:tr>
      <w:tr w:rsidR="009B5E19" w:rsidRPr="003157B0" w14:paraId="1F6DA0EF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6A5632C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lastRenderedPageBreak/>
              <w:t>☐</w:t>
            </w:r>
            <w:r w:rsidRPr="003157B0">
              <w:rPr>
                <w:rFonts w:cs="Arial"/>
                <w:lang w:val="pt-BR"/>
              </w:rPr>
              <w:t xml:space="preserve"> Retireiros do Araguaia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1DA514C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Ribeirinhos</w:t>
            </w:r>
          </w:p>
        </w:tc>
      </w:tr>
      <w:tr w:rsidR="009B5E19" w:rsidRPr="003157B0" w14:paraId="5E689E18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BC3BFE0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Vazanteiros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FA4C00E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Veredeiros</w:t>
            </w:r>
          </w:p>
        </w:tc>
      </w:tr>
      <w:tr w:rsidR="009B5E19" w:rsidRPr="003157B0" w14:paraId="7A79C9EF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E85E3B8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Outra comunidade tradicional</w:t>
            </w:r>
          </w:p>
        </w:tc>
        <w:tc>
          <w:tcPr>
            <w:tcW w:w="5040" w:type="dxa"/>
          </w:tcPr>
          <w:p w14:paraId="217E045B" w14:textId="77777777" w:rsidR="009B5E19" w:rsidRPr="003157B0" w:rsidRDefault="009B5E19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</w:p>
        </w:tc>
      </w:tr>
    </w:tbl>
    <w:p w14:paraId="2D44BC7A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2.14. Se marcou “Outra comunidade tradicional”, informe qual</w:t>
      </w:r>
    </w:p>
    <w:p w14:paraId="40FF6877" w14:textId="588247B1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21577666" w14:textId="1679222B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2.15. É mestre ou mestra das culturas tradicionais e populares?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300FCD21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365E060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Sim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65D9AFD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Não</w:t>
            </w:r>
          </w:p>
        </w:tc>
      </w:tr>
    </w:tbl>
    <w:p w14:paraId="693D3012" w14:textId="19052825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2.16. Gênero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5B4E6B93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B6A0E82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Mulher cisgênero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EBB879D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Homem cisgênero</w:t>
            </w:r>
          </w:p>
        </w:tc>
      </w:tr>
      <w:tr w:rsidR="009B5E19" w:rsidRPr="003157B0" w14:paraId="3F6B162A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A81C290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Mulher transgênero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F11F831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Homem transgênero</w:t>
            </w:r>
          </w:p>
        </w:tc>
      </w:tr>
      <w:tr w:rsidR="009B5E19" w:rsidRPr="003157B0" w14:paraId="6D2E908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A3E231A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Pessoa não binária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CD547C2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Travesti</w:t>
            </w:r>
          </w:p>
        </w:tc>
      </w:tr>
      <w:tr w:rsidR="009B5E19" w:rsidRPr="003157B0" w14:paraId="2EA6CF27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E6A7317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Outro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4CE051C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Prefere não responder</w:t>
            </w:r>
          </w:p>
        </w:tc>
      </w:tr>
    </w:tbl>
    <w:p w14:paraId="5065C5B0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2.17. Orientação sexual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791F4FF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B5DC574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Lésbica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76CEF27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Gay</w:t>
            </w:r>
          </w:p>
        </w:tc>
      </w:tr>
      <w:tr w:rsidR="009B5E19" w:rsidRPr="003157B0" w14:paraId="6D5254D2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14B4AF6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Heterossexual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0879B02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Bissexual</w:t>
            </w:r>
          </w:p>
        </w:tc>
      </w:tr>
      <w:tr w:rsidR="009B5E19" w:rsidRPr="003157B0" w14:paraId="779E72C6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A8CE5DE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Outra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A5B321D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Prefere não responder</w:t>
            </w:r>
          </w:p>
        </w:tc>
      </w:tr>
    </w:tbl>
    <w:p w14:paraId="14A619E2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2.18. Raça, cor ou etnia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67EA4E4B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33BA1A2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Branca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1B495F9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Preta</w:t>
            </w:r>
          </w:p>
        </w:tc>
      </w:tr>
      <w:tr w:rsidR="009B5E19" w:rsidRPr="003157B0" w14:paraId="0C249C33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2CA6F1C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Parda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B15532C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Indígena</w:t>
            </w:r>
          </w:p>
        </w:tc>
      </w:tr>
      <w:tr w:rsidR="009B5E19" w:rsidRPr="003157B0" w14:paraId="189C290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3890280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lastRenderedPageBreak/>
              <w:t>☐</w:t>
            </w:r>
            <w:r w:rsidRPr="003157B0">
              <w:rPr>
                <w:rFonts w:cs="Arial"/>
                <w:lang w:val="pt-BR"/>
              </w:rPr>
              <w:t xml:space="preserve"> Amarela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A31EE9F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Prefere não responder</w:t>
            </w:r>
          </w:p>
        </w:tc>
      </w:tr>
    </w:tbl>
    <w:p w14:paraId="39DD934E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2.19. Pessoa com deficiência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179CE7FF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468FAEB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Não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A6ECC35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Sim, auditiva</w:t>
            </w:r>
          </w:p>
        </w:tc>
      </w:tr>
      <w:tr w:rsidR="009B5E19" w:rsidRPr="003157B0" w14:paraId="2124419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97CD3D6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Sim, física/motora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4D7AD68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Sim, intelectual</w:t>
            </w:r>
          </w:p>
        </w:tc>
      </w:tr>
      <w:tr w:rsidR="009B5E19" w:rsidRPr="003157B0" w14:paraId="6DA66BA5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6F49998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Sim, visual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0B512FD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Sim, múltipla</w:t>
            </w:r>
          </w:p>
        </w:tc>
      </w:tr>
      <w:tr w:rsidR="009B5E19" w:rsidRPr="003157B0" w14:paraId="7CEB74E7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47C7CF9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Sim, transtorno do espectro autista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6D322D0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Sim, outra deficiência</w:t>
            </w:r>
          </w:p>
        </w:tc>
      </w:tr>
    </w:tbl>
    <w:p w14:paraId="6FF0BEF8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2.20. Se marcou “Sim, outra deficiência”, informe qual</w:t>
      </w:r>
    </w:p>
    <w:p w14:paraId="01DB3672" w14:textId="74987483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51C45AC0" w14:textId="17BAAB45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2.21. Escolaridade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4A7915A7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4DA5F73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Sem educação formal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88CBE9A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Ensino fundamental incompleto</w:t>
            </w:r>
          </w:p>
        </w:tc>
      </w:tr>
      <w:tr w:rsidR="009B5E19" w:rsidRPr="003157B0" w14:paraId="64AE0C11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2407D50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Ensino fundamental completo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F143125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Ensino médio incompleto</w:t>
            </w:r>
          </w:p>
        </w:tc>
      </w:tr>
      <w:tr w:rsidR="009B5E19" w:rsidRPr="003157B0" w14:paraId="242CAF99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411C7CA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Ensino médio completo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92A3B2B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Curso técnico completo</w:t>
            </w:r>
          </w:p>
        </w:tc>
      </w:tr>
      <w:tr w:rsidR="009B5E19" w:rsidRPr="003157B0" w14:paraId="55C1A281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159454A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Ensino superior incompleto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8C41760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Ensino superior completo</w:t>
            </w:r>
          </w:p>
        </w:tc>
      </w:tr>
      <w:tr w:rsidR="009B5E19" w:rsidRPr="003157B0" w14:paraId="3C3E476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0840689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Pós-graduação incompleta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3FB56D0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Pós-graduação completa</w:t>
            </w:r>
          </w:p>
        </w:tc>
      </w:tr>
    </w:tbl>
    <w:p w14:paraId="3C44FCB3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2.22. Renda mensal fixa individual média nos últimos três meses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7C904C5D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D9F3C2A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Nenhuma renda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0D3E8A2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R$ 1,00 a R$ 500,00</w:t>
            </w:r>
          </w:p>
        </w:tc>
      </w:tr>
      <w:tr w:rsidR="009B5E19" w:rsidRPr="003157B0" w14:paraId="4DFE2269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6CE90DC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R$ 501,00 a R$ 1.000,00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D98122C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R$ 1.001,00 a R$ 2.000,00</w:t>
            </w:r>
          </w:p>
        </w:tc>
      </w:tr>
      <w:tr w:rsidR="009B5E19" w:rsidRPr="003157B0" w14:paraId="3ADB2AEE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97AFCDF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R$ 2.001,00 a R$ 3.000,00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E43D1F9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R$ 3.001,00 a R$ 5.000,00</w:t>
            </w:r>
          </w:p>
        </w:tc>
      </w:tr>
      <w:tr w:rsidR="009B5E19" w:rsidRPr="003157B0" w14:paraId="38AC8F1A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50AAE7A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R$ 5.001,00 a R$ 10.000,00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5D432C6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R$ 10.001,00 a R$ 20.000,00</w:t>
            </w:r>
          </w:p>
        </w:tc>
      </w:tr>
      <w:tr w:rsidR="009B5E19" w:rsidRPr="003157B0" w14:paraId="5844FA0A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EFAA2A0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lastRenderedPageBreak/>
              <w:t>☐</w:t>
            </w:r>
            <w:r w:rsidRPr="003157B0">
              <w:rPr>
                <w:rFonts w:cs="Arial"/>
                <w:lang w:val="pt-BR"/>
              </w:rPr>
              <w:t xml:space="preserve"> R$ 20.001,00 a R$ 100.000,00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03DA73A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Acima de R$ 100.000,00</w:t>
            </w:r>
          </w:p>
        </w:tc>
      </w:tr>
    </w:tbl>
    <w:p w14:paraId="693944A6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2.23. Quantos anos de experiência possui na área cultural?</w:t>
      </w:r>
    </w:p>
    <w:p w14:paraId="550B7590" w14:textId="679A2AD6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33A9E650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2.24. Acessou recursos públicos de fomento à cultura nos últimos cinco anos?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9B5E19" w:rsidRPr="003157B0" w14:paraId="3F85F8FF" w14:textId="77777777">
        <w:tc>
          <w:tcPr>
            <w:tcW w:w="336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7F54C1A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Sim</w:t>
            </w:r>
          </w:p>
        </w:tc>
        <w:tc>
          <w:tcPr>
            <w:tcW w:w="336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8754E66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Não</w:t>
            </w:r>
          </w:p>
        </w:tc>
        <w:tc>
          <w:tcPr>
            <w:tcW w:w="336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74D6770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Não sei</w:t>
            </w:r>
          </w:p>
        </w:tc>
      </w:tr>
    </w:tbl>
    <w:p w14:paraId="11AE2927" w14:textId="77777777" w:rsidR="009B5E19" w:rsidRPr="003157B0" w:rsidRDefault="008E67CB" w:rsidP="00254074">
      <w:pPr>
        <w:pStyle w:val="Ttulo1"/>
        <w:spacing w:before="0" w:after="0" w:line="552" w:lineRule="auto"/>
        <w:rPr>
          <w:rFonts w:ascii="Arial" w:hAnsi="Arial" w:cs="Arial"/>
          <w:color w:val="E36C0A" w:themeColor="accent6" w:themeShade="BF"/>
          <w:lang w:val="pt-BR"/>
        </w:rPr>
      </w:pPr>
      <w:r w:rsidRPr="003157B0">
        <w:rPr>
          <w:rFonts w:ascii="Arial" w:hAnsi="Arial" w:cs="Arial"/>
          <w:color w:val="E36C0A" w:themeColor="accent6" w:themeShade="BF"/>
          <w:sz w:val="24"/>
          <w:lang w:val="pt-BR"/>
        </w:rPr>
        <w:t>3. Pessoa jurídica</w:t>
      </w:r>
    </w:p>
    <w:p w14:paraId="616D80D4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3.1. Tipo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19B4029F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0F41FAE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Pessoa jurídica com fins lucrativos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07027CE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Pessoa jurídica sem fins lucrativos</w:t>
            </w:r>
          </w:p>
        </w:tc>
      </w:tr>
    </w:tbl>
    <w:p w14:paraId="29D5601C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3.2. CNPJ</w:t>
      </w:r>
      <w:r w:rsidRPr="003157B0">
        <w:rPr>
          <w:rFonts w:cs="Arial"/>
          <w:i/>
          <w:lang w:val="pt-BR"/>
        </w:rPr>
        <w:t xml:space="preserve"> (somente 14 números)</w:t>
      </w:r>
    </w:p>
    <w:p w14:paraId="79D4DD8C" w14:textId="206A32AE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764439B8" w14:textId="2526F602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3.3. Razão social</w:t>
      </w:r>
    </w:p>
    <w:p w14:paraId="32673D68" w14:textId="59F0D54C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3DAB9879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3.4. Nome fantasia</w:t>
      </w:r>
      <w:r w:rsidRPr="003157B0">
        <w:rPr>
          <w:rFonts w:cs="Arial"/>
          <w:i/>
          <w:lang w:val="pt-BR"/>
        </w:rPr>
        <w:t xml:space="preserve"> (se não possuir, informe “Não possui”)</w:t>
      </w:r>
    </w:p>
    <w:p w14:paraId="7B051DB0" w14:textId="0733AD70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0E50F0F0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3.5. Data de constituição</w:t>
      </w:r>
    </w:p>
    <w:p w14:paraId="5237CE60" w14:textId="64915995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41F512A4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3.6. Nome completo do representante legal</w:t>
      </w:r>
    </w:p>
    <w:p w14:paraId="71D8E847" w14:textId="3726964D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2953EFAB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3.7. CPF do representante legal</w:t>
      </w:r>
      <w:r w:rsidRPr="003157B0">
        <w:rPr>
          <w:rFonts w:cs="Arial"/>
          <w:i/>
          <w:lang w:val="pt-BR"/>
        </w:rPr>
        <w:t xml:space="preserve"> (somente 11 números)</w:t>
      </w:r>
    </w:p>
    <w:p w14:paraId="141E40F9" w14:textId="5E60D466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554F8583" w14:textId="77777777" w:rsidR="00254074" w:rsidRDefault="00254074" w:rsidP="00254074">
      <w:pPr>
        <w:spacing w:after="0" w:line="552" w:lineRule="auto"/>
        <w:rPr>
          <w:rFonts w:cs="Arial"/>
          <w:b/>
          <w:lang w:val="pt-BR"/>
        </w:rPr>
      </w:pPr>
    </w:p>
    <w:p w14:paraId="67AF5FBB" w14:textId="21BFC75A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lastRenderedPageBreak/>
        <w:t>3.8. E-mail de contato</w:t>
      </w:r>
    </w:p>
    <w:p w14:paraId="4DF86984" w14:textId="43C13162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4DF4CBF6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3.9. Telefone com DDD</w:t>
      </w:r>
    </w:p>
    <w:p w14:paraId="4341827F" w14:textId="65905EC1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43380BB7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3.10. Endereço completo da sede</w:t>
      </w:r>
    </w:p>
    <w:p w14:paraId="5826538E" w14:textId="6E90105D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516053E3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3.11. Município da sede</w:t>
      </w:r>
    </w:p>
    <w:p w14:paraId="777F1B7B" w14:textId="27D0C276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624E2CBA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3.12. Estado</w:t>
      </w:r>
    </w:p>
    <w:p w14:paraId="6C16BCE6" w14:textId="0EC0FA51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3F59C1E2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3.13. CEP da sede</w:t>
      </w:r>
      <w:r w:rsidRPr="003157B0">
        <w:rPr>
          <w:rFonts w:cs="Arial"/>
          <w:i/>
          <w:lang w:val="pt-BR"/>
        </w:rPr>
        <w:t xml:space="preserve"> (somente 8 números)</w:t>
      </w:r>
    </w:p>
    <w:p w14:paraId="716FDE87" w14:textId="1E67486B" w:rsidR="009B5E19" w:rsidRDefault="008E67CB" w:rsidP="00254074">
      <w:pPr>
        <w:keepLines/>
        <w:spacing w:after="0" w:line="552" w:lineRule="auto"/>
        <w:rPr>
          <w:rFonts w:cs="Arial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121EE013" w14:textId="77777777" w:rsidR="00C07D1D" w:rsidRPr="003157B0" w:rsidRDefault="00C07D1D" w:rsidP="00254074">
      <w:pPr>
        <w:keepLines/>
        <w:spacing w:after="0" w:line="552" w:lineRule="auto"/>
        <w:rPr>
          <w:rFonts w:cs="Arial"/>
          <w:sz w:val="22"/>
          <w:lang w:val="pt-BR"/>
        </w:rPr>
      </w:pPr>
    </w:p>
    <w:p w14:paraId="6BB8E2AB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3.14. Há quanto tempo está sediada ou desenvolve atuação cultural no município?</w:t>
      </w:r>
    </w:p>
    <w:p w14:paraId="2EDC9D41" w14:textId="7E5A1F2A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60898613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3.15. Quantos anos de atuação possui na área cultural?</w:t>
      </w:r>
    </w:p>
    <w:p w14:paraId="16E98157" w14:textId="626A9534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17139271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3.16. Acessou recursos públicos de fomento à cultura nos últimos cinco anos?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9B5E19" w:rsidRPr="003157B0" w14:paraId="7B5DBD34" w14:textId="77777777">
        <w:tc>
          <w:tcPr>
            <w:tcW w:w="336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4E5B67D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Sim</w:t>
            </w:r>
          </w:p>
        </w:tc>
        <w:tc>
          <w:tcPr>
            <w:tcW w:w="336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B96D783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Não</w:t>
            </w:r>
          </w:p>
        </w:tc>
        <w:tc>
          <w:tcPr>
            <w:tcW w:w="336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4D6B154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Não sei</w:t>
            </w:r>
          </w:p>
        </w:tc>
      </w:tr>
    </w:tbl>
    <w:p w14:paraId="56305DFD" w14:textId="77777777" w:rsidR="009B5E19" w:rsidRPr="003157B0" w:rsidRDefault="008E67CB" w:rsidP="00254074">
      <w:pPr>
        <w:pStyle w:val="Ttulo1"/>
        <w:spacing w:before="0" w:after="0" w:line="552" w:lineRule="auto"/>
        <w:rPr>
          <w:rFonts w:ascii="Arial" w:hAnsi="Arial" w:cs="Arial"/>
          <w:color w:val="E36C0A" w:themeColor="accent6" w:themeShade="BF"/>
          <w:lang w:val="pt-BR"/>
        </w:rPr>
      </w:pPr>
      <w:r w:rsidRPr="003157B0">
        <w:rPr>
          <w:rFonts w:ascii="Arial" w:hAnsi="Arial" w:cs="Arial"/>
          <w:color w:val="E36C0A" w:themeColor="accent6" w:themeShade="BF"/>
          <w:sz w:val="24"/>
          <w:lang w:val="pt-BR"/>
        </w:rPr>
        <w:lastRenderedPageBreak/>
        <w:t>4. Grupo ou coletivo cultural sem CNPJ</w:t>
      </w:r>
    </w:p>
    <w:tbl>
      <w:tblPr>
        <w:tblW w:w="0" w:type="auto"/>
        <w:jc w:val="center"/>
        <w:tblBorders>
          <w:top w:val="single" w:sz="4" w:space="0" w:color="D6B656"/>
          <w:left w:val="single" w:sz="4" w:space="0" w:color="D6B656"/>
          <w:bottom w:val="single" w:sz="4" w:space="0" w:color="D6B656"/>
          <w:right w:val="single" w:sz="4" w:space="0" w:color="D6B656"/>
          <w:insideH w:val="single" w:sz="4" w:space="0" w:color="D6B656"/>
          <w:insideV w:val="single" w:sz="4" w:space="0" w:color="D6B656"/>
        </w:tblBorders>
        <w:tblLook w:val="04A0" w:firstRow="1" w:lastRow="0" w:firstColumn="1" w:lastColumn="0" w:noHBand="0" w:noVBand="1"/>
      </w:tblPr>
      <w:tblGrid>
        <w:gridCol w:w="10080"/>
      </w:tblGrid>
      <w:tr w:rsidR="009B5E19" w:rsidRPr="003157B0" w14:paraId="4A5965F9" w14:textId="77777777">
        <w:trPr>
          <w:jc w:val="center"/>
        </w:trPr>
        <w:tc>
          <w:tcPr>
            <w:tcW w:w="10080" w:type="dxa"/>
            <w:shd w:val="clear" w:color="auto" w:fill="E7F1E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892948B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Arial"/>
                <w:lang w:val="pt-BR"/>
              </w:rPr>
              <w:t>Esta seção deve ser preenchida pelo representante do grupo ou coletivo. O representante será responsável pela inscrição, execução, recebimento dos recursos e prestação das informações exigidas pelo Município.</w:t>
            </w:r>
          </w:p>
        </w:tc>
      </w:tr>
    </w:tbl>
    <w:p w14:paraId="62A9D440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4.1. Nome completo do representante</w:t>
      </w:r>
    </w:p>
    <w:p w14:paraId="28409071" w14:textId="2DEACAFA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4FF1F5D3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4.2. Nome artístico ou nome social</w:t>
      </w:r>
      <w:r w:rsidRPr="003157B0">
        <w:rPr>
          <w:rFonts w:cs="Arial"/>
          <w:i/>
          <w:lang w:val="pt-BR"/>
        </w:rPr>
        <w:t xml:space="preserve"> (se não possuir, informe “Não possuo”)</w:t>
      </w:r>
    </w:p>
    <w:p w14:paraId="10707107" w14:textId="23799F8E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44ACD70F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4.3. CPF</w:t>
      </w:r>
      <w:r w:rsidRPr="003157B0">
        <w:rPr>
          <w:rFonts w:cs="Arial"/>
          <w:i/>
          <w:lang w:val="pt-BR"/>
        </w:rPr>
        <w:t xml:space="preserve"> (somente 11 números)</w:t>
      </w:r>
    </w:p>
    <w:p w14:paraId="35C33929" w14:textId="0BEAD00C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1D74A427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4.4. Data de nascimento</w:t>
      </w:r>
    </w:p>
    <w:p w14:paraId="1ECA1FDF" w14:textId="4A3C1E72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4B356E3A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4.5. E-mail</w:t>
      </w:r>
    </w:p>
    <w:p w14:paraId="5BD27418" w14:textId="7F68DD31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33BCB26F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4.6. Telefone com DDD</w:t>
      </w:r>
    </w:p>
    <w:p w14:paraId="69160D82" w14:textId="74FAA293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68006370" w14:textId="77777777" w:rsidR="00C07D1D" w:rsidRDefault="00C07D1D" w:rsidP="00254074">
      <w:pPr>
        <w:spacing w:after="0" w:line="552" w:lineRule="auto"/>
        <w:rPr>
          <w:rFonts w:cs="Arial"/>
          <w:b/>
          <w:lang w:val="pt-BR"/>
        </w:rPr>
      </w:pPr>
    </w:p>
    <w:p w14:paraId="0E11357B" w14:textId="4E3BD252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4.7. Endereço completo</w:t>
      </w:r>
    </w:p>
    <w:p w14:paraId="453D6FD2" w14:textId="71F39CBF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60F7B7B5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4.8. Município de residência</w:t>
      </w:r>
    </w:p>
    <w:p w14:paraId="1A4F9497" w14:textId="29D13C28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7A0425AA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lastRenderedPageBreak/>
        <w:t>4.9. Estado</w:t>
      </w:r>
    </w:p>
    <w:p w14:paraId="0C25EF89" w14:textId="5AFD8C3E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26630927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4.10. CEP</w:t>
      </w:r>
      <w:r w:rsidRPr="003157B0">
        <w:rPr>
          <w:rFonts w:cs="Arial"/>
          <w:i/>
          <w:lang w:val="pt-BR"/>
        </w:rPr>
        <w:t xml:space="preserve"> (somente 8 números)</w:t>
      </w:r>
    </w:p>
    <w:p w14:paraId="4062E15A" w14:textId="4BFA0BD3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2C6C1EC6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4.11. Há quanto tempo reside no município informado?</w:t>
      </w:r>
    </w:p>
    <w:p w14:paraId="4AE56D0B" w14:textId="52A48DAB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5E95140A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4.12. Pertencimento a povo ou comunidade tradicional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57CBDACD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82EA3B2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Não pertence a povo ou comunidade tradicional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04A91E5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</w:t>
            </w:r>
            <w:proofErr w:type="spellStart"/>
            <w:r w:rsidRPr="003157B0">
              <w:rPr>
                <w:rFonts w:cs="Arial"/>
                <w:lang w:val="pt-BR"/>
              </w:rPr>
              <w:t>Andirobeiros</w:t>
            </w:r>
            <w:proofErr w:type="spellEnd"/>
          </w:p>
        </w:tc>
      </w:tr>
      <w:tr w:rsidR="009B5E19" w:rsidRPr="003157B0" w14:paraId="368E4B42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295D7CB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Apanhadores de flores sempre-vivas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984611D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Benzedeiros</w:t>
            </w:r>
          </w:p>
        </w:tc>
      </w:tr>
      <w:tr w:rsidR="009B5E19" w:rsidRPr="003157B0" w14:paraId="446966BE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BEA05E3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</w:t>
            </w:r>
            <w:proofErr w:type="spellStart"/>
            <w:r w:rsidRPr="003157B0">
              <w:rPr>
                <w:rFonts w:cs="Arial"/>
                <w:lang w:val="pt-BR"/>
              </w:rPr>
              <w:t>Caatingueiros</w:t>
            </w:r>
            <w:proofErr w:type="spellEnd"/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BF07FF3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Caboclos</w:t>
            </w:r>
          </w:p>
        </w:tc>
      </w:tr>
      <w:tr w:rsidR="009B5E19" w:rsidRPr="003157B0" w14:paraId="5A081E2C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A975C38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Caiçaras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BB997FA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Catadores de mangaba</w:t>
            </w:r>
          </w:p>
        </w:tc>
      </w:tr>
      <w:tr w:rsidR="009B5E19" w:rsidRPr="003157B0" w14:paraId="1114B968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47A5B59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</w:t>
            </w:r>
            <w:proofErr w:type="spellStart"/>
            <w:r w:rsidRPr="003157B0">
              <w:rPr>
                <w:rFonts w:cs="Arial"/>
                <w:lang w:val="pt-BR"/>
              </w:rPr>
              <w:t>Cipozeiros</w:t>
            </w:r>
            <w:proofErr w:type="spellEnd"/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50F253E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Comunidades de fundos e fechos de pasto</w:t>
            </w:r>
          </w:p>
        </w:tc>
      </w:tr>
      <w:tr w:rsidR="009B5E19" w:rsidRPr="003157B0" w14:paraId="6A4E7FF2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3198440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Comunidades quilombolas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4F3714D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Extrativistas</w:t>
            </w:r>
          </w:p>
        </w:tc>
      </w:tr>
      <w:tr w:rsidR="009B5E19" w:rsidRPr="003157B0" w14:paraId="077F38A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08F531C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Extrativistas costeiros e marinhos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5743E19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Faxinalenses</w:t>
            </w:r>
          </w:p>
        </w:tc>
      </w:tr>
      <w:tr w:rsidR="009B5E19" w:rsidRPr="003157B0" w14:paraId="20217F8B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6AC0933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Geraizeiros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0E9B06A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Ilhéus</w:t>
            </w:r>
          </w:p>
        </w:tc>
      </w:tr>
      <w:tr w:rsidR="009B5E19" w:rsidRPr="003157B0" w14:paraId="4C4C0445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026B158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Juventude de povos e comunidades tradicionais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76E44A4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</w:t>
            </w:r>
            <w:proofErr w:type="spellStart"/>
            <w:r w:rsidRPr="003157B0">
              <w:rPr>
                <w:rFonts w:cs="Arial"/>
                <w:lang w:val="pt-BR"/>
              </w:rPr>
              <w:t>Morroquianos</w:t>
            </w:r>
            <w:proofErr w:type="spellEnd"/>
          </w:p>
        </w:tc>
      </w:tr>
      <w:tr w:rsidR="009B5E19" w:rsidRPr="003157B0" w14:paraId="5A009BD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B4CA9DA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Pantaneiros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71CE16A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Pescadores artesanais</w:t>
            </w:r>
          </w:p>
        </w:tc>
      </w:tr>
      <w:tr w:rsidR="009B5E19" w:rsidRPr="003157B0" w14:paraId="14783F9D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4666183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lastRenderedPageBreak/>
              <w:t>☐</w:t>
            </w:r>
            <w:r w:rsidRPr="003157B0">
              <w:rPr>
                <w:rFonts w:cs="Arial"/>
                <w:lang w:val="pt-BR"/>
              </w:rPr>
              <w:t xml:space="preserve"> Povo pomerano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6B7CE75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Povos ciganos</w:t>
            </w:r>
          </w:p>
        </w:tc>
      </w:tr>
      <w:tr w:rsidR="009B5E19" w:rsidRPr="003157B0" w14:paraId="78FD78FC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42D2D18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Povos e comunidades de terreiro/matriz africana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427E15D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Povos indígenas</w:t>
            </w:r>
          </w:p>
        </w:tc>
      </w:tr>
      <w:tr w:rsidR="009B5E19" w:rsidRPr="003157B0" w14:paraId="61ECD7D2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F175156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Quebradeiras de coco babaçu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C981866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Raizeiros</w:t>
            </w:r>
          </w:p>
        </w:tc>
      </w:tr>
      <w:tr w:rsidR="009B5E19" w:rsidRPr="003157B0" w14:paraId="6A5691C2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6207A2A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Retireiros do Araguaia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6FB8629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Ribeirinhos</w:t>
            </w:r>
          </w:p>
        </w:tc>
      </w:tr>
      <w:tr w:rsidR="009B5E19" w:rsidRPr="003157B0" w14:paraId="2C74B247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622A887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Vazanteiros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AA80FD8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Veredeiros</w:t>
            </w:r>
          </w:p>
        </w:tc>
      </w:tr>
      <w:tr w:rsidR="009B5E19" w:rsidRPr="003157B0" w14:paraId="73206EFF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3E81B59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Outra comunidade tradicional</w:t>
            </w:r>
          </w:p>
        </w:tc>
        <w:tc>
          <w:tcPr>
            <w:tcW w:w="5040" w:type="dxa"/>
          </w:tcPr>
          <w:p w14:paraId="4A6DD8BC" w14:textId="77777777" w:rsidR="009B5E19" w:rsidRPr="003157B0" w:rsidRDefault="009B5E19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</w:p>
        </w:tc>
      </w:tr>
    </w:tbl>
    <w:p w14:paraId="3E4F3083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4.13. Se marcou “Outra comunidade tradicional”, informe qual</w:t>
      </w:r>
    </w:p>
    <w:p w14:paraId="7F04DF70" w14:textId="0DDBC82B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78FCC152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4.14. É mestre ou mestra das culturas tradicionais e populares?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7ADADE1D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3916DE3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Sim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D31641F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Não</w:t>
            </w:r>
          </w:p>
        </w:tc>
      </w:tr>
    </w:tbl>
    <w:p w14:paraId="3987EB1B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4.15. Gênero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14CC320F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E534C4B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Mulher cisgênero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CA298C9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Homem cisgênero</w:t>
            </w:r>
          </w:p>
        </w:tc>
      </w:tr>
      <w:tr w:rsidR="009B5E19" w:rsidRPr="003157B0" w14:paraId="0E6F1338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8A93785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Mulher transgênero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EC3F3DD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Homem transgênero</w:t>
            </w:r>
          </w:p>
        </w:tc>
      </w:tr>
      <w:tr w:rsidR="009B5E19" w:rsidRPr="003157B0" w14:paraId="025AE068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6410C15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Pessoa não binária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8795913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Travesti</w:t>
            </w:r>
          </w:p>
        </w:tc>
      </w:tr>
      <w:tr w:rsidR="009B5E19" w:rsidRPr="003157B0" w14:paraId="061A6EF1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35FB997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Outro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A5FBE75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Prefere não responder</w:t>
            </w:r>
          </w:p>
        </w:tc>
      </w:tr>
    </w:tbl>
    <w:p w14:paraId="3F1EBE43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4.16. Orientação sexual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7A28EF03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975D859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Lésbica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8F99729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Gay</w:t>
            </w:r>
          </w:p>
        </w:tc>
      </w:tr>
      <w:tr w:rsidR="009B5E19" w:rsidRPr="003157B0" w14:paraId="11B7159A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F662E3E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Heterossexual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E08C694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Bissexual</w:t>
            </w:r>
          </w:p>
        </w:tc>
      </w:tr>
      <w:tr w:rsidR="009B5E19" w:rsidRPr="003157B0" w14:paraId="51ABE635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7C475C2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lastRenderedPageBreak/>
              <w:t>☐</w:t>
            </w:r>
            <w:r w:rsidRPr="003157B0">
              <w:rPr>
                <w:rFonts w:cs="Arial"/>
                <w:lang w:val="pt-BR"/>
              </w:rPr>
              <w:t xml:space="preserve"> Outra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6E671E4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Prefere não responder</w:t>
            </w:r>
          </w:p>
        </w:tc>
      </w:tr>
    </w:tbl>
    <w:p w14:paraId="4AAB69CD" w14:textId="439AD471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4.17. Raça, cor ou etnia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1762964A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D06C28D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Branca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7627655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Preta</w:t>
            </w:r>
          </w:p>
        </w:tc>
      </w:tr>
      <w:tr w:rsidR="009B5E19" w:rsidRPr="003157B0" w14:paraId="3DC407ED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C2C4EA7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Parda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AD2383C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Indígena</w:t>
            </w:r>
          </w:p>
        </w:tc>
      </w:tr>
      <w:tr w:rsidR="009B5E19" w:rsidRPr="003157B0" w14:paraId="63947651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470D66E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Amarela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7DF10CE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Prefere não responder</w:t>
            </w:r>
          </w:p>
        </w:tc>
      </w:tr>
    </w:tbl>
    <w:p w14:paraId="518BE634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4.18. Pessoa com deficiência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7BC7619B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F0B3E7D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Não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D694D4D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Sim, auditiva</w:t>
            </w:r>
          </w:p>
        </w:tc>
      </w:tr>
      <w:tr w:rsidR="009B5E19" w:rsidRPr="003157B0" w14:paraId="0261E268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AF86109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Sim, física/motora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5AF5523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Sim, intelectual</w:t>
            </w:r>
          </w:p>
        </w:tc>
      </w:tr>
      <w:tr w:rsidR="009B5E19" w:rsidRPr="003157B0" w14:paraId="49FB53B7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0375639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Sim, visual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5F38327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Sim, múltipla</w:t>
            </w:r>
          </w:p>
        </w:tc>
      </w:tr>
      <w:tr w:rsidR="009B5E19" w:rsidRPr="003157B0" w14:paraId="2EE27B58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9C77A48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Sim, transtorno do espectro autista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4AAFE17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Sim, outra deficiência</w:t>
            </w:r>
          </w:p>
        </w:tc>
      </w:tr>
    </w:tbl>
    <w:p w14:paraId="41A2A148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4.19. Se marcou “Sim, outra deficiência”, informe qual</w:t>
      </w:r>
    </w:p>
    <w:p w14:paraId="1712177B" w14:textId="6D6693C9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2C1B98BC" w14:textId="1786D466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4.20. Escolaridade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7EFD000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9BF2FFA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Sem educação formal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6A04ED4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Ensino fundamental incompleto</w:t>
            </w:r>
          </w:p>
        </w:tc>
      </w:tr>
      <w:tr w:rsidR="009B5E19" w:rsidRPr="003157B0" w14:paraId="7057A9F5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AF693F6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Ensino fundamental completo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0971D9B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Ensino médio incompleto</w:t>
            </w:r>
          </w:p>
        </w:tc>
      </w:tr>
      <w:tr w:rsidR="009B5E19" w:rsidRPr="003157B0" w14:paraId="598443BE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E201682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Ensino médio completo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00C78D4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Curso técnico completo</w:t>
            </w:r>
          </w:p>
        </w:tc>
      </w:tr>
      <w:tr w:rsidR="009B5E19" w:rsidRPr="003157B0" w14:paraId="126448C2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227AAFD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Ensino superior incompleto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6D77305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Ensino superior completo</w:t>
            </w:r>
          </w:p>
        </w:tc>
      </w:tr>
      <w:tr w:rsidR="009B5E19" w:rsidRPr="003157B0" w14:paraId="0C066E3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C47E7F6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Pós-graduação incompleta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D9A85A8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Pós-graduação completa</w:t>
            </w:r>
          </w:p>
        </w:tc>
      </w:tr>
    </w:tbl>
    <w:p w14:paraId="6EFAAA8A" w14:textId="77777777" w:rsidR="00254074" w:rsidRDefault="00254074" w:rsidP="00254074">
      <w:pPr>
        <w:spacing w:after="0" w:line="552" w:lineRule="auto"/>
        <w:rPr>
          <w:rFonts w:cs="Arial"/>
          <w:b/>
          <w:lang w:val="pt-BR"/>
        </w:rPr>
      </w:pPr>
    </w:p>
    <w:p w14:paraId="7BB844CD" w14:textId="77777777" w:rsidR="00254074" w:rsidRDefault="00254074" w:rsidP="00254074">
      <w:pPr>
        <w:spacing w:after="0" w:line="552" w:lineRule="auto"/>
        <w:rPr>
          <w:rFonts w:cs="Arial"/>
          <w:b/>
          <w:lang w:val="pt-BR"/>
        </w:rPr>
      </w:pPr>
    </w:p>
    <w:p w14:paraId="6DBE7124" w14:textId="216D5DE8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lastRenderedPageBreak/>
        <w:t>4.21. Renda mensal fixa individual média nos últimos três meses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097A5897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E077162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Nenhuma renda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E958775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R$ 1,00 a R$ 500,00</w:t>
            </w:r>
          </w:p>
        </w:tc>
      </w:tr>
      <w:tr w:rsidR="009B5E19" w:rsidRPr="003157B0" w14:paraId="58F35627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5A55E77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R$ 501,00 a R$ 1.000,00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425CB42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R$ 1.001,00 a R$ 2.000,00</w:t>
            </w:r>
          </w:p>
        </w:tc>
      </w:tr>
      <w:tr w:rsidR="009B5E19" w:rsidRPr="003157B0" w14:paraId="52E34B0E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A3CF255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R$ 2.001,00 a R$ 3.000,00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F296A63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R$ 3.001,00 a R$ 5.000,00</w:t>
            </w:r>
          </w:p>
        </w:tc>
      </w:tr>
      <w:tr w:rsidR="009B5E19" w:rsidRPr="003157B0" w14:paraId="7FC5B91A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4C331EC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R$ 5.001,00 a R$ 10.000,00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F5F22C4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R$ 10.001,00 a R$ 20.000,00</w:t>
            </w:r>
          </w:p>
        </w:tc>
      </w:tr>
      <w:tr w:rsidR="009B5E19" w:rsidRPr="003157B0" w14:paraId="5FB3239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F5B1D0B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R$ 20.001,00 a R$ 100.000,00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5761FEA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Acima de R$ 100.000,00</w:t>
            </w:r>
          </w:p>
        </w:tc>
      </w:tr>
    </w:tbl>
    <w:p w14:paraId="7668E138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4.22. Quantos anos de experiência possui na área cultural?</w:t>
      </w:r>
    </w:p>
    <w:p w14:paraId="3095163C" w14:textId="134078F6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6282BD0F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4.23. Acessou recursos públicos de fomento à cultura nos últimos cinco anos?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9B5E19" w:rsidRPr="003157B0" w14:paraId="00E55CBF" w14:textId="77777777">
        <w:tc>
          <w:tcPr>
            <w:tcW w:w="336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C9BCA4E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Sim</w:t>
            </w:r>
          </w:p>
        </w:tc>
        <w:tc>
          <w:tcPr>
            <w:tcW w:w="336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FACF4B8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Não</w:t>
            </w:r>
          </w:p>
        </w:tc>
        <w:tc>
          <w:tcPr>
            <w:tcW w:w="336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934FD46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Não sei</w:t>
            </w:r>
          </w:p>
        </w:tc>
      </w:tr>
    </w:tbl>
    <w:p w14:paraId="7A23B7AB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4.24. Nome do grupo ou coletivo cultural</w:t>
      </w:r>
    </w:p>
    <w:p w14:paraId="474A0260" w14:textId="2B6D416C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7D49E76D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4.25. Quantas pessoas fazem parte do grupo ou coletivo?</w:t>
      </w:r>
    </w:p>
    <w:p w14:paraId="1740368A" w14:textId="19738DB9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1578FC04" w14:textId="77777777" w:rsidR="009B5E19" w:rsidRPr="003157B0" w:rsidRDefault="008E67CB" w:rsidP="00254074">
      <w:pPr>
        <w:pStyle w:val="Ttulo1"/>
        <w:spacing w:before="0" w:after="0" w:line="552" w:lineRule="auto"/>
        <w:rPr>
          <w:rFonts w:ascii="Arial" w:hAnsi="Arial" w:cs="Arial"/>
          <w:color w:val="E36C0A" w:themeColor="accent6" w:themeShade="BF"/>
          <w:lang w:val="pt-BR"/>
        </w:rPr>
      </w:pPr>
      <w:r w:rsidRPr="003157B0">
        <w:rPr>
          <w:rFonts w:ascii="Arial" w:hAnsi="Arial" w:cs="Arial"/>
          <w:color w:val="E36C0A" w:themeColor="accent6" w:themeShade="BF"/>
          <w:sz w:val="24"/>
          <w:lang w:val="pt-BR"/>
        </w:rPr>
        <w:t>5. Dados do projeto</w:t>
      </w:r>
    </w:p>
    <w:p w14:paraId="5D68DB8D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5.1. Nome do projeto</w:t>
      </w:r>
    </w:p>
    <w:p w14:paraId="1ABB8F9C" w14:textId="0110C29C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28810FEA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>
        <w:t>5.2. Categoria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80"/>
      </w:tblGrid>
      <w:tr w:rsidR="009B5E19" w:rsidRPr="003157B0" w14:paraId="5EF29CEA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122E15C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Formação e Iniciação Musical</w:t>
            </w:r>
          </w:p>
        </w:tc>
      </w:tr>
    </w:tbl>
    <w:p w14:paraId="1F11FBDC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5.3. Modalidade de concorrência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0EA0AB0F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22C6D4C" w14:textId="77777777" w:rsidR="00AC260D" w:rsidRDefault="004F5FE4" w:rsidP="00254074">
            <w:pPr>
              <w:spacing w:after="0" w:line="552" w:lineRule="auto"/>
            </w:pPr>
            <w:r>
              <w:lastRenderedPageBreak/>
              <w:t>☐</w:t>
            </w:r>
            <w:r>
              <w:t xml:space="preserve"> Ampla concorrência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D69E583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Cota para pessoa negra (preta ou parda)</w:t>
            </w:r>
          </w:p>
        </w:tc>
      </w:tr>
    </w:tbl>
    <w:p w14:paraId="51D8C48C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>
        <w:t>5.4. Valor solicitado (até R$ 12.531,02, sujeito ao ajuste de R$ 0,01 previsto no Anexo I para o segundo projeto classificado)</w:t>
      </w:r>
    </w:p>
    <w:p w14:paraId="03F90BA0" w14:textId="7B068A53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043FA7A9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5.5. Formato principal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4B853D3A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2969174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Presencial em local fixo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556F830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Presencial itinerante</w:t>
            </w:r>
          </w:p>
        </w:tc>
      </w:tr>
      <w:tr w:rsidR="009B5E19" w:rsidRPr="003157B0" w14:paraId="7AF07916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47C3C9B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Combinação de locais presenciais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D2DC0D4" w14:textId="77777777" w:rsidR="00AC260D" w:rsidRDefault="00AC260D" w:rsidP="00254074">
            <w:pPr>
              <w:spacing w:after="0" w:line="552" w:lineRule="auto"/>
            </w:pPr>
          </w:p>
        </w:tc>
      </w:tr>
    </w:tbl>
    <w:p w14:paraId="5E5A053F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5.6. CEP e local principal de realização</w:t>
      </w:r>
    </w:p>
    <w:p w14:paraId="3E88271E" w14:textId="44F58013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08516C97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5.7. Quantas pessoas serão remuneradas com recursos do Edital?</w:t>
      </w:r>
    </w:p>
    <w:p w14:paraId="36BF834B" w14:textId="193F29E7" w:rsidR="009B5E19" w:rsidRPr="003157B0" w:rsidRDefault="008E67CB" w:rsidP="00254074">
      <w:pPr>
        <w:keepLines/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___________________________________________________________________________</w:t>
      </w:r>
    </w:p>
    <w:p w14:paraId="6C1CB50D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5.8. Principal segmento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119BD4C3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F4B5988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Música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8B6B26A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Educação/formação musical</w:t>
            </w:r>
          </w:p>
        </w:tc>
      </w:tr>
      <w:tr w:rsidR="009B5E19" w:rsidRPr="003157B0" w14:paraId="3EAA8E21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3E757A9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Cultura e infância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D1ACF59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Cultura e juventude</w:t>
            </w:r>
          </w:p>
        </w:tc>
      </w:tr>
    </w:tbl>
    <w:p w14:paraId="43A0D45D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5.9. Principal etapa do ciclo cultural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344B790E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8918B2F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Formação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2955BAC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Difusão/apresentação pública</w:t>
            </w:r>
          </w:p>
        </w:tc>
      </w:tr>
    </w:tbl>
    <w:p w14:paraId="4F6FC761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5.10. Principal pauta temática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66B3EE4B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E40AB88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 Alimentar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2014B55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 DEF</w:t>
            </w:r>
          </w:p>
        </w:tc>
      </w:tr>
      <w:tr w:rsidR="009B5E19" w:rsidRPr="003157B0" w14:paraId="5716EAB3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FC99B19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 Digital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44FDE7C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Culturas Imigrantes e Refugiadas</w:t>
            </w:r>
          </w:p>
        </w:tc>
      </w:tr>
      <w:tr w:rsidR="009B5E19" w:rsidRPr="003157B0" w14:paraId="2C3699E1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536C2F3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 LGBTQIAPN+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0E1A9A9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Cultura, Memória e Direitos Humanos</w:t>
            </w:r>
          </w:p>
        </w:tc>
      </w:tr>
      <w:tr w:rsidR="009B5E19" w:rsidRPr="003157B0" w14:paraId="7D58EB73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5BA0C47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lastRenderedPageBreak/>
              <w:t>☐</w:t>
            </w:r>
            <w:r w:rsidRPr="003157B0">
              <w:rPr>
                <w:rFonts w:cs="Arial"/>
                <w:lang w:val="pt-BR"/>
              </w:rPr>
              <w:t xml:space="preserve"> Cultura Nerd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D75DAD6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Culturas Periféricas</w:t>
            </w:r>
          </w:p>
        </w:tc>
      </w:tr>
      <w:tr w:rsidR="009B5E19" w:rsidRPr="003157B0" w14:paraId="276B7FBB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74DA552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 Quilombola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8CC0F15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Culturas Rurais e Agroecológicas</w:t>
            </w:r>
          </w:p>
        </w:tc>
      </w:tr>
      <w:tr w:rsidR="009B5E19" w:rsidRPr="003157B0" w14:paraId="4D5FABD5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2100060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Culturas Urbanas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AEB3BBE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 do Sertão</w:t>
            </w:r>
          </w:p>
        </w:tc>
      </w:tr>
      <w:tr w:rsidR="009B5E19" w:rsidRPr="003157B0" w14:paraId="0403914F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A4FF2FA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 e Acessibilidade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829508B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 e Economia Criativa</w:t>
            </w:r>
          </w:p>
        </w:tc>
      </w:tr>
      <w:tr w:rsidR="009B5E19" w:rsidRPr="003157B0" w14:paraId="01ACD96C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7EA28A4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 e Educação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D25E41D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 e Gênero</w:t>
            </w:r>
          </w:p>
        </w:tc>
      </w:tr>
      <w:tr w:rsidR="009B5E19" w:rsidRPr="003157B0" w14:paraId="11CD78D2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F1DB024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 e Idosos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0FB3FDB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 e Infância</w:t>
            </w:r>
          </w:p>
        </w:tc>
      </w:tr>
      <w:tr w:rsidR="009B5E19" w:rsidRPr="003157B0" w14:paraId="36A87932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2A0D5FA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 e Juventude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F3D8873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 e Meio Ambiente</w:t>
            </w:r>
          </w:p>
        </w:tc>
      </w:tr>
      <w:tr w:rsidR="009B5E19" w:rsidRPr="003157B0" w14:paraId="383EA3E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83E4FB3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 e Negritude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9846C62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 e Pessoas em Situação de Privação de Liberdade</w:t>
            </w:r>
          </w:p>
        </w:tc>
      </w:tr>
      <w:tr w:rsidR="009B5E19" w:rsidRPr="003157B0" w14:paraId="3C3E03F8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6218BA9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 e População de Rua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FF7B094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 e Povos Ciganos</w:t>
            </w:r>
          </w:p>
        </w:tc>
      </w:tr>
      <w:tr w:rsidR="009B5E19" w:rsidRPr="003157B0" w14:paraId="65C4DB15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22B11A5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 e Saúde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950A488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 e Turismo</w:t>
            </w:r>
          </w:p>
        </w:tc>
      </w:tr>
      <w:tr w:rsidR="009B5E19" w:rsidRPr="003157B0" w14:paraId="62F4FFDE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C15A120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Culturas Indígenas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4D32310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Culturas Tradicionais de Matriz Africana</w:t>
            </w:r>
          </w:p>
        </w:tc>
      </w:tr>
      <w:tr w:rsidR="009B5E19" w:rsidRPr="003157B0" w14:paraId="3784E1BC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C08C695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Outra</w:t>
            </w:r>
          </w:p>
        </w:tc>
        <w:tc>
          <w:tcPr>
            <w:tcW w:w="5040" w:type="dxa"/>
          </w:tcPr>
          <w:p w14:paraId="27B7214A" w14:textId="77777777" w:rsidR="009B5E19" w:rsidRPr="003157B0" w:rsidRDefault="009B5E19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</w:p>
        </w:tc>
      </w:tr>
    </w:tbl>
    <w:p w14:paraId="7FD4B891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5.11. Território prioritário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369C1691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EB999A0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Não se aplica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14747D8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Área atingida por desastre natural</w:t>
            </w:r>
          </w:p>
        </w:tc>
      </w:tr>
      <w:tr w:rsidR="009B5E19" w:rsidRPr="003157B0" w14:paraId="07888842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D1A7E23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Assentamento ou acampamento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C65C6CE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Conjunto ou empreendimento habitacional de interesse social</w:t>
            </w:r>
          </w:p>
        </w:tc>
      </w:tr>
      <w:tr w:rsidR="009B5E19" w:rsidRPr="003157B0" w14:paraId="7F9F72A7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BE00107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Favelas e comunidades urbanas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B943418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Periferia</w:t>
            </w:r>
          </w:p>
        </w:tc>
      </w:tr>
      <w:tr w:rsidR="009B5E19" w:rsidRPr="003157B0" w14:paraId="0D1FD416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2FE6D47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lastRenderedPageBreak/>
              <w:t>☐</w:t>
            </w:r>
            <w:r w:rsidRPr="003157B0">
              <w:rPr>
                <w:rFonts w:cs="Arial"/>
                <w:lang w:val="pt-BR"/>
              </w:rPr>
              <w:t xml:space="preserve"> Região com menor histórico de acesso aos recursos da política pública de cultura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5B2F2F8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Região com menor Índice de Desenvolvimento Humano – IDH</w:t>
            </w:r>
          </w:p>
        </w:tc>
      </w:tr>
      <w:tr w:rsidR="009B5E19" w:rsidRPr="003157B0" w14:paraId="67D4835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918081E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Sítio arqueológico ou de patrimônio cultural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9FC1C3F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Território de fronteira</w:t>
            </w:r>
          </w:p>
        </w:tc>
      </w:tr>
      <w:tr w:rsidR="009B5E19" w:rsidRPr="003157B0" w14:paraId="17777F4D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EBE7984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Território de povo ou comunidade tradicional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C48948B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Território indígena</w:t>
            </w:r>
          </w:p>
        </w:tc>
      </w:tr>
      <w:tr w:rsidR="009B5E19" w:rsidRPr="003157B0" w14:paraId="1C49DA5C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E5B688A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Território rural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3C65F7B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Zona especial de interesse social</w:t>
            </w:r>
          </w:p>
        </w:tc>
      </w:tr>
      <w:tr w:rsidR="009B5E19" w:rsidRPr="003157B0" w14:paraId="0D5D5742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84ACBD2" w14:textId="77777777" w:rsidR="009B5E19" w:rsidRPr="003157B0" w:rsidRDefault="008E67CB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  <w:r w:rsidRPr="003157B0">
              <w:rPr>
                <w:rFonts w:cs="Segoe UI Symbol"/>
                <w:lang w:val="pt-BR"/>
              </w:rPr>
              <w:t>☐</w:t>
            </w:r>
            <w:r w:rsidRPr="003157B0">
              <w:rPr>
                <w:rFonts w:cs="Arial"/>
                <w:lang w:val="pt-BR"/>
              </w:rPr>
              <w:t xml:space="preserve"> Outro</w:t>
            </w:r>
          </w:p>
        </w:tc>
        <w:tc>
          <w:tcPr>
            <w:tcW w:w="5040" w:type="dxa"/>
          </w:tcPr>
          <w:p w14:paraId="487A0D4E" w14:textId="77777777" w:rsidR="009B5E19" w:rsidRPr="003157B0" w:rsidRDefault="009B5E19" w:rsidP="00254074">
            <w:pPr>
              <w:spacing w:after="0" w:line="552" w:lineRule="auto"/>
              <w:rPr>
                <w:rFonts w:cs="Arial"/>
                <w:sz w:val="22"/>
                <w:lang w:val="pt-BR"/>
              </w:rPr>
            </w:pPr>
          </w:p>
        </w:tc>
      </w:tr>
    </w:tbl>
    <w:p w14:paraId="50E9445C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5.12. Principais entregas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B5E19" w:rsidRPr="003157B0" w14:paraId="3400B85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6EAA7E7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Curso/oficina de formação musical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33841A1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Apresentação musical pública</w:t>
            </w:r>
          </w:p>
        </w:tc>
      </w:tr>
      <w:tr w:rsidR="009B5E19" w:rsidRPr="003157B0" w14:paraId="1A3A9A7E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03A88F1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Material didático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0A45C05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Formação de alunos-monitores/multiplicadores</w:t>
            </w:r>
          </w:p>
        </w:tc>
      </w:tr>
      <w:tr w:rsidR="009B5E19" w:rsidRPr="003157B0" w14:paraId="7620BCF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C6AF6D1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Outro resultado diretamente ligado à formação musical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E8BA950" w14:textId="77777777" w:rsidR="00AC260D" w:rsidRDefault="00AC260D" w:rsidP="00254074">
            <w:pPr>
              <w:spacing w:after="0" w:line="552" w:lineRule="auto"/>
            </w:pPr>
          </w:p>
        </w:tc>
      </w:tr>
    </w:tbl>
    <w:p w14:paraId="66EFB08A" w14:textId="77777777" w:rsidR="009B5E19" w:rsidRPr="003157B0" w:rsidRDefault="008E67CB" w:rsidP="00254074">
      <w:pPr>
        <w:pStyle w:val="Ttulo1"/>
        <w:spacing w:before="0" w:after="0" w:line="552" w:lineRule="auto"/>
        <w:rPr>
          <w:rFonts w:ascii="Arial" w:hAnsi="Arial" w:cs="Arial"/>
          <w:color w:val="E36C0A" w:themeColor="accent6" w:themeShade="BF"/>
          <w:lang w:val="pt-BR"/>
        </w:rPr>
      </w:pPr>
      <w:r w:rsidRPr="003157B0">
        <w:rPr>
          <w:rFonts w:ascii="Arial" w:hAnsi="Arial" w:cs="Arial"/>
          <w:color w:val="E36C0A" w:themeColor="accent6" w:themeShade="BF"/>
          <w:sz w:val="24"/>
          <w:lang w:val="pt-BR"/>
        </w:rPr>
        <w:t>6. Documentos anexados à inscrição</w:t>
      </w:r>
    </w:p>
    <w:p w14:paraId="14549246" w14:textId="77777777" w:rsidR="009B5E19" w:rsidRPr="003157B0" w:rsidRDefault="008E67CB" w:rsidP="00254074">
      <w:pPr>
        <w:spacing w:after="0" w:line="552" w:lineRule="auto"/>
        <w:rPr>
          <w:rFonts w:cs="Arial"/>
          <w:sz w:val="22"/>
          <w:lang w:val="pt-BR"/>
        </w:rPr>
      </w:pPr>
      <w:r w:rsidRPr="003157B0">
        <w:rPr>
          <w:rFonts w:cs="Arial"/>
          <w:b/>
          <w:lang w:val="pt-BR"/>
        </w:rPr>
        <w:t>6.1. Confira os documentos enviados por e-mail ou entregues presencialmente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80"/>
      </w:tblGrid>
      <w:tr w:rsidR="009B5E19" w:rsidRPr="003157B0" w14:paraId="3B0BC400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EEB1F6E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Formulário de Inscrição – Anexo II</w:t>
            </w:r>
          </w:p>
        </w:tc>
      </w:tr>
      <w:tr w:rsidR="009B5E19" w:rsidRPr="003157B0" w14:paraId="1FB6BA81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D218FBC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Plano de Trabalho – Anexo III</w:t>
            </w:r>
          </w:p>
        </w:tc>
      </w:tr>
      <w:tr w:rsidR="009B5E19" w:rsidRPr="003157B0" w14:paraId="4B5D85C7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B93F1CB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Currículo/portfólio do proponente</w:t>
            </w:r>
          </w:p>
        </w:tc>
      </w:tr>
      <w:tr w:rsidR="009B5E19" w:rsidRPr="003157B0" w14:paraId="4054630F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5AFD211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Currículo/portfólio do professor ou instrutor responsável</w:t>
            </w:r>
          </w:p>
        </w:tc>
      </w:tr>
      <w:tr w:rsidR="009B5E19" w:rsidRPr="003157B0" w14:paraId="5B68E41F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51A7712" w14:textId="77777777" w:rsidR="00AC260D" w:rsidRDefault="004F5FE4" w:rsidP="00254074">
            <w:pPr>
              <w:spacing w:after="0" w:line="552" w:lineRule="auto"/>
            </w:pPr>
            <w:r>
              <w:lastRenderedPageBreak/>
              <w:t>☐</w:t>
            </w:r>
            <w:r>
              <w:t xml:space="preserve"> Comprovação da solução para disponibilização dos instrumentos</w:t>
            </w:r>
          </w:p>
        </w:tc>
      </w:tr>
      <w:tr w:rsidR="009B5E19" w:rsidRPr="003157B0" w14:paraId="5B0BEB78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356BD6A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Declaração de Representação – Anexo VII, se grupo sem CNPJ</w:t>
            </w:r>
          </w:p>
        </w:tc>
      </w:tr>
      <w:tr w:rsidR="009B5E19" w:rsidRPr="003157B0" w14:paraId="26CF17BD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1AD571C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Autodeclaração Étnico-Racial – Anexo VIII, se concorrer à cota para pessoa negra</w:t>
            </w:r>
          </w:p>
        </w:tc>
      </w:tr>
      <w:tr w:rsidR="009B5E19" w:rsidRPr="003157B0" w14:paraId="19E39A2D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1F3B194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Declarações Gerais de Inscrição – Anexo XII</w:t>
            </w:r>
          </w:p>
        </w:tc>
      </w:tr>
      <w:tr w:rsidR="009B5E19" w:rsidRPr="003157B0" w14:paraId="19034953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CF03D86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Declaração de Cessão de Espaço – Anexo XIV, quando aplicável</w:t>
            </w:r>
          </w:p>
        </w:tc>
      </w:tr>
      <w:tr w:rsidR="009B5E19" w:rsidRPr="003157B0" w14:paraId="3653B5C4" w14:textId="77777777">
        <w:tc>
          <w:tcPr>
            <w:tcW w:w="1008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77537D1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Termo de Anuência de Integrante da Equipe – Anexo XV, quando aplicável</w:t>
            </w:r>
          </w:p>
        </w:tc>
      </w:tr>
      <w:tr w:rsidR="00AC260D" w14:paraId="145DD459" w14:textId="77777777">
        <w:tc>
          <w:tcPr>
            <w:tcW w:w="10080" w:type="dxa"/>
          </w:tcPr>
          <w:p w14:paraId="56EB1A53" w14:textId="77777777" w:rsidR="00AC260D" w:rsidRDefault="004F5FE4" w:rsidP="00254074">
            <w:pPr>
              <w:spacing w:after="0" w:line="552" w:lineRule="auto"/>
            </w:pPr>
            <w:r>
              <w:t>☐</w:t>
            </w:r>
            <w:r>
              <w:t xml:space="preserve"> Outros documentos facultativos</w:t>
            </w:r>
          </w:p>
        </w:tc>
      </w:tr>
    </w:tbl>
    <w:p w14:paraId="4470E091" w14:textId="77777777" w:rsidR="009B5E19" w:rsidRPr="003157B0" w:rsidRDefault="008E67CB" w:rsidP="00254074">
      <w:pPr>
        <w:pStyle w:val="Ttulo1"/>
        <w:spacing w:before="0" w:after="0" w:line="552" w:lineRule="auto"/>
        <w:rPr>
          <w:rFonts w:ascii="Arial" w:hAnsi="Arial" w:cs="Arial"/>
          <w:color w:val="E36C0A" w:themeColor="accent6" w:themeShade="BF"/>
          <w:lang w:val="pt-BR"/>
        </w:rPr>
      </w:pPr>
      <w:r w:rsidRPr="003157B0">
        <w:rPr>
          <w:rFonts w:ascii="Arial" w:hAnsi="Arial" w:cs="Arial"/>
          <w:color w:val="E36C0A" w:themeColor="accent6" w:themeShade="BF"/>
          <w:sz w:val="24"/>
          <w:lang w:val="pt-BR"/>
        </w:rPr>
        <w:t>7. Consentimento e confirmação</w:t>
      </w:r>
    </w:p>
    <w:p w14:paraId="3963F5A4" w14:textId="77777777" w:rsidR="009B5E19" w:rsidRPr="003157B0" w:rsidRDefault="008E67CB" w:rsidP="00254074">
      <w:pPr>
        <w:spacing w:after="0" w:line="552" w:lineRule="auto"/>
        <w:jc w:val="both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Ao assinar este formulário, autorizo o tratamento e o compartilhamento das informações necessárias à inscrição, seleção, habilitação, formalização, execução, monitoramento, transparência e avaliação da PNAB pelo Município de Rio das Antas/SC e pelo Ministério da Cultura, nos termos da Lei nº 13.709/2018. Declaro que as informações e os documentos apresentados são verdadeiros e que li e aceito as regras do Edital.</w:t>
      </w:r>
    </w:p>
    <w:p w14:paraId="4AD35BAF" w14:textId="77777777" w:rsidR="009B5E19" w:rsidRPr="003157B0" w:rsidRDefault="008E67CB" w:rsidP="00254074">
      <w:pPr>
        <w:spacing w:after="0" w:line="552" w:lineRule="auto"/>
        <w:jc w:val="center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br/>
        <w:t xml:space="preserve">Rio das Antas/SC, ______ de __________________ </w:t>
      </w:r>
      <w:proofErr w:type="spellStart"/>
      <w:r w:rsidRPr="003157B0">
        <w:rPr>
          <w:rFonts w:cs="Arial"/>
          <w:lang w:val="pt-BR"/>
        </w:rPr>
        <w:t>de</w:t>
      </w:r>
      <w:proofErr w:type="spellEnd"/>
      <w:r w:rsidRPr="003157B0">
        <w:rPr>
          <w:rFonts w:cs="Arial"/>
          <w:lang w:val="pt-BR"/>
        </w:rPr>
        <w:t xml:space="preserve"> 20____.</w:t>
      </w:r>
    </w:p>
    <w:p w14:paraId="708AC338" w14:textId="77777777" w:rsidR="00B763EB" w:rsidRPr="003157B0" w:rsidRDefault="00B763EB" w:rsidP="00254074">
      <w:pPr>
        <w:spacing w:after="0" w:line="552" w:lineRule="auto"/>
        <w:jc w:val="center"/>
        <w:rPr>
          <w:rFonts w:cs="Arial"/>
          <w:sz w:val="22"/>
          <w:lang w:val="pt-BR"/>
        </w:rPr>
      </w:pPr>
    </w:p>
    <w:p w14:paraId="292B0384" w14:textId="0DD13516" w:rsidR="00B763EB" w:rsidRPr="003157B0" w:rsidRDefault="00B763EB" w:rsidP="00254074">
      <w:pPr>
        <w:spacing w:after="0" w:line="552" w:lineRule="auto"/>
        <w:jc w:val="center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>____________________________________</w:t>
      </w:r>
    </w:p>
    <w:p w14:paraId="27C771CB" w14:textId="41E3CD37" w:rsidR="00B763EB" w:rsidRPr="003157B0" w:rsidRDefault="00B763EB" w:rsidP="00254074">
      <w:pPr>
        <w:spacing w:after="0" w:line="552" w:lineRule="auto"/>
        <w:jc w:val="center"/>
        <w:rPr>
          <w:rFonts w:cs="Arial"/>
          <w:sz w:val="22"/>
          <w:lang w:val="pt-BR"/>
        </w:rPr>
      </w:pPr>
      <w:r w:rsidRPr="003157B0">
        <w:rPr>
          <w:rFonts w:cs="Arial"/>
          <w:lang w:val="pt-BR"/>
        </w:rPr>
        <w:t xml:space="preserve">AGENTE CULTURAL </w:t>
      </w:r>
    </w:p>
    <w:p w14:paraId="67818005" w14:textId="77777777" w:rsidR="00B763EB" w:rsidRPr="003157B0" w:rsidRDefault="00B763EB" w:rsidP="00254074">
      <w:pPr>
        <w:spacing w:after="0" w:line="552" w:lineRule="auto"/>
        <w:jc w:val="center"/>
        <w:rPr>
          <w:rFonts w:cs="Arial"/>
          <w:sz w:val="22"/>
          <w:lang w:val="pt-BR"/>
        </w:rPr>
      </w:pPr>
    </w:p>
    <w:p w14:paraId="4E2502E3" w14:textId="77777777" w:rsidR="008E67CB" w:rsidRPr="003157B0" w:rsidRDefault="008E67CB" w:rsidP="00254074">
      <w:pPr>
        <w:spacing w:after="0" w:line="552" w:lineRule="auto"/>
        <w:jc w:val="center"/>
        <w:rPr>
          <w:rFonts w:cs="Arial"/>
          <w:sz w:val="22"/>
          <w:lang w:val="pt-BR"/>
        </w:rPr>
      </w:pPr>
    </w:p>
    <w:sectPr w:rsidR="008E67CB" w:rsidRPr="003157B0" w:rsidSect="002540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183" w:bottom="1008" w:left="851" w:header="19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13E43" w14:textId="77777777" w:rsidR="004F5FE4" w:rsidRDefault="004F5FE4">
      <w:pPr>
        <w:spacing w:after="0" w:line="240" w:lineRule="auto"/>
      </w:pPr>
      <w:r>
        <w:separator/>
      </w:r>
    </w:p>
  </w:endnote>
  <w:endnote w:type="continuationSeparator" w:id="0">
    <w:p w14:paraId="468A0067" w14:textId="77777777" w:rsidR="004F5FE4" w:rsidRDefault="004F5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E93DB" w14:textId="77777777" w:rsidR="00AC260D" w:rsidRDefault="00AC260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9A7EC" w14:textId="62BB33ED" w:rsidR="009B5E19" w:rsidRDefault="009B5E19">
    <w:pPr>
      <w:pStyle w:val="Rodap"/>
      <w:spacing w:line="360" w:lineRule="auto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21DAE" w14:textId="77777777" w:rsidR="00AC260D" w:rsidRDefault="00AC260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A43F9" w14:textId="77777777" w:rsidR="004F5FE4" w:rsidRDefault="004F5FE4">
      <w:pPr>
        <w:spacing w:after="0" w:line="240" w:lineRule="auto"/>
      </w:pPr>
      <w:r>
        <w:separator/>
      </w:r>
    </w:p>
  </w:footnote>
  <w:footnote w:type="continuationSeparator" w:id="0">
    <w:p w14:paraId="1CBBF249" w14:textId="77777777" w:rsidR="004F5FE4" w:rsidRDefault="004F5F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56E22" w14:textId="77777777" w:rsidR="00AC260D" w:rsidRDefault="00AC260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E1BC5" w14:textId="77777777" w:rsidR="00AC260D" w:rsidRDefault="004F5FE4">
    <w:pPr>
      <w:spacing w:after="0" w:line="240" w:lineRule="auto"/>
      <w:jc w:val="center"/>
    </w:pPr>
    <w:r>
      <w:rPr>
        <w:noProof/>
      </w:rPr>
      <w:drawing>
        <wp:inline distT="0" distB="0" distL="0" distR="0" wp14:anchorId="1D4B61AC" wp14:editId="6FEECD10">
          <wp:extent cx="5760000" cy="768000"/>
          <wp:effectExtent l="0" t="0" r="0" b="0"/>
          <wp:docPr id="13962052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Institucional_Edital_02_Rio_das_Antas_SNC_PNAB_Min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0" cy="76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54B88" w14:textId="77777777" w:rsidR="00AC260D" w:rsidRDefault="00AC260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0236050">
    <w:abstractNumId w:val="8"/>
  </w:num>
  <w:num w:numId="2" w16cid:durableId="726875199">
    <w:abstractNumId w:val="6"/>
  </w:num>
  <w:num w:numId="3" w16cid:durableId="1434672059">
    <w:abstractNumId w:val="5"/>
  </w:num>
  <w:num w:numId="4" w16cid:durableId="1188063405">
    <w:abstractNumId w:val="4"/>
  </w:num>
  <w:num w:numId="5" w16cid:durableId="288510479">
    <w:abstractNumId w:val="7"/>
  </w:num>
  <w:num w:numId="6" w16cid:durableId="892959983">
    <w:abstractNumId w:val="3"/>
  </w:num>
  <w:num w:numId="7" w16cid:durableId="1975133842">
    <w:abstractNumId w:val="2"/>
  </w:num>
  <w:num w:numId="8" w16cid:durableId="1189486642">
    <w:abstractNumId w:val="1"/>
  </w:num>
  <w:num w:numId="9" w16cid:durableId="1305086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6A5E"/>
    <w:rsid w:val="001B185A"/>
    <w:rsid w:val="00254074"/>
    <w:rsid w:val="0029639D"/>
    <w:rsid w:val="003157B0"/>
    <w:rsid w:val="00326F90"/>
    <w:rsid w:val="004F4ED1"/>
    <w:rsid w:val="004F5FE4"/>
    <w:rsid w:val="00564346"/>
    <w:rsid w:val="006B519D"/>
    <w:rsid w:val="006D3F1E"/>
    <w:rsid w:val="00753009"/>
    <w:rsid w:val="00775FE5"/>
    <w:rsid w:val="0087467C"/>
    <w:rsid w:val="008A6F5E"/>
    <w:rsid w:val="008E67CB"/>
    <w:rsid w:val="009B5E19"/>
    <w:rsid w:val="00AA1D8D"/>
    <w:rsid w:val="00AC260D"/>
    <w:rsid w:val="00B47730"/>
    <w:rsid w:val="00B763EB"/>
    <w:rsid w:val="00B7752A"/>
    <w:rsid w:val="00B969F2"/>
    <w:rsid w:val="00C07D1D"/>
    <w:rsid w:val="00C2408F"/>
    <w:rsid w:val="00C328AB"/>
    <w:rsid w:val="00CA7555"/>
    <w:rsid w:val="00CB0664"/>
    <w:rsid w:val="00E7627A"/>
    <w:rsid w:val="00EA19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497515"/>
  <w14:defaultImageDpi w14:val="300"/>
  <w15:docId w15:val="{32EEA237-55D3-4FA6-92B4-34E9B976B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Arial" w:eastAsia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236B4E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F4D3A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F4D3A"/>
      <w:sz w:val="2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236B4E"/>
      <w:spacing w:val="5"/>
      <w:kern w:val="28"/>
      <w:sz w:val="3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16</Pages>
  <Words>2257</Words>
  <Characters>12190</Characters>
  <Application>Microsoft Office Word</Application>
  <DocSecurity>0</DocSecurity>
  <Lines>101</Lines>
  <Paragraphs>28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14419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 – Formulário de Inscrição</dc:title>
  <dc:subject>Edital de Fomento Cultural PNAB – Ciclo 2 – Rio das Antas/SC</dc:subject>
  <dc:creator>Município de Rio das Antas/SC</dc:creator>
  <cp:keywords/>
  <dc:description>generated by python-docx</dc:description>
  <cp:lastModifiedBy>Fátima Peixoto</cp:lastModifiedBy>
  <cp:revision>10</cp:revision>
  <dcterms:created xsi:type="dcterms:W3CDTF">2026-08-12T19:18:00Z</dcterms:created>
  <dcterms:modified xsi:type="dcterms:W3CDTF">2026-09-15T18:02:00Z</dcterms:modified>
  <cp:category/>
</cp:coreProperties>
</file>