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51F7" w14:textId="77777777" w:rsidR="005A21E0" w:rsidRPr="00850028" w:rsidRDefault="00010011">
      <w:pPr>
        <w:jc w:val="center"/>
        <w:rPr>
          <w:rFonts w:cs="Arial"/>
          <w:sz w:val="22"/>
          <w:lang w:val="pt-BR"/>
        </w:rPr>
      </w:pPr>
      <w:r w:rsidRPr="00850028">
        <w:rPr>
          <w:rFonts w:cs="Arial"/>
          <w:b/>
          <w:lang w:val="pt-BR"/>
        </w:rPr>
        <w:t>ANEXO III</w:t>
      </w:r>
    </w:p>
    <w:p w14:paraId="56FE1CCA" w14:textId="77777777" w:rsidR="005A21E0" w:rsidRPr="00850028" w:rsidRDefault="00010011">
      <w:pPr>
        <w:pStyle w:val="Ttulo"/>
        <w:spacing w:line="360" w:lineRule="auto"/>
        <w:jc w:val="center"/>
        <w:rPr>
          <w:rFonts w:ascii="Arial" w:hAnsi="Arial" w:cs="Arial"/>
          <w:color w:val="auto"/>
          <w:sz w:val="22"/>
          <w:szCs w:val="22"/>
          <w:lang w:val="pt-BR"/>
        </w:rPr>
      </w:pPr>
      <w:r w:rsidRPr="00850028">
        <w:rPr>
          <w:rFonts w:ascii="Arial" w:hAnsi="Arial" w:cs="Arial"/>
          <w:color w:val="auto"/>
          <w:sz w:val="24"/>
          <w:szCs w:val="22"/>
          <w:lang w:val="pt-BR"/>
        </w:rPr>
        <w:t>PLANO DE TRABALHO</w:t>
      </w:r>
    </w:p>
    <w:p w14:paraId="6DA343BB" w14:textId="77777777" w:rsidR="005A21E0" w:rsidRPr="00850028" w:rsidRDefault="00010011">
      <w:pPr>
        <w:jc w:val="center"/>
        <w:rPr>
          <w:rFonts w:cs="Arial"/>
          <w:sz w:val="22"/>
          <w:lang w:val="pt-BR"/>
        </w:rPr>
      </w:pPr>
      <w:r w:rsidRPr="00850028">
        <w:rPr>
          <w:rFonts w:cs="Arial"/>
          <w:b/>
          <w:lang w:val="pt-BR"/>
        </w:rPr>
        <w:t>EDITAL DE CHAMAMENTO PÚBLICO Nº 02/2026 – PNAB – CICLO 2 – RIO DAS ANTAS/SC</w:t>
      </w:r>
    </w:p>
    <w:tbl>
      <w:tblPr>
        <w:tblW w:w="0" w:type="auto"/>
        <w:jc w:val="center"/>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Look w:val="04A0" w:firstRow="1" w:lastRow="0" w:firstColumn="1" w:lastColumn="0" w:noHBand="0" w:noVBand="1"/>
      </w:tblPr>
      <w:tblGrid>
        <w:gridCol w:w="10080"/>
      </w:tblGrid>
      <w:tr w:rsidR="005A21E0" w:rsidRPr="00850028" w14:paraId="260BCCEF" w14:textId="77777777">
        <w:trPr>
          <w:jc w:val="center"/>
        </w:trPr>
        <w:tc>
          <w:tcPr>
            <w:tcW w:w="10080" w:type="dxa"/>
            <w:shd w:val="clear" w:color="auto" w:fill="FFF2CC"/>
            <w:tcMar>
              <w:top w:w="100" w:type="dxa"/>
              <w:left w:w="140" w:type="dxa"/>
              <w:bottom w:w="100" w:type="dxa"/>
              <w:right w:w="140" w:type="dxa"/>
            </w:tcMar>
          </w:tcPr>
          <w:p w14:paraId="38AF638A" w14:textId="77777777" w:rsidR="00EC546E" w:rsidRDefault="0041300A">
            <w:r>
              <w:t>Escreva de forma simples e objetiva. Todos os campos devem guardar coerência com as exigências do Anexo I. O projeto deverá prever pelo menos 10 participantes, 24 horas de atividades formativas presenciais e uma ação pública e gratuita de compartilhamento dos resultados. A linguagem ou modalidade musical, os instrumentos, os recursos pedagógicos e a metodologia serão definidos pelo proponente.</w:t>
            </w:r>
          </w:p>
        </w:tc>
      </w:tr>
    </w:tbl>
    <w:p w14:paraId="2DC1C3BE" w14:textId="4363F9C0" w:rsidR="005A21E0" w:rsidRPr="00850028" w:rsidRDefault="00010011" w:rsidP="00850028">
      <w:pPr>
        <w:pStyle w:val="Ttulo1"/>
        <w:tabs>
          <w:tab w:val="left" w:pos="7670"/>
        </w:tabs>
        <w:rPr>
          <w:rFonts w:ascii="Arial" w:hAnsi="Arial" w:cs="Arial"/>
          <w:color w:val="auto"/>
          <w:sz w:val="22"/>
          <w:szCs w:val="22"/>
          <w:lang w:val="pt-BR"/>
        </w:rPr>
      </w:pPr>
      <w:r w:rsidRPr="00850028">
        <w:rPr>
          <w:rFonts w:ascii="Arial" w:hAnsi="Arial" w:cs="Arial"/>
          <w:color w:val="auto"/>
          <w:sz w:val="24"/>
          <w:szCs w:val="22"/>
          <w:lang w:val="pt-BR"/>
        </w:rPr>
        <w:t>1. Identificação</w:t>
      </w:r>
      <w:r w:rsidR="00850028" w:rsidRPr="00850028">
        <w:rPr>
          <w:rFonts w:ascii="Arial" w:hAnsi="Arial" w:cs="Arial"/>
          <w:color w:val="auto"/>
          <w:sz w:val="24"/>
          <w:szCs w:val="22"/>
          <w:lang w:val="pt-BR"/>
        </w:rPr>
        <w:tab/>
      </w:r>
    </w:p>
    <w:p w14:paraId="7D7F1E78" w14:textId="77777777" w:rsidR="005A21E0" w:rsidRPr="00850028" w:rsidRDefault="00010011">
      <w:pPr>
        <w:spacing w:after="40"/>
        <w:rPr>
          <w:rFonts w:cs="Arial"/>
          <w:sz w:val="22"/>
          <w:lang w:val="pt-BR"/>
        </w:rPr>
      </w:pPr>
      <w:r w:rsidRPr="00850028">
        <w:rPr>
          <w:rFonts w:cs="Arial"/>
          <w:b/>
          <w:lang w:val="pt-BR"/>
        </w:rPr>
        <w:t>1.1. Nome do agente cultural</w:t>
      </w:r>
    </w:p>
    <w:p w14:paraId="10C0E89E" w14:textId="446A8E5C"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53A8B529" w14:textId="77777777" w:rsidR="005A21E0" w:rsidRPr="00850028" w:rsidRDefault="00010011">
      <w:pPr>
        <w:spacing w:after="40"/>
        <w:rPr>
          <w:rFonts w:cs="Arial"/>
          <w:sz w:val="22"/>
          <w:lang w:val="pt-BR"/>
        </w:rPr>
      </w:pPr>
      <w:r w:rsidRPr="00850028">
        <w:rPr>
          <w:rFonts w:cs="Arial"/>
          <w:b/>
          <w:lang w:val="pt-BR"/>
        </w:rPr>
        <w:t>1.2. CPF ou CNPJ</w:t>
      </w:r>
    </w:p>
    <w:p w14:paraId="0A3AD5D7" w14:textId="46E441CD"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0E2A5AD2" w14:textId="77777777" w:rsidR="005A21E0" w:rsidRPr="00850028" w:rsidRDefault="00010011">
      <w:pPr>
        <w:spacing w:after="40"/>
        <w:rPr>
          <w:rFonts w:cs="Arial"/>
          <w:sz w:val="22"/>
          <w:lang w:val="pt-BR"/>
        </w:rPr>
      </w:pPr>
      <w:r w:rsidRPr="00850028">
        <w:rPr>
          <w:rFonts w:cs="Arial"/>
          <w:b/>
          <w:lang w:val="pt-BR"/>
        </w:rPr>
        <w:t>1.3. Nome do projeto</w:t>
      </w:r>
    </w:p>
    <w:p w14:paraId="09EAE93C" w14:textId="3DBD4245"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14024617" w14:textId="77777777" w:rsidR="005A21E0" w:rsidRPr="00850028" w:rsidRDefault="00010011">
      <w:pPr>
        <w:spacing w:after="40"/>
        <w:rPr>
          <w:rFonts w:cs="Arial"/>
          <w:sz w:val="22"/>
          <w:lang w:val="pt-BR"/>
        </w:rPr>
      </w:pPr>
      <w:r>
        <w:t>1.4. Categoria do projeto</w:t>
      </w:r>
    </w:p>
    <w:p w14:paraId="3647A909" w14:textId="20A42104"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762C9F73" w14:textId="77777777" w:rsidR="005A21E0" w:rsidRPr="00850028" w:rsidRDefault="00010011">
      <w:pPr>
        <w:spacing w:after="40"/>
        <w:rPr>
          <w:rFonts w:cs="Arial"/>
          <w:sz w:val="22"/>
          <w:lang w:val="pt-BR"/>
        </w:rPr>
      </w:pPr>
      <w:r w:rsidRPr="00850028">
        <w:rPr>
          <w:rFonts w:cs="Arial"/>
          <w:b/>
          <w:lang w:val="pt-BR"/>
        </w:rPr>
        <w:t>1.5. Modalidade de concorrência</w:t>
      </w:r>
    </w:p>
    <w:p w14:paraId="28EDEF2C" w14:textId="53936906"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4AFD3025" w14:textId="77777777" w:rsidR="005A21E0" w:rsidRPr="00850028" w:rsidRDefault="00010011">
      <w:pPr>
        <w:spacing w:after="40"/>
        <w:rPr>
          <w:rFonts w:cs="Arial"/>
          <w:sz w:val="22"/>
          <w:lang w:val="pt-BR"/>
        </w:rPr>
      </w:pPr>
      <w:r w:rsidRPr="00850028">
        <w:rPr>
          <w:rFonts w:cs="Arial"/>
          <w:b/>
          <w:lang w:val="pt-BR"/>
        </w:rPr>
        <w:t>1.6. Valor solicitado</w:t>
      </w:r>
    </w:p>
    <w:p w14:paraId="6E2CC804" w14:textId="5930EB76"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470233B8" w14:textId="77777777" w:rsidR="005A21E0" w:rsidRPr="00850028" w:rsidRDefault="00010011">
      <w:pPr>
        <w:pStyle w:val="Ttulo1"/>
        <w:rPr>
          <w:rFonts w:ascii="Arial" w:hAnsi="Arial" w:cs="Arial"/>
          <w:color w:val="auto"/>
          <w:sz w:val="22"/>
          <w:szCs w:val="22"/>
          <w:lang w:val="pt-BR"/>
        </w:rPr>
      </w:pPr>
      <w:r w:rsidRPr="00850028">
        <w:rPr>
          <w:rFonts w:ascii="Arial" w:hAnsi="Arial" w:cs="Arial"/>
          <w:color w:val="auto"/>
          <w:sz w:val="24"/>
          <w:szCs w:val="22"/>
          <w:lang w:val="pt-BR"/>
        </w:rPr>
        <w:t>2. Trajetória cultural</w:t>
      </w:r>
    </w:p>
    <w:p w14:paraId="3A86F3D5" w14:textId="77777777" w:rsidR="005A21E0" w:rsidRPr="00850028" w:rsidRDefault="00010011">
      <w:pPr>
        <w:spacing w:after="40"/>
        <w:rPr>
          <w:rFonts w:cs="Arial"/>
          <w:sz w:val="22"/>
          <w:lang w:val="pt-BR"/>
        </w:rPr>
      </w:pPr>
      <w:r w:rsidRPr="00850028">
        <w:rPr>
          <w:rFonts w:cs="Arial"/>
          <w:b/>
          <w:lang w:val="pt-BR"/>
        </w:rPr>
        <w:t>2.1. Mini currículo ou miniportfólio do agente cultural</w:t>
      </w:r>
      <w:r w:rsidRPr="00850028">
        <w:rPr>
          <w:rFonts w:cs="Arial"/>
          <w:i/>
          <w:lang w:val="pt-BR"/>
        </w:rPr>
        <w:t xml:space="preserve"> (conte suas principais experiências culturais; podem ser formais, informais, comunitárias, tradicionais ou populares)</w:t>
      </w:r>
    </w:p>
    <w:p w14:paraId="1085FD05" w14:textId="48CBD6F3" w:rsidR="005A21E0" w:rsidRPr="00850028" w:rsidRDefault="00010011" w:rsidP="001B5578">
      <w:pPr>
        <w:keepLines/>
        <w:spacing w:after="40"/>
        <w:rPr>
          <w:rFonts w:cs="Arial"/>
          <w:sz w:val="22"/>
          <w:lang w:val="pt-BR"/>
        </w:rPr>
      </w:pPr>
      <w:r w:rsidRPr="00850028">
        <w:rPr>
          <w:rFonts w:cs="Arial"/>
          <w:lang w:val="pt-BR"/>
        </w:rPr>
        <w:lastRenderedPageBreak/>
        <w:t>____________________________________________________________________________</w:t>
      </w:r>
      <w:r w:rsidR="001B5578"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4861E9" w14:textId="77777777" w:rsidR="005A21E0" w:rsidRPr="00850028" w:rsidRDefault="00010011">
      <w:pPr>
        <w:spacing w:after="40"/>
        <w:rPr>
          <w:rFonts w:cs="Arial"/>
          <w:sz w:val="22"/>
          <w:lang w:val="pt-BR"/>
        </w:rPr>
      </w:pPr>
      <w:r w:rsidRPr="00850028">
        <w:rPr>
          <w:rFonts w:cs="Arial"/>
          <w:b/>
          <w:lang w:val="pt-BR"/>
        </w:rPr>
        <w:t>2.2. Links, referências ou relação de documentos que comprovem a trajetória</w:t>
      </w:r>
    </w:p>
    <w:p w14:paraId="4AC8CB54" w14:textId="77777777" w:rsidR="009D76B1" w:rsidRPr="00850028" w:rsidRDefault="009D76B1" w:rsidP="009D76B1">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E11879" w14:textId="5DC71D75" w:rsidR="001B5578" w:rsidRPr="00850028" w:rsidRDefault="001B5578" w:rsidP="001B5578">
      <w:pPr>
        <w:keepLines/>
        <w:spacing w:after="40"/>
        <w:rPr>
          <w:rFonts w:cs="Arial"/>
          <w:sz w:val="22"/>
          <w:lang w:val="pt-BR"/>
        </w:rPr>
      </w:pPr>
    </w:p>
    <w:p w14:paraId="3DCF577E" w14:textId="227EC891" w:rsidR="005A21E0" w:rsidRPr="00850028" w:rsidRDefault="00010011" w:rsidP="001B5578">
      <w:pPr>
        <w:keepLines/>
        <w:spacing w:after="40"/>
        <w:rPr>
          <w:rFonts w:cs="Arial"/>
          <w:b/>
          <w:bCs/>
          <w:sz w:val="22"/>
          <w:lang w:val="pt-BR"/>
        </w:rPr>
      </w:pPr>
      <w:r w:rsidRPr="00850028">
        <w:rPr>
          <w:rFonts w:cs="Arial"/>
          <w:b/>
          <w:bCs/>
          <w:lang w:val="pt-BR"/>
        </w:rPr>
        <w:t>3. Apresentação do projeto</w:t>
      </w:r>
    </w:p>
    <w:p w14:paraId="565C649F" w14:textId="77777777" w:rsidR="005A21E0" w:rsidRPr="00850028" w:rsidRDefault="00010011">
      <w:pPr>
        <w:spacing w:after="40"/>
        <w:rPr>
          <w:rFonts w:cs="Arial"/>
          <w:sz w:val="22"/>
          <w:lang w:val="pt-BR"/>
        </w:rPr>
      </w:pPr>
      <w:r w:rsidRPr="00850028">
        <w:rPr>
          <w:rFonts w:cs="Arial"/>
          <w:b/>
          <w:lang w:val="pt-BR"/>
        </w:rPr>
        <w:t>3.1. Resumo do projeto</w:t>
      </w:r>
      <w:r w:rsidRPr="00850028">
        <w:rPr>
          <w:rFonts w:cs="Arial"/>
          <w:i/>
          <w:lang w:val="pt-BR"/>
        </w:rPr>
        <w:t xml:space="preserve"> (o que será realizado, onde, para quem e por que é importante)</w:t>
      </w:r>
    </w:p>
    <w:p w14:paraId="132E3096" w14:textId="77777777" w:rsidR="009D76B1" w:rsidRPr="00850028" w:rsidRDefault="009D76B1" w:rsidP="009D76B1">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931A6B" w14:textId="77777777" w:rsidR="001B5578" w:rsidRPr="00850028" w:rsidRDefault="001B5578">
      <w:pPr>
        <w:spacing w:after="40"/>
        <w:rPr>
          <w:rFonts w:cs="Arial"/>
          <w:b/>
          <w:sz w:val="22"/>
          <w:lang w:val="pt-BR"/>
        </w:rPr>
      </w:pPr>
    </w:p>
    <w:p w14:paraId="24F06A8A" w14:textId="4989BFE2" w:rsidR="005A21E0" w:rsidRPr="00850028" w:rsidRDefault="00010011">
      <w:pPr>
        <w:spacing w:after="40"/>
        <w:rPr>
          <w:rFonts w:cs="Arial"/>
          <w:sz w:val="22"/>
          <w:lang w:val="pt-BR"/>
        </w:rPr>
      </w:pPr>
      <w:r w:rsidRPr="00850028">
        <w:rPr>
          <w:rFonts w:cs="Arial"/>
          <w:b/>
          <w:lang w:val="pt-BR"/>
        </w:rPr>
        <w:t>3.2. Justificativa</w:t>
      </w:r>
      <w:r w:rsidRPr="00850028">
        <w:rPr>
          <w:rFonts w:cs="Arial"/>
          <w:i/>
          <w:lang w:val="pt-BR"/>
        </w:rPr>
        <w:t xml:space="preserve"> (qual necessidade, contexto ou oportunidade cultural o projeto pretende atender)</w:t>
      </w:r>
    </w:p>
    <w:p w14:paraId="13394B26" w14:textId="77777777" w:rsidR="009D76B1" w:rsidRPr="00850028" w:rsidRDefault="009D76B1" w:rsidP="009D76B1">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4ABD27" w14:textId="77777777" w:rsidR="009D76B1" w:rsidRDefault="009D76B1">
      <w:pPr>
        <w:spacing w:after="40"/>
        <w:rPr>
          <w:rFonts w:cs="Arial"/>
          <w:b/>
          <w:lang w:val="pt-BR"/>
        </w:rPr>
      </w:pPr>
    </w:p>
    <w:p w14:paraId="386B6954" w14:textId="77777777" w:rsidR="009D76B1" w:rsidRDefault="009D76B1">
      <w:pPr>
        <w:spacing w:after="40"/>
        <w:rPr>
          <w:rFonts w:cs="Arial"/>
          <w:b/>
          <w:lang w:val="pt-BR"/>
        </w:rPr>
      </w:pPr>
    </w:p>
    <w:p w14:paraId="26B6598E" w14:textId="77777777" w:rsidR="009D76B1" w:rsidRDefault="009D76B1">
      <w:pPr>
        <w:spacing w:after="40"/>
        <w:rPr>
          <w:rFonts w:cs="Arial"/>
          <w:b/>
          <w:lang w:val="pt-BR"/>
        </w:rPr>
      </w:pPr>
    </w:p>
    <w:p w14:paraId="71D17635" w14:textId="77777777" w:rsidR="009D76B1" w:rsidRDefault="009D76B1">
      <w:pPr>
        <w:spacing w:after="40"/>
        <w:rPr>
          <w:rFonts w:cs="Arial"/>
          <w:b/>
          <w:lang w:val="pt-BR"/>
        </w:rPr>
      </w:pPr>
    </w:p>
    <w:p w14:paraId="4BD7C768" w14:textId="3C966C9C" w:rsidR="005A21E0" w:rsidRPr="00850028" w:rsidRDefault="00010011">
      <w:pPr>
        <w:spacing w:after="40"/>
        <w:rPr>
          <w:rFonts w:cs="Arial"/>
          <w:sz w:val="22"/>
          <w:lang w:val="pt-BR"/>
        </w:rPr>
      </w:pPr>
      <w:r w:rsidRPr="00850028">
        <w:rPr>
          <w:rFonts w:cs="Arial"/>
          <w:b/>
          <w:lang w:val="pt-BR"/>
        </w:rPr>
        <w:lastRenderedPageBreak/>
        <w:t>3.3. Objetivo geral</w:t>
      </w:r>
    </w:p>
    <w:p w14:paraId="609F5057" w14:textId="77777777" w:rsidR="009D76B1" w:rsidRPr="00850028" w:rsidRDefault="009D76B1" w:rsidP="009D76B1">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D7BA21" w14:textId="77777777" w:rsidR="005A21E0" w:rsidRPr="00850028" w:rsidRDefault="00010011">
      <w:pPr>
        <w:spacing w:after="40"/>
        <w:rPr>
          <w:rFonts w:cs="Arial"/>
          <w:sz w:val="22"/>
          <w:lang w:val="pt-BR"/>
        </w:rPr>
      </w:pPr>
      <w:r w:rsidRPr="00850028">
        <w:rPr>
          <w:rFonts w:cs="Arial"/>
          <w:b/>
          <w:lang w:val="pt-BR"/>
        </w:rPr>
        <w:t>3.4. Objetivos específicos</w:t>
      </w:r>
      <w:r w:rsidRPr="00850028">
        <w:rPr>
          <w:rFonts w:cs="Arial"/>
          <w:i/>
          <w:lang w:val="pt-BR"/>
        </w:rPr>
        <w:t xml:space="preserve"> (recomenda-se indicar de três a cinco objetivos)</w:t>
      </w:r>
    </w:p>
    <w:p w14:paraId="78A86316" w14:textId="77777777" w:rsidR="009D76B1" w:rsidRPr="00850028" w:rsidRDefault="009D76B1" w:rsidP="009D76B1">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F1E2FA" w14:textId="11B838B4" w:rsidR="005A21E0" w:rsidRPr="00850028" w:rsidRDefault="00010011" w:rsidP="001B5578">
      <w:pPr>
        <w:keepLines/>
        <w:spacing w:after="40"/>
        <w:rPr>
          <w:rFonts w:cs="Arial"/>
          <w:sz w:val="22"/>
          <w:lang w:val="pt-BR"/>
        </w:rPr>
      </w:pPr>
      <w:r w:rsidRPr="00850028">
        <w:rPr>
          <w:rFonts w:cs="Arial"/>
          <w:lang w:val="pt-BR"/>
        </w:rPr>
        <w:t>4. Metas, atividades e entregas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296"/>
        <w:gridCol w:w="4608"/>
        <w:gridCol w:w="1440"/>
        <w:gridCol w:w="2880"/>
      </w:tblGrid>
      <w:tr w:rsidR="005A21E0" w:rsidRPr="00850028" w14:paraId="4F956B60" w14:textId="77777777" w:rsidTr="001B5578">
        <w:trPr>
          <w:tblHeader/>
          <w:jc w:val="center"/>
        </w:trPr>
        <w:tc>
          <w:tcPr>
            <w:tcW w:w="1296" w:type="dxa"/>
            <w:shd w:val="clear" w:color="auto" w:fill="808080" w:themeFill="background1" w:themeFillShade="80"/>
            <w:tcMar>
              <w:top w:w="80" w:type="dxa"/>
              <w:left w:w="100" w:type="dxa"/>
              <w:bottom w:w="80" w:type="dxa"/>
              <w:right w:w="100" w:type="dxa"/>
            </w:tcMar>
            <w:vAlign w:val="center"/>
          </w:tcPr>
          <w:p w14:paraId="689D88DA"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Meta</w:t>
            </w:r>
          </w:p>
        </w:tc>
        <w:tc>
          <w:tcPr>
            <w:tcW w:w="4608" w:type="dxa"/>
            <w:shd w:val="clear" w:color="auto" w:fill="808080" w:themeFill="background1" w:themeFillShade="80"/>
            <w:tcMar>
              <w:top w:w="80" w:type="dxa"/>
              <w:left w:w="100" w:type="dxa"/>
              <w:bottom w:w="80" w:type="dxa"/>
              <w:right w:w="100" w:type="dxa"/>
            </w:tcMar>
            <w:vAlign w:val="center"/>
          </w:tcPr>
          <w:p w14:paraId="7E9812F2"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Atividade/entrega</w:t>
            </w:r>
          </w:p>
        </w:tc>
        <w:tc>
          <w:tcPr>
            <w:tcW w:w="1440" w:type="dxa"/>
            <w:shd w:val="clear" w:color="auto" w:fill="808080" w:themeFill="background1" w:themeFillShade="80"/>
            <w:tcMar>
              <w:top w:w="80" w:type="dxa"/>
              <w:left w:w="100" w:type="dxa"/>
              <w:bottom w:w="80" w:type="dxa"/>
              <w:right w:w="100" w:type="dxa"/>
            </w:tcMar>
            <w:vAlign w:val="center"/>
          </w:tcPr>
          <w:p w14:paraId="2B1BC281"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Quantidade</w:t>
            </w:r>
          </w:p>
        </w:tc>
        <w:tc>
          <w:tcPr>
            <w:tcW w:w="2880" w:type="dxa"/>
            <w:shd w:val="clear" w:color="auto" w:fill="808080" w:themeFill="background1" w:themeFillShade="80"/>
            <w:tcMar>
              <w:top w:w="80" w:type="dxa"/>
              <w:left w:w="100" w:type="dxa"/>
              <w:bottom w:w="80" w:type="dxa"/>
              <w:right w:w="100" w:type="dxa"/>
            </w:tcMar>
            <w:vAlign w:val="center"/>
          </w:tcPr>
          <w:p w14:paraId="63019A9D"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Forma de comprovação</w:t>
            </w:r>
          </w:p>
        </w:tc>
      </w:tr>
      <w:tr w:rsidR="005A21E0" w:rsidRPr="00850028" w14:paraId="6255A4C9" w14:textId="77777777">
        <w:trPr>
          <w:jc w:val="center"/>
        </w:trPr>
        <w:tc>
          <w:tcPr>
            <w:tcW w:w="1296" w:type="dxa"/>
            <w:tcMar>
              <w:top w:w="80" w:type="dxa"/>
              <w:left w:w="100" w:type="dxa"/>
              <w:bottom w:w="80" w:type="dxa"/>
              <w:right w:w="100" w:type="dxa"/>
            </w:tcMar>
            <w:vAlign w:val="center"/>
          </w:tcPr>
          <w:p w14:paraId="324522C2" w14:textId="77777777" w:rsidR="005A21E0" w:rsidRPr="00850028" w:rsidRDefault="005A21E0">
            <w:pPr>
              <w:spacing w:after="0"/>
              <w:rPr>
                <w:rFonts w:cs="Arial"/>
                <w:sz w:val="22"/>
                <w:lang w:val="pt-BR"/>
              </w:rPr>
            </w:pPr>
          </w:p>
        </w:tc>
        <w:tc>
          <w:tcPr>
            <w:tcW w:w="4608" w:type="dxa"/>
            <w:tcMar>
              <w:top w:w="80" w:type="dxa"/>
              <w:left w:w="100" w:type="dxa"/>
              <w:bottom w:w="80" w:type="dxa"/>
              <w:right w:w="100" w:type="dxa"/>
            </w:tcMar>
            <w:vAlign w:val="center"/>
          </w:tcPr>
          <w:p w14:paraId="215340FF"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11F14C48" w14:textId="77777777" w:rsidR="005A21E0" w:rsidRPr="00850028" w:rsidRDefault="005A21E0">
            <w:pPr>
              <w:spacing w:after="0"/>
              <w:rPr>
                <w:rFonts w:cs="Arial"/>
                <w:sz w:val="22"/>
                <w:lang w:val="pt-BR"/>
              </w:rPr>
            </w:pPr>
          </w:p>
        </w:tc>
        <w:tc>
          <w:tcPr>
            <w:tcW w:w="2880" w:type="dxa"/>
            <w:tcMar>
              <w:top w:w="80" w:type="dxa"/>
              <w:left w:w="100" w:type="dxa"/>
              <w:bottom w:w="80" w:type="dxa"/>
              <w:right w:w="100" w:type="dxa"/>
            </w:tcMar>
            <w:vAlign w:val="center"/>
          </w:tcPr>
          <w:p w14:paraId="7108313B" w14:textId="77777777" w:rsidR="005A21E0" w:rsidRPr="00850028" w:rsidRDefault="005A21E0">
            <w:pPr>
              <w:spacing w:after="0"/>
              <w:rPr>
                <w:rFonts w:cs="Arial"/>
                <w:sz w:val="22"/>
                <w:lang w:val="pt-BR"/>
              </w:rPr>
            </w:pPr>
          </w:p>
        </w:tc>
      </w:tr>
      <w:tr w:rsidR="005A21E0" w:rsidRPr="00850028" w14:paraId="2CC4713D" w14:textId="77777777">
        <w:trPr>
          <w:jc w:val="center"/>
        </w:trPr>
        <w:tc>
          <w:tcPr>
            <w:tcW w:w="1296" w:type="dxa"/>
            <w:tcMar>
              <w:top w:w="80" w:type="dxa"/>
              <w:left w:w="100" w:type="dxa"/>
              <w:bottom w:w="80" w:type="dxa"/>
              <w:right w:w="100" w:type="dxa"/>
            </w:tcMar>
            <w:vAlign w:val="center"/>
          </w:tcPr>
          <w:p w14:paraId="0A9F92B5" w14:textId="77777777" w:rsidR="005A21E0" w:rsidRPr="00850028" w:rsidRDefault="005A21E0">
            <w:pPr>
              <w:spacing w:after="0"/>
              <w:rPr>
                <w:rFonts w:cs="Arial"/>
                <w:sz w:val="22"/>
                <w:lang w:val="pt-BR"/>
              </w:rPr>
            </w:pPr>
          </w:p>
        </w:tc>
        <w:tc>
          <w:tcPr>
            <w:tcW w:w="4608" w:type="dxa"/>
            <w:tcMar>
              <w:top w:w="80" w:type="dxa"/>
              <w:left w:w="100" w:type="dxa"/>
              <w:bottom w:w="80" w:type="dxa"/>
              <w:right w:w="100" w:type="dxa"/>
            </w:tcMar>
            <w:vAlign w:val="center"/>
          </w:tcPr>
          <w:p w14:paraId="26CBDB82"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75B0D514" w14:textId="77777777" w:rsidR="005A21E0" w:rsidRPr="00850028" w:rsidRDefault="005A21E0">
            <w:pPr>
              <w:spacing w:after="0"/>
              <w:rPr>
                <w:rFonts w:cs="Arial"/>
                <w:sz w:val="22"/>
                <w:lang w:val="pt-BR"/>
              </w:rPr>
            </w:pPr>
          </w:p>
        </w:tc>
        <w:tc>
          <w:tcPr>
            <w:tcW w:w="2880" w:type="dxa"/>
            <w:tcMar>
              <w:top w:w="80" w:type="dxa"/>
              <w:left w:w="100" w:type="dxa"/>
              <w:bottom w:w="80" w:type="dxa"/>
              <w:right w:w="100" w:type="dxa"/>
            </w:tcMar>
            <w:vAlign w:val="center"/>
          </w:tcPr>
          <w:p w14:paraId="1BEB4BB7" w14:textId="77777777" w:rsidR="005A21E0" w:rsidRPr="00850028" w:rsidRDefault="005A21E0">
            <w:pPr>
              <w:spacing w:after="0"/>
              <w:rPr>
                <w:rFonts w:cs="Arial"/>
                <w:sz w:val="22"/>
                <w:lang w:val="pt-BR"/>
              </w:rPr>
            </w:pPr>
          </w:p>
        </w:tc>
      </w:tr>
      <w:tr w:rsidR="005A21E0" w:rsidRPr="00850028" w14:paraId="45E18EFE" w14:textId="77777777">
        <w:trPr>
          <w:jc w:val="center"/>
        </w:trPr>
        <w:tc>
          <w:tcPr>
            <w:tcW w:w="1296" w:type="dxa"/>
            <w:tcMar>
              <w:top w:w="80" w:type="dxa"/>
              <w:left w:w="100" w:type="dxa"/>
              <w:bottom w:w="80" w:type="dxa"/>
              <w:right w:w="100" w:type="dxa"/>
            </w:tcMar>
            <w:vAlign w:val="center"/>
          </w:tcPr>
          <w:p w14:paraId="07390F20" w14:textId="77777777" w:rsidR="005A21E0" w:rsidRPr="00850028" w:rsidRDefault="005A21E0">
            <w:pPr>
              <w:spacing w:after="0"/>
              <w:rPr>
                <w:rFonts w:cs="Arial"/>
                <w:sz w:val="22"/>
                <w:lang w:val="pt-BR"/>
              </w:rPr>
            </w:pPr>
          </w:p>
        </w:tc>
        <w:tc>
          <w:tcPr>
            <w:tcW w:w="4608" w:type="dxa"/>
            <w:tcMar>
              <w:top w:w="80" w:type="dxa"/>
              <w:left w:w="100" w:type="dxa"/>
              <w:bottom w:w="80" w:type="dxa"/>
              <w:right w:w="100" w:type="dxa"/>
            </w:tcMar>
            <w:vAlign w:val="center"/>
          </w:tcPr>
          <w:p w14:paraId="3305E98F"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04DDEFDD" w14:textId="77777777" w:rsidR="005A21E0" w:rsidRPr="00850028" w:rsidRDefault="005A21E0">
            <w:pPr>
              <w:spacing w:after="0"/>
              <w:rPr>
                <w:rFonts w:cs="Arial"/>
                <w:sz w:val="22"/>
                <w:lang w:val="pt-BR"/>
              </w:rPr>
            </w:pPr>
          </w:p>
        </w:tc>
        <w:tc>
          <w:tcPr>
            <w:tcW w:w="2880" w:type="dxa"/>
            <w:tcMar>
              <w:top w:w="80" w:type="dxa"/>
              <w:left w:w="100" w:type="dxa"/>
              <w:bottom w:w="80" w:type="dxa"/>
              <w:right w:w="100" w:type="dxa"/>
            </w:tcMar>
            <w:vAlign w:val="center"/>
          </w:tcPr>
          <w:p w14:paraId="5147ADC0" w14:textId="77777777" w:rsidR="005A21E0" w:rsidRPr="00850028" w:rsidRDefault="005A21E0">
            <w:pPr>
              <w:spacing w:after="0"/>
              <w:rPr>
                <w:rFonts w:cs="Arial"/>
                <w:sz w:val="22"/>
                <w:lang w:val="pt-BR"/>
              </w:rPr>
            </w:pPr>
          </w:p>
        </w:tc>
      </w:tr>
      <w:tr w:rsidR="005A21E0" w:rsidRPr="00850028" w14:paraId="00B9A1D4" w14:textId="77777777">
        <w:trPr>
          <w:jc w:val="center"/>
        </w:trPr>
        <w:tc>
          <w:tcPr>
            <w:tcW w:w="1296" w:type="dxa"/>
            <w:tcMar>
              <w:top w:w="80" w:type="dxa"/>
              <w:left w:w="100" w:type="dxa"/>
              <w:bottom w:w="80" w:type="dxa"/>
              <w:right w:w="100" w:type="dxa"/>
            </w:tcMar>
            <w:vAlign w:val="center"/>
          </w:tcPr>
          <w:p w14:paraId="793783DB" w14:textId="77777777" w:rsidR="005A21E0" w:rsidRPr="00850028" w:rsidRDefault="005A21E0">
            <w:pPr>
              <w:spacing w:after="0"/>
              <w:rPr>
                <w:rFonts w:cs="Arial"/>
                <w:sz w:val="22"/>
                <w:lang w:val="pt-BR"/>
              </w:rPr>
            </w:pPr>
          </w:p>
        </w:tc>
        <w:tc>
          <w:tcPr>
            <w:tcW w:w="4608" w:type="dxa"/>
            <w:tcMar>
              <w:top w:w="80" w:type="dxa"/>
              <w:left w:w="100" w:type="dxa"/>
              <w:bottom w:w="80" w:type="dxa"/>
              <w:right w:w="100" w:type="dxa"/>
            </w:tcMar>
            <w:vAlign w:val="center"/>
          </w:tcPr>
          <w:p w14:paraId="61CA63BD"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2C613B2E" w14:textId="77777777" w:rsidR="005A21E0" w:rsidRPr="00850028" w:rsidRDefault="005A21E0">
            <w:pPr>
              <w:spacing w:after="0"/>
              <w:rPr>
                <w:rFonts w:cs="Arial"/>
                <w:sz w:val="22"/>
                <w:lang w:val="pt-BR"/>
              </w:rPr>
            </w:pPr>
          </w:p>
        </w:tc>
        <w:tc>
          <w:tcPr>
            <w:tcW w:w="2880" w:type="dxa"/>
            <w:tcMar>
              <w:top w:w="80" w:type="dxa"/>
              <w:left w:w="100" w:type="dxa"/>
              <w:bottom w:w="80" w:type="dxa"/>
              <w:right w:w="100" w:type="dxa"/>
            </w:tcMar>
            <w:vAlign w:val="center"/>
          </w:tcPr>
          <w:p w14:paraId="29280E4E" w14:textId="77777777" w:rsidR="005A21E0" w:rsidRPr="00850028" w:rsidRDefault="005A21E0">
            <w:pPr>
              <w:spacing w:after="0"/>
              <w:rPr>
                <w:rFonts w:cs="Arial"/>
                <w:sz w:val="22"/>
                <w:lang w:val="pt-BR"/>
              </w:rPr>
            </w:pPr>
          </w:p>
        </w:tc>
      </w:tr>
      <w:tr w:rsidR="005A21E0" w:rsidRPr="00850028" w14:paraId="23D827A9" w14:textId="77777777">
        <w:trPr>
          <w:jc w:val="center"/>
        </w:trPr>
        <w:tc>
          <w:tcPr>
            <w:tcW w:w="1296" w:type="dxa"/>
            <w:tcMar>
              <w:top w:w="80" w:type="dxa"/>
              <w:left w:w="100" w:type="dxa"/>
              <w:bottom w:w="80" w:type="dxa"/>
              <w:right w:w="100" w:type="dxa"/>
            </w:tcMar>
            <w:vAlign w:val="center"/>
          </w:tcPr>
          <w:p w14:paraId="6C81ED2C" w14:textId="77777777" w:rsidR="005A21E0" w:rsidRPr="00850028" w:rsidRDefault="005A21E0">
            <w:pPr>
              <w:spacing w:after="0"/>
              <w:rPr>
                <w:rFonts w:cs="Arial"/>
                <w:sz w:val="22"/>
                <w:lang w:val="pt-BR"/>
              </w:rPr>
            </w:pPr>
          </w:p>
        </w:tc>
        <w:tc>
          <w:tcPr>
            <w:tcW w:w="4608" w:type="dxa"/>
            <w:tcMar>
              <w:top w:w="80" w:type="dxa"/>
              <w:left w:w="100" w:type="dxa"/>
              <w:bottom w:w="80" w:type="dxa"/>
              <w:right w:w="100" w:type="dxa"/>
            </w:tcMar>
            <w:vAlign w:val="center"/>
          </w:tcPr>
          <w:p w14:paraId="4F74A2CD"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4896748E" w14:textId="77777777" w:rsidR="005A21E0" w:rsidRPr="00850028" w:rsidRDefault="005A21E0">
            <w:pPr>
              <w:spacing w:after="0"/>
              <w:rPr>
                <w:rFonts w:cs="Arial"/>
                <w:sz w:val="22"/>
                <w:lang w:val="pt-BR"/>
              </w:rPr>
            </w:pPr>
          </w:p>
        </w:tc>
        <w:tc>
          <w:tcPr>
            <w:tcW w:w="2880" w:type="dxa"/>
            <w:tcMar>
              <w:top w:w="80" w:type="dxa"/>
              <w:left w:w="100" w:type="dxa"/>
              <w:bottom w:w="80" w:type="dxa"/>
              <w:right w:w="100" w:type="dxa"/>
            </w:tcMar>
            <w:vAlign w:val="center"/>
          </w:tcPr>
          <w:p w14:paraId="4F023C82" w14:textId="77777777" w:rsidR="005A21E0" w:rsidRPr="00850028" w:rsidRDefault="005A21E0">
            <w:pPr>
              <w:spacing w:after="0"/>
              <w:rPr>
                <w:rFonts w:cs="Arial"/>
                <w:sz w:val="22"/>
                <w:lang w:val="pt-BR"/>
              </w:rPr>
            </w:pPr>
          </w:p>
        </w:tc>
      </w:tr>
      <w:tr w:rsidR="005A21E0" w:rsidRPr="00850028" w14:paraId="72700D82" w14:textId="77777777">
        <w:trPr>
          <w:jc w:val="center"/>
        </w:trPr>
        <w:tc>
          <w:tcPr>
            <w:tcW w:w="1296" w:type="dxa"/>
            <w:tcMar>
              <w:top w:w="80" w:type="dxa"/>
              <w:left w:w="100" w:type="dxa"/>
              <w:bottom w:w="80" w:type="dxa"/>
              <w:right w:w="100" w:type="dxa"/>
            </w:tcMar>
            <w:vAlign w:val="center"/>
          </w:tcPr>
          <w:p w14:paraId="36764F78" w14:textId="77777777" w:rsidR="005A21E0" w:rsidRPr="00850028" w:rsidRDefault="005A21E0">
            <w:pPr>
              <w:spacing w:after="0"/>
              <w:rPr>
                <w:rFonts w:cs="Arial"/>
                <w:sz w:val="22"/>
                <w:lang w:val="pt-BR"/>
              </w:rPr>
            </w:pPr>
          </w:p>
        </w:tc>
        <w:tc>
          <w:tcPr>
            <w:tcW w:w="4608" w:type="dxa"/>
            <w:tcMar>
              <w:top w:w="80" w:type="dxa"/>
              <w:left w:w="100" w:type="dxa"/>
              <w:bottom w:w="80" w:type="dxa"/>
              <w:right w:w="100" w:type="dxa"/>
            </w:tcMar>
            <w:vAlign w:val="center"/>
          </w:tcPr>
          <w:p w14:paraId="73D37699"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1279BAC7" w14:textId="77777777" w:rsidR="005A21E0" w:rsidRPr="00850028" w:rsidRDefault="005A21E0">
            <w:pPr>
              <w:spacing w:after="0"/>
              <w:rPr>
                <w:rFonts w:cs="Arial"/>
                <w:sz w:val="22"/>
                <w:lang w:val="pt-BR"/>
              </w:rPr>
            </w:pPr>
          </w:p>
        </w:tc>
        <w:tc>
          <w:tcPr>
            <w:tcW w:w="2880" w:type="dxa"/>
            <w:tcMar>
              <w:top w:w="80" w:type="dxa"/>
              <w:left w:w="100" w:type="dxa"/>
              <w:bottom w:w="80" w:type="dxa"/>
              <w:right w:w="100" w:type="dxa"/>
            </w:tcMar>
            <w:vAlign w:val="center"/>
          </w:tcPr>
          <w:p w14:paraId="62FF2D0C" w14:textId="77777777" w:rsidR="005A21E0" w:rsidRPr="00850028" w:rsidRDefault="005A21E0">
            <w:pPr>
              <w:spacing w:after="0"/>
              <w:rPr>
                <w:rFonts w:cs="Arial"/>
                <w:sz w:val="22"/>
                <w:lang w:val="pt-BR"/>
              </w:rPr>
            </w:pPr>
          </w:p>
        </w:tc>
      </w:tr>
      <w:tr w:rsidR="005A21E0" w:rsidRPr="00850028" w14:paraId="7DB6E68D" w14:textId="77777777">
        <w:trPr>
          <w:jc w:val="center"/>
        </w:trPr>
        <w:tc>
          <w:tcPr>
            <w:tcW w:w="1296" w:type="dxa"/>
            <w:tcMar>
              <w:top w:w="80" w:type="dxa"/>
              <w:left w:w="100" w:type="dxa"/>
              <w:bottom w:w="80" w:type="dxa"/>
              <w:right w:w="100" w:type="dxa"/>
            </w:tcMar>
            <w:vAlign w:val="center"/>
          </w:tcPr>
          <w:p w14:paraId="4FC3207F" w14:textId="77777777" w:rsidR="005A21E0" w:rsidRPr="00850028" w:rsidRDefault="005A21E0">
            <w:pPr>
              <w:spacing w:after="0"/>
              <w:rPr>
                <w:rFonts w:cs="Arial"/>
                <w:sz w:val="22"/>
                <w:lang w:val="pt-BR"/>
              </w:rPr>
            </w:pPr>
          </w:p>
        </w:tc>
        <w:tc>
          <w:tcPr>
            <w:tcW w:w="4608" w:type="dxa"/>
            <w:tcMar>
              <w:top w:w="80" w:type="dxa"/>
              <w:left w:w="100" w:type="dxa"/>
              <w:bottom w:w="80" w:type="dxa"/>
              <w:right w:w="100" w:type="dxa"/>
            </w:tcMar>
            <w:vAlign w:val="center"/>
          </w:tcPr>
          <w:p w14:paraId="0BC2941D"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42B8C632" w14:textId="77777777" w:rsidR="005A21E0" w:rsidRPr="00850028" w:rsidRDefault="005A21E0">
            <w:pPr>
              <w:spacing w:after="0"/>
              <w:rPr>
                <w:rFonts w:cs="Arial"/>
                <w:sz w:val="22"/>
                <w:lang w:val="pt-BR"/>
              </w:rPr>
            </w:pPr>
          </w:p>
        </w:tc>
        <w:tc>
          <w:tcPr>
            <w:tcW w:w="2880" w:type="dxa"/>
            <w:tcMar>
              <w:top w:w="80" w:type="dxa"/>
              <w:left w:w="100" w:type="dxa"/>
              <w:bottom w:w="80" w:type="dxa"/>
              <w:right w:w="100" w:type="dxa"/>
            </w:tcMar>
            <w:vAlign w:val="center"/>
          </w:tcPr>
          <w:p w14:paraId="459845B4" w14:textId="77777777" w:rsidR="005A21E0" w:rsidRPr="00850028" w:rsidRDefault="005A21E0">
            <w:pPr>
              <w:spacing w:after="0"/>
              <w:rPr>
                <w:rFonts w:cs="Arial"/>
                <w:sz w:val="22"/>
                <w:lang w:val="pt-BR"/>
              </w:rPr>
            </w:pPr>
          </w:p>
        </w:tc>
      </w:tr>
    </w:tbl>
    <w:p w14:paraId="6CB79918" w14:textId="77777777" w:rsidR="005A21E0" w:rsidRPr="00850028" w:rsidRDefault="00010011">
      <w:pPr>
        <w:pStyle w:val="Ttulo1"/>
        <w:rPr>
          <w:rFonts w:ascii="Arial" w:hAnsi="Arial" w:cs="Arial"/>
          <w:color w:val="auto"/>
          <w:sz w:val="22"/>
          <w:szCs w:val="22"/>
          <w:lang w:val="pt-BR"/>
        </w:rPr>
      </w:pPr>
      <w:r w:rsidRPr="00850028">
        <w:rPr>
          <w:rFonts w:ascii="Arial" w:hAnsi="Arial" w:cs="Arial"/>
          <w:color w:val="auto"/>
          <w:sz w:val="24"/>
          <w:szCs w:val="22"/>
          <w:lang w:val="pt-BR"/>
        </w:rPr>
        <w:t>5. Público e locais</w:t>
      </w:r>
    </w:p>
    <w:p w14:paraId="5A7920E2" w14:textId="77777777" w:rsidR="005A21E0" w:rsidRPr="00850028" w:rsidRDefault="00010011">
      <w:pPr>
        <w:spacing w:after="40"/>
        <w:rPr>
          <w:rFonts w:cs="Arial"/>
          <w:sz w:val="22"/>
          <w:lang w:val="pt-BR"/>
        </w:rPr>
      </w:pPr>
      <w:r w:rsidRPr="00850028">
        <w:rPr>
          <w:rFonts w:cs="Arial"/>
          <w:b/>
          <w:lang w:val="pt-BR"/>
        </w:rPr>
        <w:t>5.1. Perfil do público a ser alcançado</w:t>
      </w:r>
    </w:p>
    <w:p w14:paraId="63086F08" w14:textId="77777777" w:rsidR="009D76B1" w:rsidRPr="00850028" w:rsidRDefault="009D76B1" w:rsidP="009D76B1">
      <w:pPr>
        <w:keepLines/>
        <w:spacing w:after="40"/>
        <w:rPr>
          <w:rFonts w:cs="Arial"/>
          <w:sz w:val="22"/>
          <w:lang w:val="pt-BR"/>
        </w:rPr>
      </w:pPr>
      <w:r w:rsidRPr="00850028">
        <w:rPr>
          <w:rFonts w:cs="Arial"/>
          <w:lang w:val="pt-BR"/>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56955C" w14:textId="44C6C16A" w:rsidR="001B5578" w:rsidRPr="00850028" w:rsidRDefault="001B5578" w:rsidP="001B5578">
      <w:pPr>
        <w:keepLines/>
        <w:spacing w:after="40"/>
        <w:rPr>
          <w:rFonts w:cs="Arial"/>
          <w:sz w:val="22"/>
          <w:lang w:val="pt-BR"/>
        </w:rPr>
      </w:pPr>
    </w:p>
    <w:p w14:paraId="10CC2624" w14:textId="77777777" w:rsidR="005A21E0" w:rsidRPr="00850028" w:rsidRDefault="00010011">
      <w:pPr>
        <w:spacing w:after="40"/>
        <w:rPr>
          <w:rFonts w:cs="Arial"/>
          <w:sz w:val="22"/>
          <w:lang w:val="pt-BR"/>
        </w:rPr>
      </w:pPr>
      <w:r w:rsidRPr="00850028">
        <w:rPr>
          <w:rFonts w:cs="Arial"/>
          <w:b/>
          <w:lang w:val="pt-BR"/>
        </w:rPr>
        <w:t>5.2. Quantidade estimada de participantes ou beneficiários</w:t>
      </w:r>
    </w:p>
    <w:p w14:paraId="02DFEC54" w14:textId="17F6D408"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6379FD4C" w14:textId="77777777" w:rsidR="005A21E0" w:rsidRPr="00850028" w:rsidRDefault="00010011">
      <w:pPr>
        <w:spacing w:after="40"/>
        <w:rPr>
          <w:rFonts w:cs="Arial"/>
          <w:sz w:val="22"/>
          <w:lang w:val="pt-BR"/>
        </w:rPr>
      </w:pPr>
      <w:r w:rsidRPr="00850028">
        <w:rPr>
          <w:rFonts w:cs="Arial"/>
          <w:b/>
          <w:lang w:val="pt-BR"/>
        </w:rPr>
        <w:t>5.3. Estratégia de mobilização e participação do público</w:t>
      </w:r>
    </w:p>
    <w:p w14:paraId="0DFDC418" w14:textId="77777777" w:rsidR="009D76B1" w:rsidRPr="00850028" w:rsidRDefault="009D76B1" w:rsidP="009D76B1">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C3EF32" w14:textId="77777777" w:rsidR="001B5578" w:rsidRPr="00850028" w:rsidRDefault="001B5578">
      <w:pPr>
        <w:spacing w:after="40"/>
        <w:rPr>
          <w:rFonts w:cs="Arial"/>
          <w:b/>
          <w:sz w:val="22"/>
          <w:lang w:val="pt-BR"/>
        </w:rPr>
      </w:pPr>
    </w:p>
    <w:p w14:paraId="3BABCAC5" w14:textId="70A3ECE5" w:rsidR="005A21E0" w:rsidRPr="00850028" w:rsidRDefault="00010011">
      <w:pPr>
        <w:spacing w:after="40"/>
        <w:rPr>
          <w:rFonts w:cs="Arial"/>
          <w:sz w:val="22"/>
          <w:lang w:val="pt-BR"/>
        </w:rPr>
      </w:pPr>
      <w:r w:rsidRPr="00850028">
        <w:rPr>
          <w:rFonts w:cs="Arial"/>
          <w:b/>
          <w:lang w:val="pt-BR"/>
        </w:rPr>
        <w:t>5.4. Locais e comunidades onde o projeto será realizado</w:t>
      </w:r>
    </w:p>
    <w:p w14:paraId="6DA65790" w14:textId="77777777" w:rsidR="009D76B1" w:rsidRPr="00850028" w:rsidRDefault="009D76B1" w:rsidP="009D76B1">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DC4F9B" w14:textId="609524DB" w:rsidR="005A21E0" w:rsidRPr="00850028" w:rsidRDefault="00010011" w:rsidP="001B5578">
      <w:pPr>
        <w:keepLines/>
        <w:spacing w:after="40"/>
        <w:rPr>
          <w:rFonts w:cs="Arial"/>
          <w:sz w:val="22"/>
          <w:lang w:val="pt-BR"/>
        </w:rPr>
      </w:pPr>
      <w:r w:rsidRPr="00850028">
        <w:rPr>
          <w:rFonts w:cs="Arial"/>
          <w:lang w:val="pt-BR"/>
        </w:rPr>
        <w:t>6. Acessibilidade e inclusão</w:t>
      </w:r>
    </w:p>
    <w:p w14:paraId="15E6E439" w14:textId="77777777" w:rsidR="005A21E0" w:rsidRPr="00850028" w:rsidRDefault="00010011">
      <w:pPr>
        <w:rPr>
          <w:rFonts w:cs="Arial"/>
          <w:sz w:val="22"/>
          <w:lang w:val="pt-BR"/>
        </w:rPr>
      </w:pPr>
      <w:r w:rsidRPr="00850028">
        <w:rPr>
          <w:rFonts w:cs="Arial"/>
          <w:b/>
          <w:lang w:val="pt-BR"/>
        </w:rPr>
        <w:t>6.1. Medidas de acessibilidade arquitetônica</w:t>
      </w:r>
    </w:p>
    <w:tbl>
      <w:tblPr>
        <w:tblW w:w="0" w:type="auto"/>
        <w:tblLayout w:type="fixed"/>
        <w:tblLook w:val="04A0" w:firstRow="1" w:lastRow="0" w:firstColumn="1" w:lastColumn="0" w:noHBand="0" w:noVBand="1"/>
      </w:tblPr>
      <w:tblGrid>
        <w:gridCol w:w="5040"/>
        <w:gridCol w:w="5040"/>
      </w:tblGrid>
      <w:tr w:rsidR="005A21E0" w:rsidRPr="00850028" w14:paraId="7B405E03" w14:textId="77777777">
        <w:tc>
          <w:tcPr>
            <w:tcW w:w="5040" w:type="dxa"/>
            <w:tcMar>
              <w:top w:w="40" w:type="dxa"/>
              <w:left w:w="40" w:type="dxa"/>
              <w:bottom w:w="40" w:type="dxa"/>
              <w:right w:w="70" w:type="dxa"/>
            </w:tcMar>
            <w:vAlign w:val="center"/>
          </w:tcPr>
          <w:p w14:paraId="55CE1C4C"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Rotas acessíveis e espaço de manobra</w:t>
            </w:r>
          </w:p>
        </w:tc>
        <w:tc>
          <w:tcPr>
            <w:tcW w:w="5040" w:type="dxa"/>
            <w:tcMar>
              <w:top w:w="40" w:type="dxa"/>
              <w:left w:w="40" w:type="dxa"/>
              <w:bottom w:w="40" w:type="dxa"/>
              <w:right w:w="70" w:type="dxa"/>
            </w:tcMar>
            <w:vAlign w:val="center"/>
          </w:tcPr>
          <w:p w14:paraId="5F207549"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Rampas</w:t>
            </w:r>
          </w:p>
        </w:tc>
      </w:tr>
      <w:tr w:rsidR="005A21E0" w:rsidRPr="00850028" w14:paraId="1B5F76D6" w14:textId="77777777">
        <w:tc>
          <w:tcPr>
            <w:tcW w:w="5040" w:type="dxa"/>
            <w:tcMar>
              <w:top w:w="40" w:type="dxa"/>
              <w:left w:w="40" w:type="dxa"/>
              <w:bottom w:w="40" w:type="dxa"/>
              <w:right w:w="70" w:type="dxa"/>
            </w:tcMar>
            <w:vAlign w:val="center"/>
          </w:tcPr>
          <w:p w14:paraId="6F6399E4"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Corrimãos e guarda-corpos</w:t>
            </w:r>
          </w:p>
        </w:tc>
        <w:tc>
          <w:tcPr>
            <w:tcW w:w="5040" w:type="dxa"/>
            <w:tcMar>
              <w:top w:w="40" w:type="dxa"/>
              <w:left w:w="40" w:type="dxa"/>
              <w:bottom w:w="40" w:type="dxa"/>
              <w:right w:w="70" w:type="dxa"/>
            </w:tcMar>
            <w:vAlign w:val="center"/>
          </w:tcPr>
          <w:p w14:paraId="5B13A2F5"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Banheiros adaptados</w:t>
            </w:r>
          </w:p>
        </w:tc>
      </w:tr>
      <w:tr w:rsidR="005A21E0" w:rsidRPr="00850028" w14:paraId="2A3D3243" w14:textId="77777777">
        <w:tc>
          <w:tcPr>
            <w:tcW w:w="5040" w:type="dxa"/>
            <w:tcMar>
              <w:top w:w="40" w:type="dxa"/>
              <w:left w:w="40" w:type="dxa"/>
              <w:bottom w:w="40" w:type="dxa"/>
              <w:right w:w="70" w:type="dxa"/>
            </w:tcMar>
            <w:vAlign w:val="center"/>
          </w:tcPr>
          <w:p w14:paraId="385E9D73"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Vagas reservadas</w:t>
            </w:r>
          </w:p>
        </w:tc>
        <w:tc>
          <w:tcPr>
            <w:tcW w:w="5040" w:type="dxa"/>
            <w:tcMar>
              <w:top w:w="40" w:type="dxa"/>
              <w:left w:w="40" w:type="dxa"/>
              <w:bottom w:w="40" w:type="dxa"/>
              <w:right w:w="70" w:type="dxa"/>
            </w:tcMar>
            <w:vAlign w:val="center"/>
          </w:tcPr>
          <w:p w14:paraId="20CB16FA"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Assentos adequados</w:t>
            </w:r>
          </w:p>
        </w:tc>
      </w:tr>
      <w:tr w:rsidR="005A21E0" w:rsidRPr="00850028" w14:paraId="6E24100D" w14:textId="77777777">
        <w:tc>
          <w:tcPr>
            <w:tcW w:w="5040" w:type="dxa"/>
            <w:tcMar>
              <w:top w:w="40" w:type="dxa"/>
              <w:left w:w="40" w:type="dxa"/>
              <w:bottom w:w="40" w:type="dxa"/>
              <w:right w:w="70" w:type="dxa"/>
            </w:tcMar>
            <w:vAlign w:val="center"/>
          </w:tcPr>
          <w:p w14:paraId="08BE0C16"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Iluminação adequada</w:t>
            </w:r>
          </w:p>
        </w:tc>
        <w:tc>
          <w:tcPr>
            <w:tcW w:w="5040" w:type="dxa"/>
            <w:tcMar>
              <w:top w:w="40" w:type="dxa"/>
              <w:left w:w="40" w:type="dxa"/>
              <w:bottom w:w="40" w:type="dxa"/>
              <w:right w:w="70" w:type="dxa"/>
            </w:tcMar>
            <w:vAlign w:val="center"/>
          </w:tcPr>
          <w:p w14:paraId="7DE25000"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Outra</w:t>
            </w:r>
          </w:p>
        </w:tc>
      </w:tr>
      <w:tr w:rsidR="005A21E0" w:rsidRPr="00850028" w14:paraId="5C16D60C" w14:textId="77777777">
        <w:tc>
          <w:tcPr>
            <w:tcW w:w="5040" w:type="dxa"/>
            <w:tcMar>
              <w:top w:w="40" w:type="dxa"/>
              <w:left w:w="40" w:type="dxa"/>
              <w:bottom w:w="40" w:type="dxa"/>
              <w:right w:w="70" w:type="dxa"/>
            </w:tcMar>
            <w:vAlign w:val="center"/>
          </w:tcPr>
          <w:p w14:paraId="7888ACE5"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Não se aplica, mediante justificativa</w:t>
            </w:r>
          </w:p>
        </w:tc>
        <w:tc>
          <w:tcPr>
            <w:tcW w:w="5040" w:type="dxa"/>
          </w:tcPr>
          <w:p w14:paraId="2E5DB5DE" w14:textId="77777777" w:rsidR="005A21E0" w:rsidRPr="00850028" w:rsidRDefault="005A21E0">
            <w:pPr>
              <w:rPr>
                <w:rFonts w:cs="Arial"/>
                <w:sz w:val="22"/>
                <w:lang w:val="pt-BR"/>
              </w:rPr>
            </w:pPr>
          </w:p>
        </w:tc>
      </w:tr>
    </w:tbl>
    <w:p w14:paraId="3141DFF8" w14:textId="77777777" w:rsidR="009D76B1" w:rsidRDefault="009D76B1">
      <w:pPr>
        <w:rPr>
          <w:rFonts w:cs="Arial"/>
          <w:b/>
          <w:lang w:val="pt-BR"/>
        </w:rPr>
      </w:pPr>
    </w:p>
    <w:p w14:paraId="17821800" w14:textId="77777777" w:rsidR="009D76B1" w:rsidRDefault="009D76B1">
      <w:pPr>
        <w:rPr>
          <w:rFonts w:cs="Arial"/>
          <w:b/>
          <w:lang w:val="pt-BR"/>
        </w:rPr>
      </w:pPr>
    </w:p>
    <w:p w14:paraId="731E6060" w14:textId="473A0296" w:rsidR="005A21E0" w:rsidRPr="00850028" w:rsidRDefault="00010011">
      <w:pPr>
        <w:rPr>
          <w:rFonts w:cs="Arial"/>
          <w:sz w:val="22"/>
          <w:lang w:val="pt-BR"/>
        </w:rPr>
      </w:pPr>
      <w:r w:rsidRPr="00850028">
        <w:rPr>
          <w:rFonts w:cs="Arial"/>
          <w:b/>
          <w:lang w:val="pt-BR"/>
        </w:rPr>
        <w:lastRenderedPageBreak/>
        <w:t>6.2. Medidas de acessibilidade comunicacional</w:t>
      </w:r>
    </w:p>
    <w:tbl>
      <w:tblPr>
        <w:tblW w:w="0" w:type="auto"/>
        <w:tblLayout w:type="fixed"/>
        <w:tblLook w:val="04A0" w:firstRow="1" w:lastRow="0" w:firstColumn="1" w:lastColumn="0" w:noHBand="0" w:noVBand="1"/>
      </w:tblPr>
      <w:tblGrid>
        <w:gridCol w:w="5040"/>
        <w:gridCol w:w="5040"/>
      </w:tblGrid>
      <w:tr w:rsidR="005A21E0" w:rsidRPr="00850028" w14:paraId="25E4EE34" w14:textId="77777777">
        <w:tc>
          <w:tcPr>
            <w:tcW w:w="5040" w:type="dxa"/>
            <w:tcMar>
              <w:top w:w="40" w:type="dxa"/>
              <w:left w:w="40" w:type="dxa"/>
              <w:bottom w:w="40" w:type="dxa"/>
              <w:right w:w="70" w:type="dxa"/>
            </w:tcMar>
            <w:vAlign w:val="center"/>
          </w:tcPr>
          <w:p w14:paraId="6F6430CB"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Libras</w:t>
            </w:r>
          </w:p>
        </w:tc>
        <w:tc>
          <w:tcPr>
            <w:tcW w:w="5040" w:type="dxa"/>
            <w:tcMar>
              <w:top w:w="40" w:type="dxa"/>
              <w:left w:w="40" w:type="dxa"/>
              <w:bottom w:w="40" w:type="dxa"/>
              <w:right w:w="70" w:type="dxa"/>
            </w:tcMar>
            <w:vAlign w:val="center"/>
          </w:tcPr>
          <w:p w14:paraId="71B0C791"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Braille</w:t>
            </w:r>
          </w:p>
        </w:tc>
      </w:tr>
      <w:tr w:rsidR="005A21E0" w:rsidRPr="00850028" w14:paraId="40C48AD0" w14:textId="77777777">
        <w:tc>
          <w:tcPr>
            <w:tcW w:w="5040" w:type="dxa"/>
            <w:tcMar>
              <w:top w:w="40" w:type="dxa"/>
              <w:left w:w="40" w:type="dxa"/>
              <w:bottom w:w="40" w:type="dxa"/>
              <w:right w:w="70" w:type="dxa"/>
            </w:tcMar>
            <w:vAlign w:val="center"/>
          </w:tcPr>
          <w:p w14:paraId="5A93035A"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Comunicação tátil</w:t>
            </w:r>
          </w:p>
        </w:tc>
        <w:tc>
          <w:tcPr>
            <w:tcW w:w="5040" w:type="dxa"/>
            <w:tcMar>
              <w:top w:w="40" w:type="dxa"/>
              <w:left w:w="40" w:type="dxa"/>
              <w:bottom w:w="40" w:type="dxa"/>
              <w:right w:w="70" w:type="dxa"/>
            </w:tcMar>
            <w:vAlign w:val="center"/>
          </w:tcPr>
          <w:p w14:paraId="54F471F4"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Audiodescrição</w:t>
            </w:r>
          </w:p>
        </w:tc>
      </w:tr>
      <w:tr w:rsidR="005A21E0" w:rsidRPr="00850028" w14:paraId="28A57D51" w14:textId="77777777">
        <w:tc>
          <w:tcPr>
            <w:tcW w:w="5040" w:type="dxa"/>
            <w:tcMar>
              <w:top w:w="40" w:type="dxa"/>
              <w:left w:w="40" w:type="dxa"/>
              <w:bottom w:w="40" w:type="dxa"/>
              <w:right w:w="70" w:type="dxa"/>
            </w:tcMar>
            <w:vAlign w:val="center"/>
          </w:tcPr>
          <w:p w14:paraId="4F0E19FD"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Legendas</w:t>
            </w:r>
          </w:p>
        </w:tc>
        <w:tc>
          <w:tcPr>
            <w:tcW w:w="5040" w:type="dxa"/>
            <w:tcMar>
              <w:top w:w="40" w:type="dxa"/>
              <w:left w:w="40" w:type="dxa"/>
              <w:bottom w:w="40" w:type="dxa"/>
              <w:right w:w="70" w:type="dxa"/>
            </w:tcMar>
            <w:vAlign w:val="center"/>
          </w:tcPr>
          <w:p w14:paraId="6B07E33D"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Linguagem simples</w:t>
            </w:r>
          </w:p>
        </w:tc>
      </w:tr>
      <w:tr w:rsidR="005A21E0" w:rsidRPr="00850028" w14:paraId="1E741F0A" w14:textId="77777777">
        <w:tc>
          <w:tcPr>
            <w:tcW w:w="5040" w:type="dxa"/>
            <w:tcMar>
              <w:top w:w="40" w:type="dxa"/>
              <w:left w:w="40" w:type="dxa"/>
              <w:bottom w:w="40" w:type="dxa"/>
              <w:right w:w="70" w:type="dxa"/>
            </w:tcMar>
            <w:vAlign w:val="center"/>
          </w:tcPr>
          <w:p w14:paraId="6FC56477"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Texto compatível com leitor de tela</w:t>
            </w:r>
          </w:p>
        </w:tc>
        <w:tc>
          <w:tcPr>
            <w:tcW w:w="5040" w:type="dxa"/>
            <w:tcMar>
              <w:top w:w="40" w:type="dxa"/>
              <w:left w:w="40" w:type="dxa"/>
              <w:bottom w:w="40" w:type="dxa"/>
              <w:right w:w="70" w:type="dxa"/>
            </w:tcMar>
            <w:vAlign w:val="center"/>
          </w:tcPr>
          <w:p w14:paraId="02AC137C"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Material digital acessível</w:t>
            </w:r>
          </w:p>
        </w:tc>
      </w:tr>
      <w:tr w:rsidR="005A21E0" w:rsidRPr="00850028" w14:paraId="54E264E8" w14:textId="77777777">
        <w:tc>
          <w:tcPr>
            <w:tcW w:w="5040" w:type="dxa"/>
            <w:tcMar>
              <w:top w:w="40" w:type="dxa"/>
              <w:left w:w="40" w:type="dxa"/>
              <w:bottom w:w="40" w:type="dxa"/>
              <w:right w:w="70" w:type="dxa"/>
            </w:tcMar>
            <w:vAlign w:val="center"/>
          </w:tcPr>
          <w:p w14:paraId="67D795CE"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Outra</w:t>
            </w:r>
          </w:p>
        </w:tc>
        <w:tc>
          <w:tcPr>
            <w:tcW w:w="5040" w:type="dxa"/>
            <w:tcMar>
              <w:top w:w="40" w:type="dxa"/>
              <w:left w:w="40" w:type="dxa"/>
              <w:bottom w:w="40" w:type="dxa"/>
              <w:right w:w="70" w:type="dxa"/>
            </w:tcMar>
            <w:vAlign w:val="center"/>
          </w:tcPr>
          <w:p w14:paraId="549AE224"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Não se aplica, mediante justificativa</w:t>
            </w:r>
          </w:p>
        </w:tc>
      </w:tr>
    </w:tbl>
    <w:p w14:paraId="0C45EC5B" w14:textId="77777777" w:rsidR="005A21E0" w:rsidRPr="00850028" w:rsidRDefault="00010011">
      <w:pPr>
        <w:rPr>
          <w:rFonts w:cs="Arial"/>
          <w:sz w:val="22"/>
          <w:lang w:val="pt-BR"/>
        </w:rPr>
      </w:pPr>
      <w:r w:rsidRPr="00850028">
        <w:rPr>
          <w:rFonts w:cs="Arial"/>
          <w:b/>
          <w:lang w:val="pt-BR"/>
        </w:rPr>
        <w:t>6.3. Medidas de acessibilidade atitudinal</w:t>
      </w:r>
    </w:p>
    <w:tbl>
      <w:tblPr>
        <w:tblW w:w="0" w:type="auto"/>
        <w:tblLayout w:type="fixed"/>
        <w:tblLook w:val="04A0" w:firstRow="1" w:lastRow="0" w:firstColumn="1" w:lastColumn="0" w:noHBand="0" w:noVBand="1"/>
      </w:tblPr>
      <w:tblGrid>
        <w:gridCol w:w="5040"/>
        <w:gridCol w:w="5040"/>
      </w:tblGrid>
      <w:tr w:rsidR="005A21E0" w:rsidRPr="00850028" w14:paraId="3E4C0E98" w14:textId="77777777">
        <w:tc>
          <w:tcPr>
            <w:tcW w:w="5040" w:type="dxa"/>
            <w:tcMar>
              <w:top w:w="40" w:type="dxa"/>
              <w:left w:w="40" w:type="dxa"/>
              <w:bottom w:w="40" w:type="dxa"/>
              <w:right w:w="70" w:type="dxa"/>
            </w:tcMar>
            <w:vAlign w:val="center"/>
          </w:tcPr>
          <w:p w14:paraId="71890AE4"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Orientação ou capacitação da equipe</w:t>
            </w:r>
          </w:p>
        </w:tc>
        <w:tc>
          <w:tcPr>
            <w:tcW w:w="5040" w:type="dxa"/>
            <w:tcMar>
              <w:top w:w="40" w:type="dxa"/>
              <w:left w:w="40" w:type="dxa"/>
              <w:bottom w:w="40" w:type="dxa"/>
              <w:right w:w="70" w:type="dxa"/>
            </w:tcMar>
            <w:vAlign w:val="center"/>
          </w:tcPr>
          <w:p w14:paraId="3173B0A2"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Profissional especializado</w:t>
            </w:r>
          </w:p>
        </w:tc>
      </w:tr>
      <w:tr w:rsidR="005A21E0" w:rsidRPr="00850028" w14:paraId="2C3E1162" w14:textId="77777777">
        <w:tc>
          <w:tcPr>
            <w:tcW w:w="5040" w:type="dxa"/>
            <w:tcMar>
              <w:top w:w="40" w:type="dxa"/>
              <w:left w:w="40" w:type="dxa"/>
              <w:bottom w:w="40" w:type="dxa"/>
              <w:right w:w="70" w:type="dxa"/>
            </w:tcMar>
            <w:vAlign w:val="center"/>
          </w:tcPr>
          <w:p w14:paraId="06D8AB99"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Acolhimento e apoio individual</w:t>
            </w:r>
          </w:p>
        </w:tc>
        <w:tc>
          <w:tcPr>
            <w:tcW w:w="5040" w:type="dxa"/>
            <w:tcMar>
              <w:top w:w="40" w:type="dxa"/>
              <w:left w:w="40" w:type="dxa"/>
              <w:bottom w:w="40" w:type="dxa"/>
              <w:right w:w="70" w:type="dxa"/>
            </w:tcMar>
            <w:vAlign w:val="center"/>
          </w:tcPr>
          <w:p w14:paraId="413BBFE8"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Prioridade e respeito à autonomia</w:t>
            </w:r>
          </w:p>
        </w:tc>
      </w:tr>
      <w:tr w:rsidR="005A21E0" w:rsidRPr="00850028" w14:paraId="50807535" w14:textId="77777777">
        <w:tc>
          <w:tcPr>
            <w:tcW w:w="5040" w:type="dxa"/>
            <w:tcMar>
              <w:top w:w="40" w:type="dxa"/>
              <w:left w:w="40" w:type="dxa"/>
              <w:bottom w:w="40" w:type="dxa"/>
              <w:right w:w="70" w:type="dxa"/>
            </w:tcMar>
            <w:vAlign w:val="center"/>
          </w:tcPr>
          <w:p w14:paraId="642D97DE"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Combate a atitudes capacitistas</w:t>
            </w:r>
          </w:p>
        </w:tc>
        <w:tc>
          <w:tcPr>
            <w:tcW w:w="5040" w:type="dxa"/>
            <w:tcMar>
              <w:top w:w="40" w:type="dxa"/>
              <w:left w:w="40" w:type="dxa"/>
              <w:bottom w:w="40" w:type="dxa"/>
              <w:right w:w="70" w:type="dxa"/>
            </w:tcMar>
            <w:vAlign w:val="center"/>
          </w:tcPr>
          <w:p w14:paraId="4428137D" w14:textId="77777777" w:rsidR="005A21E0" w:rsidRPr="00850028" w:rsidRDefault="00010011">
            <w:pPr>
              <w:spacing w:after="0"/>
              <w:rPr>
                <w:rFonts w:cs="Arial"/>
                <w:sz w:val="22"/>
                <w:lang w:val="pt-BR"/>
              </w:rPr>
            </w:pPr>
            <w:r w:rsidRPr="00850028">
              <w:rPr>
                <w:rFonts w:cs="Segoe UI Symbol"/>
                <w:lang w:val="pt-BR"/>
              </w:rPr>
              <w:t>☐</w:t>
            </w:r>
            <w:r w:rsidRPr="00850028">
              <w:rPr>
                <w:rFonts w:cs="Arial"/>
                <w:lang w:val="pt-BR"/>
              </w:rPr>
              <w:t xml:space="preserve"> Outra</w:t>
            </w:r>
          </w:p>
        </w:tc>
      </w:tr>
    </w:tbl>
    <w:p w14:paraId="6B1D4113" w14:textId="77777777" w:rsidR="005A21E0" w:rsidRPr="00850028" w:rsidRDefault="00010011">
      <w:pPr>
        <w:spacing w:after="40"/>
        <w:rPr>
          <w:rFonts w:cs="Arial"/>
          <w:sz w:val="22"/>
          <w:lang w:val="pt-BR"/>
        </w:rPr>
      </w:pPr>
      <w:r w:rsidRPr="00850028">
        <w:rPr>
          <w:rFonts w:cs="Arial"/>
          <w:b/>
          <w:lang w:val="pt-BR"/>
        </w:rPr>
        <w:t>6.4. Explique como as medidas serão implementadas ou justifique tecnicamente as que não se aplicam</w:t>
      </w:r>
    </w:p>
    <w:p w14:paraId="3B6CEA82" w14:textId="77777777" w:rsidR="009D76B1" w:rsidRPr="00850028" w:rsidRDefault="009D76B1" w:rsidP="009D76B1">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4689E3" w14:textId="4E243068" w:rsidR="001B5578" w:rsidRPr="00850028" w:rsidRDefault="001B5578" w:rsidP="001B5578">
      <w:pPr>
        <w:keepLines/>
        <w:spacing w:after="40"/>
        <w:rPr>
          <w:rFonts w:cs="Arial"/>
          <w:sz w:val="22"/>
          <w:lang w:val="pt-BR"/>
        </w:rPr>
      </w:pPr>
    </w:p>
    <w:p w14:paraId="4C46ABEC" w14:textId="0AEF52C2" w:rsidR="005A21E0" w:rsidRPr="00850028" w:rsidRDefault="00010011" w:rsidP="001B5578">
      <w:pPr>
        <w:keepLines/>
        <w:spacing w:after="40"/>
        <w:rPr>
          <w:rFonts w:cs="Arial"/>
          <w:b/>
          <w:bCs/>
          <w:sz w:val="22"/>
          <w:lang w:val="pt-BR"/>
        </w:rPr>
      </w:pPr>
      <w:r w:rsidRPr="00850028">
        <w:rPr>
          <w:rFonts w:cs="Arial"/>
          <w:b/>
          <w:bCs/>
          <w:lang w:val="pt-BR"/>
        </w:rPr>
        <w:t>7. Plano de divulgação</w:t>
      </w:r>
    </w:p>
    <w:p w14:paraId="4E3E4B09" w14:textId="77777777" w:rsidR="005A21E0" w:rsidRPr="00850028" w:rsidRDefault="00010011">
      <w:pPr>
        <w:spacing w:after="40"/>
        <w:rPr>
          <w:rFonts w:cs="Arial"/>
          <w:sz w:val="22"/>
          <w:lang w:val="pt-BR"/>
        </w:rPr>
      </w:pPr>
      <w:r w:rsidRPr="00850028">
        <w:rPr>
          <w:rFonts w:cs="Arial"/>
          <w:b/>
          <w:lang w:val="pt-BR"/>
        </w:rPr>
        <w:t>7.1. Estratégia de divulgação</w:t>
      </w:r>
      <w:r w:rsidRPr="00850028">
        <w:rPr>
          <w:rFonts w:cs="Arial"/>
          <w:i/>
          <w:lang w:val="pt-BR"/>
        </w:rPr>
        <w:t xml:space="preserve"> (meios, canais, público, período e responsáveis)</w:t>
      </w:r>
    </w:p>
    <w:p w14:paraId="11AF6733" w14:textId="77777777" w:rsidR="009D76B1" w:rsidRPr="00850028" w:rsidRDefault="009D76B1" w:rsidP="009D76B1">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47364F" w14:textId="5D61F2E0" w:rsidR="001B5578" w:rsidRPr="00850028" w:rsidRDefault="001B5578" w:rsidP="001B5578">
      <w:pPr>
        <w:keepLines/>
        <w:spacing w:after="40"/>
        <w:rPr>
          <w:rFonts w:cs="Arial"/>
          <w:sz w:val="22"/>
          <w:lang w:val="pt-BR"/>
        </w:rPr>
      </w:pPr>
      <w:r w:rsidRPr="00850028">
        <w:rPr>
          <w:rFonts w:cs="Arial"/>
          <w:lang w:val="pt-BR"/>
        </w:rPr>
        <w:br/>
      </w:r>
    </w:p>
    <w:p w14:paraId="59E08A90" w14:textId="77777777" w:rsidR="001B5578" w:rsidRPr="00850028" w:rsidRDefault="001B5578" w:rsidP="001B5578">
      <w:pPr>
        <w:keepLines/>
        <w:spacing w:after="40"/>
        <w:rPr>
          <w:rFonts w:cs="Arial"/>
          <w:b/>
          <w:sz w:val="22"/>
          <w:lang w:val="pt-BR"/>
        </w:rPr>
      </w:pPr>
    </w:p>
    <w:p w14:paraId="60507740" w14:textId="77777777" w:rsidR="001B5578" w:rsidRPr="00850028" w:rsidRDefault="001B5578" w:rsidP="001B5578">
      <w:pPr>
        <w:keepLines/>
        <w:spacing w:after="40"/>
        <w:rPr>
          <w:rFonts w:cs="Arial"/>
          <w:b/>
          <w:sz w:val="22"/>
          <w:lang w:val="pt-BR"/>
        </w:rPr>
      </w:pPr>
    </w:p>
    <w:p w14:paraId="1BD9C86B" w14:textId="77777777" w:rsidR="001B5578" w:rsidRPr="00850028" w:rsidRDefault="001B5578" w:rsidP="001B5578">
      <w:pPr>
        <w:keepLines/>
        <w:spacing w:after="40"/>
        <w:rPr>
          <w:rFonts w:cs="Arial"/>
          <w:b/>
          <w:sz w:val="22"/>
          <w:lang w:val="pt-BR"/>
        </w:rPr>
      </w:pPr>
    </w:p>
    <w:p w14:paraId="32118F3F" w14:textId="09FBCC50" w:rsidR="005A21E0" w:rsidRPr="00850028" w:rsidRDefault="00010011" w:rsidP="001B5578">
      <w:pPr>
        <w:keepLines/>
        <w:spacing w:after="40"/>
        <w:rPr>
          <w:rFonts w:cs="Arial"/>
          <w:sz w:val="22"/>
          <w:lang w:val="pt-BR"/>
        </w:rPr>
      </w:pPr>
      <w:r w:rsidRPr="00850028">
        <w:rPr>
          <w:rFonts w:cs="Arial"/>
          <w:b/>
          <w:lang w:val="pt-BR"/>
        </w:rPr>
        <w:lastRenderedPageBreak/>
        <w:t>7.2. Como será informada a gratuidade e o apoio da PNAB/MinC e do Município?</w:t>
      </w:r>
    </w:p>
    <w:p w14:paraId="0D4EACE8" w14:textId="77777777" w:rsidR="003C5F47" w:rsidRPr="00850028" w:rsidRDefault="003C5F47" w:rsidP="003C5F47">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528486" w14:textId="77777777" w:rsidR="005A21E0" w:rsidRPr="00850028" w:rsidRDefault="00010011">
      <w:pPr>
        <w:pStyle w:val="Ttulo1"/>
        <w:rPr>
          <w:rFonts w:ascii="Arial" w:hAnsi="Arial" w:cs="Arial"/>
          <w:color w:val="auto"/>
          <w:sz w:val="22"/>
          <w:szCs w:val="22"/>
          <w:lang w:val="pt-BR"/>
        </w:rPr>
      </w:pPr>
      <w:r w:rsidRPr="00850028">
        <w:rPr>
          <w:rFonts w:ascii="Arial" w:hAnsi="Arial" w:cs="Arial"/>
          <w:color w:val="auto"/>
          <w:sz w:val="24"/>
          <w:szCs w:val="22"/>
          <w:lang w:val="pt-BR"/>
        </w:rPr>
        <w:t>8. Período de execução</w:t>
      </w:r>
    </w:p>
    <w:p w14:paraId="4CB30775" w14:textId="77777777" w:rsidR="005A21E0" w:rsidRPr="00850028" w:rsidRDefault="00010011">
      <w:pPr>
        <w:spacing w:after="40"/>
        <w:rPr>
          <w:rFonts w:cs="Arial"/>
          <w:sz w:val="22"/>
          <w:lang w:val="pt-BR"/>
        </w:rPr>
      </w:pPr>
      <w:r w:rsidRPr="00850028">
        <w:rPr>
          <w:rFonts w:cs="Arial"/>
          <w:b/>
          <w:lang w:val="pt-BR"/>
        </w:rPr>
        <w:t>8.1. Data prevista de início</w:t>
      </w:r>
    </w:p>
    <w:p w14:paraId="0B31FA3C" w14:textId="12E77A70"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17598466" w14:textId="77777777" w:rsidR="005A21E0" w:rsidRPr="00850028" w:rsidRDefault="00010011">
      <w:pPr>
        <w:spacing w:after="40"/>
        <w:rPr>
          <w:rFonts w:cs="Arial"/>
          <w:sz w:val="22"/>
          <w:lang w:val="pt-BR"/>
        </w:rPr>
      </w:pPr>
      <w:r w:rsidRPr="00850028">
        <w:rPr>
          <w:rFonts w:cs="Arial"/>
          <w:b/>
          <w:lang w:val="pt-BR"/>
        </w:rPr>
        <w:t>8.2. Data prevista de término</w:t>
      </w:r>
      <w:r w:rsidRPr="00850028">
        <w:rPr>
          <w:rFonts w:cs="Arial"/>
          <w:i/>
          <w:lang w:val="pt-BR"/>
        </w:rPr>
        <w:t xml:space="preserve"> (respeitar o prazo máximo de 12 meses e os prazos legais da PNAB)</w:t>
      </w:r>
    </w:p>
    <w:p w14:paraId="60390429" w14:textId="5550E6BD"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06618133" w14:textId="77777777" w:rsidR="005A21E0" w:rsidRPr="00850028" w:rsidRDefault="00010011">
      <w:pPr>
        <w:pStyle w:val="Ttulo1"/>
        <w:rPr>
          <w:rFonts w:ascii="Arial" w:hAnsi="Arial" w:cs="Arial"/>
          <w:color w:val="auto"/>
          <w:sz w:val="22"/>
          <w:szCs w:val="22"/>
          <w:lang w:val="pt-BR"/>
        </w:rPr>
      </w:pPr>
      <w:r w:rsidRPr="00850028">
        <w:rPr>
          <w:rFonts w:ascii="Arial" w:hAnsi="Arial" w:cs="Arial"/>
          <w:color w:val="auto"/>
          <w:sz w:val="24"/>
          <w:szCs w:val="22"/>
          <w:lang w:val="pt-BR"/>
        </w:rPr>
        <w:t>9. Equipe do projeto</w:t>
      </w:r>
    </w:p>
    <w:tbl>
      <w:tblPr>
        <w:tblW w:w="10512"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160"/>
        <w:gridCol w:w="1872"/>
        <w:gridCol w:w="1728"/>
        <w:gridCol w:w="3312"/>
        <w:gridCol w:w="1440"/>
      </w:tblGrid>
      <w:tr w:rsidR="005A21E0" w:rsidRPr="00850028" w14:paraId="2EE0DA6B" w14:textId="77777777" w:rsidTr="004B518C">
        <w:trPr>
          <w:tblHeader/>
          <w:jc w:val="center"/>
        </w:trPr>
        <w:tc>
          <w:tcPr>
            <w:tcW w:w="2160" w:type="dxa"/>
            <w:shd w:val="clear" w:color="auto" w:fill="808080" w:themeFill="background1" w:themeFillShade="80"/>
            <w:tcMar>
              <w:top w:w="80" w:type="dxa"/>
              <w:left w:w="100" w:type="dxa"/>
              <w:bottom w:w="80" w:type="dxa"/>
              <w:right w:w="100" w:type="dxa"/>
            </w:tcMar>
            <w:vAlign w:val="center"/>
          </w:tcPr>
          <w:p w14:paraId="65A62F02"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Nome/profissional ou empresa</w:t>
            </w:r>
          </w:p>
        </w:tc>
        <w:tc>
          <w:tcPr>
            <w:tcW w:w="1872" w:type="dxa"/>
            <w:shd w:val="clear" w:color="auto" w:fill="808080" w:themeFill="background1" w:themeFillShade="80"/>
            <w:tcMar>
              <w:top w:w="80" w:type="dxa"/>
              <w:left w:w="100" w:type="dxa"/>
              <w:bottom w:w="80" w:type="dxa"/>
              <w:right w:w="100" w:type="dxa"/>
            </w:tcMar>
            <w:vAlign w:val="center"/>
          </w:tcPr>
          <w:p w14:paraId="33664362"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Função</w:t>
            </w:r>
          </w:p>
        </w:tc>
        <w:tc>
          <w:tcPr>
            <w:tcW w:w="1728" w:type="dxa"/>
            <w:shd w:val="clear" w:color="auto" w:fill="808080" w:themeFill="background1" w:themeFillShade="80"/>
            <w:tcMar>
              <w:top w:w="80" w:type="dxa"/>
              <w:left w:w="100" w:type="dxa"/>
              <w:bottom w:w="80" w:type="dxa"/>
              <w:right w:w="100" w:type="dxa"/>
            </w:tcMar>
            <w:vAlign w:val="center"/>
          </w:tcPr>
          <w:p w14:paraId="7533D067"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CPF/CNPJ</w:t>
            </w:r>
          </w:p>
        </w:tc>
        <w:tc>
          <w:tcPr>
            <w:tcW w:w="3312" w:type="dxa"/>
            <w:shd w:val="clear" w:color="auto" w:fill="808080" w:themeFill="background1" w:themeFillShade="80"/>
            <w:tcMar>
              <w:top w:w="80" w:type="dxa"/>
              <w:left w:w="100" w:type="dxa"/>
              <w:bottom w:w="80" w:type="dxa"/>
              <w:right w:w="100" w:type="dxa"/>
            </w:tcMar>
            <w:vAlign w:val="center"/>
          </w:tcPr>
          <w:p w14:paraId="5FCEFC66"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Mini currículo/experiência</w:t>
            </w:r>
          </w:p>
        </w:tc>
        <w:tc>
          <w:tcPr>
            <w:tcW w:w="1440" w:type="dxa"/>
            <w:shd w:val="clear" w:color="auto" w:fill="808080" w:themeFill="background1" w:themeFillShade="80"/>
            <w:tcMar>
              <w:top w:w="80" w:type="dxa"/>
              <w:left w:w="100" w:type="dxa"/>
              <w:bottom w:w="80" w:type="dxa"/>
              <w:right w:w="100" w:type="dxa"/>
            </w:tcMar>
            <w:vAlign w:val="center"/>
          </w:tcPr>
          <w:p w14:paraId="22B5ADFF"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Valor previsto</w:t>
            </w:r>
          </w:p>
        </w:tc>
      </w:tr>
      <w:tr w:rsidR="005A21E0" w:rsidRPr="00850028" w14:paraId="1D05128D" w14:textId="77777777" w:rsidTr="004B518C">
        <w:trPr>
          <w:jc w:val="center"/>
        </w:trPr>
        <w:tc>
          <w:tcPr>
            <w:tcW w:w="2160" w:type="dxa"/>
            <w:tcMar>
              <w:top w:w="80" w:type="dxa"/>
              <w:left w:w="100" w:type="dxa"/>
              <w:bottom w:w="80" w:type="dxa"/>
              <w:right w:w="100" w:type="dxa"/>
            </w:tcMar>
            <w:vAlign w:val="center"/>
          </w:tcPr>
          <w:p w14:paraId="0327F8FE"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2F87CBA4"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079C223C" w14:textId="77777777" w:rsidR="005A21E0" w:rsidRPr="00850028" w:rsidRDefault="005A21E0">
            <w:pPr>
              <w:spacing w:after="0"/>
              <w:rPr>
                <w:rFonts w:cs="Arial"/>
                <w:sz w:val="22"/>
                <w:lang w:val="pt-BR"/>
              </w:rPr>
            </w:pPr>
          </w:p>
        </w:tc>
        <w:tc>
          <w:tcPr>
            <w:tcW w:w="3312" w:type="dxa"/>
            <w:tcMar>
              <w:top w:w="80" w:type="dxa"/>
              <w:left w:w="100" w:type="dxa"/>
              <w:bottom w:w="80" w:type="dxa"/>
              <w:right w:w="100" w:type="dxa"/>
            </w:tcMar>
            <w:vAlign w:val="center"/>
          </w:tcPr>
          <w:p w14:paraId="0BD9FF23"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451DA30D" w14:textId="77777777" w:rsidR="005A21E0" w:rsidRPr="00850028" w:rsidRDefault="005A21E0">
            <w:pPr>
              <w:spacing w:after="0"/>
              <w:rPr>
                <w:rFonts w:cs="Arial"/>
                <w:sz w:val="22"/>
                <w:lang w:val="pt-BR"/>
              </w:rPr>
            </w:pPr>
          </w:p>
        </w:tc>
      </w:tr>
      <w:tr w:rsidR="005A21E0" w:rsidRPr="00850028" w14:paraId="563B8033" w14:textId="77777777" w:rsidTr="004B518C">
        <w:trPr>
          <w:jc w:val="center"/>
        </w:trPr>
        <w:tc>
          <w:tcPr>
            <w:tcW w:w="2160" w:type="dxa"/>
            <w:tcMar>
              <w:top w:w="80" w:type="dxa"/>
              <w:left w:w="100" w:type="dxa"/>
              <w:bottom w:w="80" w:type="dxa"/>
              <w:right w:w="100" w:type="dxa"/>
            </w:tcMar>
            <w:vAlign w:val="center"/>
          </w:tcPr>
          <w:p w14:paraId="66A5631E"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71D86311"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155D75F8" w14:textId="77777777" w:rsidR="005A21E0" w:rsidRPr="00850028" w:rsidRDefault="005A21E0">
            <w:pPr>
              <w:spacing w:after="0"/>
              <w:rPr>
                <w:rFonts w:cs="Arial"/>
                <w:sz w:val="22"/>
                <w:lang w:val="pt-BR"/>
              </w:rPr>
            </w:pPr>
          </w:p>
        </w:tc>
        <w:tc>
          <w:tcPr>
            <w:tcW w:w="3312" w:type="dxa"/>
            <w:tcMar>
              <w:top w:w="80" w:type="dxa"/>
              <w:left w:w="100" w:type="dxa"/>
              <w:bottom w:w="80" w:type="dxa"/>
              <w:right w:w="100" w:type="dxa"/>
            </w:tcMar>
            <w:vAlign w:val="center"/>
          </w:tcPr>
          <w:p w14:paraId="3D83690F"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7562469A" w14:textId="77777777" w:rsidR="005A21E0" w:rsidRPr="00850028" w:rsidRDefault="005A21E0">
            <w:pPr>
              <w:spacing w:after="0"/>
              <w:rPr>
                <w:rFonts w:cs="Arial"/>
                <w:sz w:val="22"/>
                <w:lang w:val="pt-BR"/>
              </w:rPr>
            </w:pPr>
          </w:p>
        </w:tc>
      </w:tr>
      <w:tr w:rsidR="005A21E0" w:rsidRPr="00850028" w14:paraId="1F6A5CD9" w14:textId="77777777" w:rsidTr="004B518C">
        <w:trPr>
          <w:jc w:val="center"/>
        </w:trPr>
        <w:tc>
          <w:tcPr>
            <w:tcW w:w="2160" w:type="dxa"/>
            <w:tcMar>
              <w:top w:w="80" w:type="dxa"/>
              <w:left w:w="100" w:type="dxa"/>
              <w:bottom w:w="80" w:type="dxa"/>
              <w:right w:w="100" w:type="dxa"/>
            </w:tcMar>
            <w:vAlign w:val="center"/>
          </w:tcPr>
          <w:p w14:paraId="43B200EA"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1ED9E96D"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28DCBAF6" w14:textId="77777777" w:rsidR="005A21E0" w:rsidRPr="00850028" w:rsidRDefault="005A21E0">
            <w:pPr>
              <w:spacing w:after="0"/>
              <w:rPr>
                <w:rFonts w:cs="Arial"/>
                <w:sz w:val="22"/>
                <w:lang w:val="pt-BR"/>
              </w:rPr>
            </w:pPr>
          </w:p>
        </w:tc>
        <w:tc>
          <w:tcPr>
            <w:tcW w:w="3312" w:type="dxa"/>
            <w:tcMar>
              <w:top w:w="80" w:type="dxa"/>
              <w:left w:w="100" w:type="dxa"/>
              <w:bottom w:w="80" w:type="dxa"/>
              <w:right w:w="100" w:type="dxa"/>
            </w:tcMar>
            <w:vAlign w:val="center"/>
          </w:tcPr>
          <w:p w14:paraId="36FD4A55"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2E1965FD" w14:textId="77777777" w:rsidR="005A21E0" w:rsidRPr="00850028" w:rsidRDefault="005A21E0">
            <w:pPr>
              <w:spacing w:after="0"/>
              <w:rPr>
                <w:rFonts w:cs="Arial"/>
                <w:sz w:val="22"/>
                <w:lang w:val="pt-BR"/>
              </w:rPr>
            </w:pPr>
          </w:p>
        </w:tc>
      </w:tr>
      <w:tr w:rsidR="005A21E0" w:rsidRPr="00850028" w14:paraId="04F8FDBA" w14:textId="77777777" w:rsidTr="004B518C">
        <w:trPr>
          <w:jc w:val="center"/>
        </w:trPr>
        <w:tc>
          <w:tcPr>
            <w:tcW w:w="2160" w:type="dxa"/>
            <w:tcMar>
              <w:top w:w="80" w:type="dxa"/>
              <w:left w:w="100" w:type="dxa"/>
              <w:bottom w:w="80" w:type="dxa"/>
              <w:right w:w="100" w:type="dxa"/>
            </w:tcMar>
            <w:vAlign w:val="center"/>
          </w:tcPr>
          <w:p w14:paraId="4E78C4AD"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0A1E0482"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3C9F92AB" w14:textId="77777777" w:rsidR="005A21E0" w:rsidRPr="00850028" w:rsidRDefault="005A21E0">
            <w:pPr>
              <w:spacing w:after="0"/>
              <w:rPr>
                <w:rFonts w:cs="Arial"/>
                <w:sz w:val="22"/>
                <w:lang w:val="pt-BR"/>
              </w:rPr>
            </w:pPr>
          </w:p>
        </w:tc>
        <w:tc>
          <w:tcPr>
            <w:tcW w:w="3312" w:type="dxa"/>
            <w:tcMar>
              <w:top w:w="80" w:type="dxa"/>
              <w:left w:w="100" w:type="dxa"/>
              <w:bottom w:w="80" w:type="dxa"/>
              <w:right w:w="100" w:type="dxa"/>
            </w:tcMar>
            <w:vAlign w:val="center"/>
          </w:tcPr>
          <w:p w14:paraId="50CA80BD"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03B9AB9B" w14:textId="77777777" w:rsidR="005A21E0" w:rsidRPr="00850028" w:rsidRDefault="005A21E0">
            <w:pPr>
              <w:spacing w:after="0"/>
              <w:rPr>
                <w:rFonts w:cs="Arial"/>
                <w:sz w:val="22"/>
                <w:lang w:val="pt-BR"/>
              </w:rPr>
            </w:pPr>
          </w:p>
        </w:tc>
      </w:tr>
      <w:tr w:rsidR="005A21E0" w:rsidRPr="00850028" w14:paraId="1DF122B9" w14:textId="77777777" w:rsidTr="004B518C">
        <w:trPr>
          <w:jc w:val="center"/>
        </w:trPr>
        <w:tc>
          <w:tcPr>
            <w:tcW w:w="2160" w:type="dxa"/>
            <w:tcMar>
              <w:top w:w="80" w:type="dxa"/>
              <w:left w:w="100" w:type="dxa"/>
              <w:bottom w:w="80" w:type="dxa"/>
              <w:right w:w="100" w:type="dxa"/>
            </w:tcMar>
            <w:vAlign w:val="center"/>
          </w:tcPr>
          <w:p w14:paraId="5F2A86AF"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7D7DD7AA"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5FC78AC5" w14:textId="77777777" w:rsidR="005A21E0" w:rsidRPr="00850028" w:rsidRDefault="005A21E0">
            <w:pPr>
              <w:spacing w:after="0"/>
              <w:rPr>
                <w:rFonts w:cs="Arial"/>
                <w:sz w:val="22"/>
                <w:lang w:val="pt-BR"/>
              </w:rPr>
            </w:pPr>
          </w:p>
        </w:tc>
        <w:tc>
          <w:tcPr>
            <w:tcW w:w="3312" w:type="dxa"/>
            <w:tcMar>
              <w:top w:w="80" w:type="dxa"/>
              <w:left w:w="100" w:type="dxa"/>
              <w:bottom w:w="80" w:type="dxa"/>
              <w:right w:w="100" w:type="dxa"/>
            </w:tcMar>
            <w:vAlign w:val="center"/>
          </w:tcPr>
          <w:p w14:paraId="052384B5"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3EA6BEC3" w14:textId="77777777" w:rsidR="005A21E0" w:rsidRPr="00850028" w:rsidRDefault="005A21E0">
            <w:pPr>
              <w:spacing w:after="0"/>
              <w:rPr>
                <w:rFonts w:cs="Arial"/>
                <w:sz w:val="22"/>
                <w:lang w:val="pt-BR"/>
              </w:rPr>
            </w:pPr>
          </w:p>
        </w:tc>
      </w:tr>
      <w:tr w:rsidR="005A21E0" w:rsidRPr="00850028" w14:paraId="63AE7166" w14:textId="77777777" w:rsidTr="004B518C">
        <w:trPr>
          <w:jc w:val="center"/>
        </w:trPr>
        <w:tc>
          <w:tcPr>
            <w:tcW w:w="2160" w:type="dxa"/>
            <w:tcMar>
              <w:top w:w="80" w:type="dxa"/>
              <w:left w:w="100" w:type="dxa"/>
              <w:bottom w:w="80" w:type="dxa"/>
              <w:right w:w="100" w:type="dxa"/>
            </w:tcMar>
            <w:vAlign w:val="center"/>
          </w:tcPr>
          <w:p w14:paraId="46CDCB8E"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6006D0D7"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0086A22C" w14:textId="77777777" w:rsidR="005A21E0" w:rsidRPr="00850028" w:rsidRDefault="005A21E0">
            <w:pPr>
              <w:spacing w:after="0"/>
              <w:rPr>
                <w:rFonts w:cs="Arial"/>
                <w:sz w:val="22"/>
                <w:lang w:val="pt-BR"/>
              </w:rPr>
            </w:pPr>
          </w:p>
        </w:tc>
        <w:tc>
          <w:tcPr>
            <w:tcW w:w="3312" w:type="dxa"/>
            <w:tcMar>
              <w:top w:w="80" w:type="dxa"/>
              <w:left w:w="100" w:type="dxa"/>
              <w:bottom w:w="80" w:type="dxa"/>
              <w:right w:w="100" w:type="dxa"/>
            </w:tcMar>
            <w:vAlign w:val="center"/>
          </w:tcPr>
          <w:p w14:paraId="48083233"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7D7A9B8D" w14:textId="77777777" w:rsidR="005A21E0" w:rsidRPr="00850028" w:rsidRDefault="005A21E0">
            <w:pPr>
              <w:spacing w:after="0"/>
              <w:rPr>
                <w:rFonts w:cs="Arial"/>
                <w:sz w:val="22"/>
                <w:lang w:val="pt-BR"/>
              </w:rPr>
            </w:pPr>
          </w:p>
        </w:tc>
      </w:tr>
    </w:tbl>
    <w:p w14:paraId="6852CD79" w14:textId="77777777" w:rsidR="005A21E0" w:rsidRPr="00850028" w:rsidRDefault="00010011">
      <w:pPr>
        <w:pStyle w:val="Ttulo1"/>
        <w:rPr>
          <w:rFonts w:ascii="Arial" w:hAnsi="Arial" w:cs="Arial"/>
          <w:color w:val="auto"/>
          <w:sz w:val="22"/>
          <w:szCs w:val="22"/>
          <w:lang w:val="pt-BR"/>
        </w:rPr>
      </w:pPr>
      <w:r w:rsidRPr="00850028">
        <w:rPr>
          <w:rFonts w:ascii="Arial" w:hAnsi="Arial" w:cs="Arial"/>
          <w:color w:val="auto"/>
          <w:sz w:val="24"/>
          <w:szCs w:val="22"/>
          <w:lang w:val="pt-BR"/>
        </w:rPr>
        <w:t>10. Cronograma de execução</w:t>
      </w:r>
    </w:p>
    <w:tbl>
      <w:tblPr>
        <w:tblW w:w="10656"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016"/>
        <w:gridCol w:w="1728"/>
        <w:gridCol w:w="4032"/>
        <w:gridCol w:w="1440"/>
        <w:gridCol w:w="1440"/>
      </w:tblGrid>
      <w:tr w:rsidR="005A21E0" w:rsidRPr="00850028" w14:paraId="0E2E19D5" w14:textId="77777777" w:rsidTr="004B518C">
        <w:trPr>
          <w:tblHeader/>
          <w:jc w:val="center"/>
        </w:trPr>
        <w:tc>
          <w:tcPr>
            <w:tcW w:w="2016" w:type="dxa"/>
            <w:shd w:val="clear" w:color="auto" w:fill="808080" w:themeFill="background1" w:themeFillShade="80"/>
            <w:tcMar>
              <w:top w:w="80" w:type="dxa"/>
              <w:left w:w="100" w:type="dxa"/>
              <w:bottom w:w="80" w:type="dxa"/>
              <w:right w:w="100" w:type="dxa"/>
            </w:tcMar>
            <w:vAlign w:val="center"/>
          </w:tcPr>
          <w:p w14:paraId="4BA18009"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Atividade</w:t>
            </w:r>
          </w:p>
        </w:tc>
        <w:tc>
          <w:tcPr>
            <w:tcW w:w="1728" w:type="dxa"/>
            <w:shd w:val="clear" w:color="auto" w:fill="808080" w:themeFill="background1" w:themeFillShade="80"/>
            <w:tcMar>
              <w:top w:w="80" w:type="dxa"/>
              <w:left w:w="100" w:type="dxa"/>
              <w:bottom w:w="80" w:type="dxa"/>
              <w:right w:w="100" w:type="dxa"/>
            </w:tcMar>
            <w:vAlign w:val="center"/>
          </w:tcPr>
          <w:p w14:paraId="0DB9B463"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Etapa</w:t>
            </w:r>
          </w:p>
        </w:tc>
        <w:tc>
          <w:tcPr>
            <w:tcW w:w="4032" w:type="dxa"/>
            <w:shd w:val="clear" w:color="auto" w:fill="808080" w:themeFill="background1" w:themeFillShade="80"/>
            <w:tcMar>
              <w:top w:w="80" w:type="dxa"/>
              <w:left w:w="100" w:type="dxa"/>
              <w:bottom w:w="80" w:type="dxa"/>
              <w:right w:w="100" w:type="dxa"/>
            </w:tcMar>
            <w:vAlign w:val="center"/>
          </w:tcPr>
          <w:p w14:paraId="2849E8A6"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Descrição</w:t>
            </w:r>
          </w:p>
        </w:tc>
        <w:tc>
          <w:tcPr>
            <w:tcW w:w="1440" w:type="dxa"/>
            <w:shd w:val="clear" w:color="auto" w:fill="808080" w:themeFill="background1" w:themeFillShade="80"/>
            <w:tcMar>
              <w:top w:w="80" w:type="dxa"/>
              <w:left w:w="100" w:type="dxa"/>
              <w:bottom w:w="80" w:type="dxa"/>
              <w:right w:w="100" w:type="dxa"/>
            </w:tcMar>
            <w:vAlign w:val="center"/>
          </w:tcPr>
          <w:p w14:paraId="366EE200"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Início</w:t>
            </w:r>
          </w:p>
        </w:tc>
        <w:tc>
          <w:tcPr>
            <w:tcW w:w="1440" w:type="dxa"/>
            <w:shd w:val="clear" w:color="auto" w:fill="808080" w:themeFill="background1" w:themeFillShade="80"/>
            <w:tcMar>
              <w:top w:w="80" w:type="dxa"/>
              <w:left w:w="100" w:type="dxa"/>
              <w:bottom w:w="80" w:type="dxa"/>
              <w:right w:w="100" w:type="dxa"/>
            </w:tcMar>
            <w:vAlign w:val="center"/>
          </w:tcPr>
          <w:p w14:paraId="56E0EE98"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Fim</w:t>
            </w:r>
          </w:p>
        </w:tc>
      </w:tr>
      <w:tr w:rsidR="005A21E0" w:rsidRPr="00850028" w14:paraId="2820A851" w14:textId="77777777" w:rsidTr="004B518C">
        <w:trPr>
          <w:jc w:val="center"/>
        </w:trPr>
        <w:tc>
          <w:tcPr>
            <w:tcW w:w="2016" w:type="dxa"/>
            <w:tcMar>
              <w:top w:w="80" w:type="dxa"/>
              <w:left w:w="100" w:type="dxa"/>
              <w:bottom w:w="80" w:type="dxa"/>
              <w:right w:w="100" w:type="dxa"/>
            </w:tcMar>
            <w:vAlign w:val="center"/>
          </w:tcPr>
          <w:p w14:paraId="19A1C757"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6E69089A" w14:textId="77777777" w:rsidR="005A21E0" w:rsidRPr="00850028" w:rsidRDefault="005A21E0">
            <w:pPr>
              <w:spacing w:after="0"/>
              <w:rPr>
                <w:rFonts w:cs="Arial"/>
                <w:sz w:val="22"/>
                <w:lang w:val="pt-BR"/>
              </w:rPr>
            </w:pPr>
          </w:p>
        </w:tc>
        <w:tc>
          <w:tcPr>
            <w:tcW w:w="4032" w:type="dxa"/>
            <w:tcMar>
              <w:top w:w="80" w:type="dxa"/>
              <w:left w:w="100" w:type="dxa"/>
              <w:bottom w:w="80" w:type="dxa"/>
              <w:right w:w="100" w:type="dxa"/>
            </w:tcMar>
            <w:vAlign w:val="center"/>
          </w:tcPr>
          <w:p w14:paraId="4E7BFE65"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05DB4BAD"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48F2DD4D" w14:textId="77777777" w:rsidR="005A21E0" w:rsidRPr="00850028" w:rsidRDefault="005A21E0">
            <w:pPr>
              <w:spacing w:after="0"/>
              <w:rPr>
                <w:rFonts w:cs="Arial"/>
                <w:sz w:val="22"/>
                <w:lang w:val="pt-BR"/>
              </w:rPr>
            </w:pPr>
          </w:p>
        </w:tc>
      </w:tr>
      <w:tr w:rsidR="005A21E0" w:rsidRPr="00850028" w14:paraId="529FDF71" w14:textId="77777777" w:rsidTr="004B518C">
        <w:trPr>
          <w:jc w:val="center"/>
        </w:trPr>
        <w:tc>
          <w:tcPr>
            <w:tcW w:w="2016" w:type="dxa"/>
            <w:tcMar>
              <w:top w:w="80" w:type="dxa"/>
              <w:left w:w="100" w:type="dxa"/>
              <w:bottom w:w="80" w:type="dxa"/>
              <w:right w:w="100" w:type="dxa"/>
            </w:tcMar>
            <w:vAlign w:val="center"/>
          </w:tcPr>
          <w:p w14:paraId="07E600FF"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1DC0FAC0" w14:textId="77777777" w:rsidR="005A21E0" w:rsidRPr="00850028" w:rsidRDefault="005A21E0">
            <w:pPr>
              <w:spacing w:after="0"/>
              <w:rPr>
                <w:rFonts w:cs="Arial"/>
                <w:sz w:val="22"/>
                <w:lang w:val="pt-BR"/>
              </w:rPr>
            </w:pPr>
          </w:p>
        </w:tc>
        <w:tc>
          <w:tcPr>
            <w:tcW w:w="4032" w:type="dxa"/>
            <w:tcMar>
              <w:top w:w="80" w:type="dxa"/>
              <w:left w:w="100" w:type="dxa"/>
              <w:bottom w:w="80" w:type="dxa"/>
              <w:right w:w="100" w:type="dxa"/>
            </w:tcMar>
            <w:vAlign w:val="center"/>
          </w:tcPr>
          <w:p w14:paraId="0F604F80"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7CD69A5E"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4FED032E" w14:textId="77777777" w:rsidR="005A21E0" w:rsidRPr="00850028" w:rsidRDefault="005A21E0">
            <w:pPr>
              <w:spacing w:after="0"/>
              <w:rPr>
                <w:rFonts w:cs="Arial"/>
                <w:sz w:val="22"/>
                <w:lang w:val="pt-BR"/>
              </w:rPr>
            </w:pPr>
          </w:p>
        </w:tc>
      </w:tr>
      <w:tr w:rsidR="005A21E0" w:rsidRPr="00850028" w14:paraId="5FE5878D" w14:textId="77777777" w:rsidTr="004B518C">
        <w:trPr>
          <w:jc w:val="center"/>
        </w:trPr>
        <w:tc>
          <w:tcPr>
            <w:tcW w:w="2016" w:type="dxa"/>
            <w:tcMar>
              <w:top w:w="80" w:type="dxa"/>
              <w:left w:w="100" w:type="dxa"/>
              <w:bottom w:w="80" w:type="dxa"/>
              <w:right w:w="100" w:type="dxa"/>
            </w:tcMar>
            <w:vAlign w:val="center"/>
          </w:tcPr>
          <w:p w14:paraId="5A4BC2D2"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277DEB26" w14:textId="77777777" w:rsidR="005A21E0" w:rsidRPr="00850028" w:rsidRDefault="005A21E0">
            <w:pPr>
              <w:spacing w:after="0"/>
              <w:rPr>
                <w:rFonts w:cs="Arial"/>
                <w:sz w:val="22"/>
                <w:lang w:val="pt-BR"/>
              </w:rPr>
            </w:pPr>
          </w:p>
        </w:tc>
        <w:tc>
          <w:tcPr>
            <w:tcW w:w="4032" w:type="dxa"/>
            <w:tcMar>
              <w:top w:w="80" w:type="dxa"/>
              <w:left w:w="100" w:type="dxa"/>
              <w:bottom w:w="80" w:type="dxa"/>
              <w:right w:w="100" w:type="dxa"/>
            </w:tcMar>
            <w:vAlign w:val="center"/>
          </w:tcPr>
          <w:p w14:paraId="24B2EA1F"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7ECC6E84"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03B8B432" w14:textId="77777777" w:rsidR="005A21E0" w:rsidRPr="00850028" w:rsidRDefault="005A21E0">
            <w:pPr>
              <w:spacing w:after="0"/>
              <w:rPr>
                <w:rFonts w:cs="Arial"/>
                <w:sz w:val="22"/>
                <w:lang w:val="pt-BR"/>
              </w:rPr>
            </w:pPr>
          </w:p>
        </w:tc>
      </w:tr>
      <w:tr w:rsidR="005A21E0" w:rsidRPr="00850028" w14:paraId="1DCAC83A" w14:textId="77777777" w:rsidTr="004B518C">
        <w:trPr>
          <w:jc w:val="center"/>
        </w:trPr>
        <w:tc>
          <w:tcPr>
            <w:tcW w:w="2016" w:type="dxa"/>
            <w:tcMar>
              <w:top w:w="80" w:type="dxa"/>
              <w:left w:w="100" w:type="dxa"/>
              <w:bottom w:w="80" w:type="dxa"/>
              <w:right w:w="100" w:type="dxa"/>
            </w:tcMar>
            <w:vAlign w:val="center"/>
          </w:tcPr>
          <w:p w14:paraId="038E1E91"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7E375B31" w14:textId="77777777" w:rsidR="005A21E0" w:rsidRPr="00850028" w:rsidRDefault="005A21E0">
            <w:pPr>
              <w:spacing w:after="0"/>
              <w:rPr>
                <w:rFonts w:cs="Arial"/>
                <w:sz w:val="22"/>
                <w:lang w:val="pt-BR"/>
              </w:rPr>
            </w:pPr>
          </w:p>
        </w:tc>
        <w:tc>
          <w:tcPr>
            <w:tcW w:w="4032" w:type="dxa"/>
            <w:tcMar>
              <w:top w:w="80" w:type="dxa"/>
              <w:left w:w="100" w:type="dxa"/>
              <w:bottom w:w="80" w:type="dxa"/>
              <w:right w:w="100" w:type="dxa"/>
            </w:tcMar>
            <w:vAlign w:val="center"/>
          </w:tcPr>
          <w:p w14:paraId="2CB261AF"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525A4C37"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6D2ACB6B" w14:textId="77777777" w:rsidR="005A21E0" w:rsidRPr="00850028" w:rsidRDefault="005A21E0">
            <w:pPr>
              <w:spacing w:after="0"/>
              <w:rPr>
                <w:rFonts w:cs="Arial"/>
                <w:sz w:val="22"/>
                <w:lang w:val="pt-BR"/>
              </w:rPr>
            </w:pPr>
          </w:p>
        </w:tc>
      </w:tr>
      <w:tr w:rsidR="005A21E0" w:rsidRPr="00850028" w14:paraId="19E52F5C" w14:textId="77777777" w:rsidTr="004B518C">
        <w:trPr>
          <w:jc w:val="center"/>
        </w:trPr>
        <w:tc>
          <w:tcPr>
            <w:tcW w:w="2016" w:type="dxa"/>
            <w:tcMar>
              <w:top w:w="80" w:type="dxa"/>
              <w:left w:w="100" w:type="dxa"/>
              <w:bottom w:w="80" w:type="dxa"/>
              <w:right w:w="100" w:type="dxa"/>
            </w:tcMar>
            <w:vAlign w:val="center"/>
          </w:tcPr>
          <w:p w14:paraId="07701265"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717E5E71" w14:textId="77777777" w:rsidR="005A21E0" w:rsidRPr="00850028" w:rsidRDefault="005A21E0">
            <w:pPr>
              <w:spacing w:after="0"/>
              <w:rPr>
                <w:rFonts w:cs="Arial"/>
                <w:sz w:val="22"/>
                <w:lang w:val="pt-BR"/>
              </w:rPr>
            </w:pPr>
          </w:p>
        </w:tc>
        <w:tc>
          <w:tcPr>
            <w:tcW w:w="4032" w:type="dxa"/>
            <w:tcMar>
              <w:top w:w="80" w:type="dxa"/>
              <w:left w:w="100" w:type="dxa"/>
              <w:bottom w:w="80" w:type="dxa"/>
              <w:right w:w="100" w:type="dxa"/>
            </w:tcMar>
            <w:vAlign w:val="center"/>
          </w:tcPr>
          <w:p w14:paraId="17FA0645"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6DCF4A39"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445F5FA6" w14:textId="77777777" w:rsidR="005A21E0" w:rsidRPr="00850028" w:rsidRDefault="005A21E0">
            <w:pPr>
              <w:spacing w:after="0"/>
              <w:rPr>
                <w:rFonts w:cs="Arial"/>
                <w:sz w:val="22"/>
                <w:lang w:val="pt-BR"/>
              </w:rPr>
            </w:pPr>
          </w:p>
        </w:tc>
      </w:tr>
      <w:tr w:rsidR="005A21E0" w:rsidRPr="00850028" w14:paraId="3E32F497" w14:textId="77777777" w:rsidTr="004B518C">
        <w:trPr>
          <w:jc w:val="center"/>
        </w:trPr>
        <w:tc>
          <w:tcPr>
            <w:tcW w:w="2016" w:type="dxa"/>
            <w:tcMar>
              <w:top w:w="80" w:type="dxa"/>
              <w:left w:w="100" w:type="dxa"/>
              <w:bottom w:w="80" w:type="dxa"/>
              <w:right w:w="100" w:type="dxa"/>
            </w:tcMar>
            <w:vAlign w:val="center"/>
          </w:tcPr>
          <w:p w14:paraId="08569DEA"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7DF4C40A" w14:textId="77777777" w:rsidR="005A21E0" w:rsidRPr="00850028" w:rsidRDefault="005A21E0">
            <w:pPr>
              <w:spacing w:after="0"/>
              <w:rPr>
                <w:rFonts w:cs="Arial"/>
                <w:sz w:val="22"/>
                <w:lang w:val="pt-BR"/>
              </w:rPr>
            </w:pPr>
          </w:p>
        </w:tc>
        <w:tc>
          <w:tcPr>
            <w:tcW w:w="4032" w:type="dxa"/>
            <w:tcMar>
              <w:top w:w="80" w:type="dxa"/>
              <w:left w:w="100" w:type="dxa"/>
              <w:bottom w:w="80" w:type="dxa"/>
              <w:right w:w="100" w:type="dxa"/>
            </w:tcMar>
            <w:vAlign w:val="center"/>
          </w:tcPr>
          <w:p w14:paraId="3211B004"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6B9A5102"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1A22A57A" w14:textId="77777777" w:rsidR="005A21E0" w:rsidRPr="00850028" w:rsidRDefault="005A21E0">
            <w:pPr>
              <w:spacing w:after="0"/>
              <w:rPr>
                <w:rFonts w:cs="Arial"/>
                <w:sz w:val="22"/>
                <w:lang w:val="pt-BR"/>
              </w:rPr>
            </w:pPr>
          </w:p>
        </w:tc>
      </w:tr>
      <w:tr w:rsidR="005A21E0" w:rsidRPr="00850028" w14:paraId="359BF83B" w14:textId="77777777" w:rsidTr="004B518C">
        <w:trPr>
          <w:jc w:val="center"/>
        </w:trPr>
        <w:tc>
          <w:tcPr>
            <w:tcW w:w="2016" w:type="dxa"/>
            <w:tcMar>
              <w:top w:w="80" w:type="dxa"/>
              <w:left w:w="100" w:type="dxa"/>
              <w:bottom w:w="80" w:type="dxa"/>
              <w:right w:w="100" w:type="dxa"/>
            </w:tcMar>
            <w:vAlign w:val="center"/>
          </w:tcPr>
          <w:p w14:paraId="43DE1255"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397219AD" w14:textId="77777777" w:rsidR="005A21E0" w:rsidRPr="00850028" w:rsidRDefault="005A21E0">
            <w:pPr>
              <w:spacing w:after="0"/>
              <w:rPr>
                <w:rFonts w:cs="Arial"/>
                <w:sz w:val="22"/>
                <w:lang w:val="pt-BR"/>
              </w:rPr>
            </w:pPr>
          </w:p>
        </w:tc>
        <w:tc>
          <w:tcPr>
            <w:tcW w:w="4032" w:type="dxa"/>
            <w:tcMar>
              <w:top w:w="80" w:type="dxa"/>
              <w:left w:w="100" w:type="dxa"/>
              <w:bottom w:w="80" w:type="dxa"/>
              <w:right w:w="100" w:type="dxa"/>
            </w:tcMar>
            <w:vAlign w:val="center"/>
          </w:tcPr>
          <w:p w14:paraId="694FD0AC"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3605339F"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009A2C23" w14:textId="77777777" w:rsidR="005A21E0" w:rsidRPr="00850028" w:rsidRDefault="005A21E0">
            <w:pPr>
              <w:spacing w:after="0"/>
              <w:rPr>
                <w:rFonts w:cs="Arial"/>
                <w:sz w:val="22"/>
                <w:lang w:val="pt-BR"/>
              </w:rPr>
            </w:pPr>
          </w:p>
        </w:tc>
      </w:tr>
      <w:tr w:rsidR="005A21E0" w:rsidRPr="00850028" w14:paraId="364DD13A" w14:textId="77777777" w:rsidTr="004B518C">
        <w:trPr>
          <w:jc w:val="center"/>
        </w:trPr>
        <w:tc>
          <w:tcPr>
            <w:tcW w:w="2016" w:type="dxa"/>
            <w:tcMar>
              <w:top w:w="80" w:type="dxa"/>
              <w:left w:w="100" w:type="dxa"/>
              <w:bottom w:w="80" w:type="dxa"/>
              <w:right w:w="100" w:type="dxa"/>
            </w:tcMar>
            <w:vAlign w:val="center"/>
          </w:tcPr>
          <w:p w14:paraId="3B8ECE25" w14:textId="77777777" w:rsidR="005A21E0" w:rsidRPr="00850028" w:rsidRDefault="005A21E0">
            <w:pPr>
              <w:spacing w:after="0"/>
              <w:rPr>
                <w:rFonts w:cs="Arial"/>
                <w:sz w:val="22"/>
                <w:lang w:val="pt-BR"/>
              </w:rPr>
            </w:pPr>
          </w:p>
        </w:tc>
        <w:tc>
          <w:tcPr>
            <w:tcW w:w="1728" w:type="dxa"/>
            <w:tcMar>
              <w:top w:w="80" w:type="dxa"/>
              <w:left w:w="100" w:type="dxa"/>
              <w:bottom w:w="80" w:type="dxa"/>
              <w:right w:w="100" w:type="dxa"/>
            </w:tcMar>
            <w:vAlign w:val="center"/>
          </w:tcPr>
          <w:p w14:paraId="70873728" w14:textId="77777777" w:rsidR="005A21E0" w:rsidRPr="00850028" w:rsidRDefault="005A21E0">
            <w:pPr>
              <w:spacing w:after="0"/>
              <w:rPr>
                <w:rFonts w:cs="Arial"/>
                <w:sz w:val="22"/>
                <w:lang w:val="pt-BR"/>
              </w:rPr>
            </w:pPr>
          </w:p>
        </w:tc>
        <w:tc>
          <w:tcPr>
            <w:tcW w:w="4032" w:type="dxa"/>
            <w:tcMar>
              <w:top w:w="80" w:type="dxa"/>
              <w:left w:w="100" w:type="dxa"/>
              <w:bottom w:w="80" w:type="dxa"/>
              <w:right w:w="100" w:type="dxa"/>
            </w:tcMar>
            <w:vAlign w:val="center"/>
          </w:tcPr>
          <w:p w14:paraId="0E5BF1F2"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785D807E"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361748BA" w14:textId="77777777" w:rsidR="005A21E0" w:rsidRPr="00850028" w:rsidRDefault="005A21E0">
            <w:pPr>
              <w:spacing w:after="0"/>
              <w:rPr>
                <w:rFonts w:cs="Arial"/>
                <w:sz w:val="22"/>
                <w:lang w:val="pt-BR"/>
              </w:rPr>
            </w:pPr>
          </w:p>
        </w:tc>
      </w:tr>
    </w:tbl>
    <w:p w14:paraId="266B69DB" w14:textId="77777777" w:rsidR="005A21E0" w:rsidRPr="00850028" w:rsidRDefault="00010011">
      <w:pPr>
        <w:pStyle w:val="Ttulo1"/>
        <w:rPr>
          <w:rFonts w:ascii="Arial" w:hAnsi="Arial" w:cs="Arial"/>
          <w:color w:val="auto"/>
          <w:sz w:val="22"/>
          <w:szCs w:val="22"/>
          <w:lang w:val="pt-BR"/>
        </w:rPr>
      </w:pPr>
      <w:r w:rsidRPr="00850028">
        <w:rPr>
          <w:rFonts w:ascii="Arial" w:hAnsi="Arial" w:cs="Arial"/>
          <w:color w:val="auto"/>
          <w:sz w:val="24"/>
          <w:szCs w:val="22"/>
          <w:lang w:val="pt-BR"/>
        </w:rPr>
        <w:t>11. Planilha orçamentária</w:t>
      </w:r>
    </w:p>
    <w:tbl>
      <w:tblPr>
        <w:tblW w:w="1080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152"/>
        <w:gridCol w:w="3168"/>
        <w:gridCol w:w="1008"/>
        <w:gridCol w:w="720"/>
        <w:gridCol w:w="1440"/>
        <w:gridCol w:w="1440"/>
        <w:gridCol w:w="1872"/>
      </w:tblGrid>
      <w:tr w:rsidR="005A21E0" w:rsidRPr="00850028" w14:paraId="76AF9A4F" w14:textId="77777777" w:rsidTr="001B5578">
        <w:trPr>
          <w:tblHeader/>
          <w:jc w:val="center"/>
        </w:trPr>
        <w:tc>
          <w:tcPr>
            <w:tcW w:w="1152" w:type="dxa"/>
            <w:shd w:val="clear" w:color="auto" w:fill="808080" w:themeFill="background1" w:themeFillShade="80"/>
            <w:tcMar>
              <w:top w:w="80" w:type="dxa"/>
              <w:left w:w="100" w:type="dxa"/>
              <w:bottom w:w="80" w:type="dxa"/>
              <w:right w:w="100" w:type="dxa"/>
            </w:tcMar>
            <w:vAlign w:val="center"/>
          </w:tcPr>
          <w:p w14:paraId="57276D05"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Meta/etapa</w:t>
            </w:r>
          </w:p>
        </w:tc>
        <w:tc>
          <w:tcPr>
            <w:tcW w:w="3168" w:type="dxa"/>
            <w:shd w:val="clear" w:color="auto" w:fill="808080" w:themeFill="background1" w:themeFillShade="80"/>
            <w:tcMar>
              <w:top w:w="80" w:type="dxa"/>
              <w:left w:w="100" w:type="dxa"/>
              <w:bottom w:w="80" w:type="dxa"/>
              <w:right w:w="100" w:type="dxa"/>
            </w:tcMar>
            <w:vAlign w:val="center"/>
          </w:tcPr>
          <w:p w14:paraId="1E8E41F1"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Item e justificativa</w:t>
            </w:r>
          </w:p>
        </w:tc>
        <w:tc>
          <w:tcPr>
            <w:tcW w:w="1008" w:type="dxa"/>
            <w:shd w:val="clear" w:color="auto" w:fill="808080" w:themeFill="background1" w:themeFillShade="80"/>
            <w:tcMar>
              <w:top w:w="80" w:type="dxa"/>
              <w:left w:w="100" w:type="dxa"/>
              <w:bottom w:w="80" w:type="dxa"/>
              <w:right w:w="100" w:type="dxa"/>
            </w:tcMar>
            <w:vAlign w:val="center"/>
          </w:tcPr>
          <w:p w14:paraId="52848E52"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Unidade</w:t>
            </w:r>
          </w:p>
        </w:tc>
        <w:tc>
          <w:tcPr>
            <w:tcW w:w="720" w:type="dxa"/>
            <w:shd w:val="clear" w:color="auto" w:fill="808080" w:themeFill="background1" w:themeFillShade="80"/>
            <w:tcMar>
              <w:top w:w="80" w:type="dxa"/>
              <w:left w:w="100" w:type="dxa"/>
              <w:bottom w:w="80" w:type="dxa"/>
              <w:right w:w="100" w:type="dxa"/>
            </w:tcMar>
            <w:vAlign w:val="center"/>
          </w:tcPr>
          <w:p w14:paraId="4254BC7A"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Qtd.</w:t>
            </w:r>
          </w:p>
        </w:tc>
        <w:tc>
          <w:tcPr>
            <w:tcW w:w="1440" w:type="dxa"/>
            <w:shd w:val="clear" w:color="auto" w:fill="808080" w:themeFill="background1" w:themeFillShade="80"/>
            <w:tcMar>
              <w:top w:w="80" w:type="dxa"/>
              <w:left w:w="100" w:type="dxa"/>
              <w:bottom w:w="80" w:type="dxa"/>
              <w:right w:w="100" w:type="dxa"/>
            </w:tcMar>
            <w:vAlign w:val="center"/>
          </w:tcPr>
          <w:p w14:paraId="47CF623F"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Valor unitário</w:t>
            </w:r>
          </w:p>
        </w:tc>
        <w:tc>
          <w:tcPr>
            <w:tcW w:w="1440" w:type="dxa"/>
            <w:shd w:val="clear" w:color="auto" w:fill="808080" w:themeFill="background1" w:themeFillShade="80"/>
            <w:tcMar>
              <w:top w:w="80" w:type="dxa"/>
              <w:left w:w="100" w:type="dxa"/>
              <w:bottom w:w="80" w:type="dxa"/>
              <w:right w:w="100" w:type="dxa"/>
            </w:tcMar>
            <w:vAlign w:val="center"/>
          </w:tcPr>
          <w:p w14:paraId="79F8E120"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Valor total</w:t>
            </w:r>
          </w:p>
        </w:tc>
        <w:tc>
          <w:tcPr>
            <w:tcW w:w="1872" w:type="dxa"/>
            <w:shd w:val="clear" w:color="auto" w:fill="808080" w:themeFill="background1" w:themeFillShade="80"/>
            <w:tcMar>
              <w:top w:w="80" w:type="dxa"/>
              <w:left w:w="100" w:type="dxa"/>
              <w:bottom w:w="80" w:type="dxa"/>
              <w:right w:w="100" w:type="dxa"/>
            </w:tcMar>
            <w:vAlign w:val="center"/>
          </w:tcPr>
          <w:p w14:paraId="5BE18B73" w14:textId="77777777" w:rsidR="005A21E0" w:rsidRPr="00850028" w:rsidRDefault="00010011">
            <w:pPr>
              <w:spacing w:after="0"/>
              <w:jc w:val="center"/>
              <w:rPr>
                <w:rFonts w:cs="Arial"/>
                <w:color w:val="FFFFFF" w:themeColor="background1"/>
                <w:sz w:val="22"/>
                <w:lang w:val="pt-BR"/>
              </w:rPr>
            </w:pPr>
            <w:r w:rsidRPr="00850028">
              <w:rPr>
                <w:rFonts w:cs="Arial"/>
                <w:b/>
                <w:color w:val="FFFFFF" w:themeColor="background1"/>
                <w:lang w:val="pt-BR"/>
              </w:rPr>
              <w:t>Referências de preço</w:t>
            </w:r>
          </w:p>
        </w:tc>
      </w:tr>
      <w:tr w:rsidR="005A21E0" w:rsidRPr="00850028" w14:paraId="368844BC" w14:textId="77777777" w:rsidTr="001B5578">
        <w:trPr>
          <w:jc w:val="center"/>
        </w:trPr>
        <w:tc>
          <w:tcPr>
            <w:tcW w:w="1152" w:type="dxa"/>
            <w:tcMar>
              <w:top w:w="80" w:type="dxa"/>
              <w:left w:w="100" w:type="dxa"/>
              <w:bottom w:w="80" w:type="dxa"/>
              <w:right w:w="100" w:type="dxa"/>
            </w:tcMar>
            <w:vAlign w:val="center"/>
          </w:tcPr>
          <w:p w14:paraId="49BFB93E" w14:textId="77777777" w:rsidR="005A21E0" w:rsidRPr="00850028" w:rsidRDefault="005A21E0">
            <w:pPr>
              <w:spacing w:after="0"/>
              <w:rPr>
                <w:rFonts w:cs="Arial"/>
                <w:sz w:val="22"/>
                <w:lang w:val="pt-BR"/>
              </w:rPr>
            </w:pPr>
          </w:p>
        </w:tc>
        <w:tc>
          <w:tcPr>
            <w:tcW w:w="3168" w:type="dxa"/>
            <w:tcMar>
              <w:top w:w="80" w:type="dxa"/>
              <w:left w:w="100" w:type="dxa"/>
              <w:bottom w:w="80" w:type="dxa"/>
              <w:right w:w="100" w:type="dxa"/>
            </w:tcMar>
            <w:vAlign w:val="center"/>
          </w:tcPr>
          <w:p w14:paraId="5B3252C4" w14:textId="77777777" w:rsidR="005A21E0" w:rsidRPr="00850028" w:rsidRDefault="005A21E0">
            <w:pPr>
              <w:spacing w:after="0"/>
              <w:rPr>
                <w:rFonts w:cs="Arial"/>
                <w:sz w:val="22"/>
                <w:lang w:val="pt-BR"/>
              </w:rPr>
            </w:pPr>
          </w:p>
        </w:tc>
        <w:tc>
          <w:tcPr>
            <w:tcW w:w="1008" w:type="dxa"/>
            <w:tcMar>
              <w:top w:w="80" w:type="dxa"/>
              <w:left w:w="100" w:type="dxa"/>
              <w:bottom w:w="80" w:type="dxa"/>
              <w:right w:w="100" w:type="dxa"/>
            </w:tcMar>
            <w:vAlign w:val="center"/>
          </w:tcPr>
          <w:p w14:paraId="349E21D7" w14:textId="77777777" w:rsidR="005A21E0" w:rsidRPr="00850028" w:rsidRDefault="005A21E0">
            <w:pPr>
              <w:spacing w:after="0"/>
              <w:rPr>
                <w:rFonts w:cs="Arial"/>
                <w:sz w:val="22"/>
                <w:lang w:val="pt-BR"/>
              </w:rPr>
            </w:pPr>
          </w:p>
        </w:tc>
        <w:tc>
          <w:tcPr>
            <w:tcW w:w="720" w:type="dxa"/>
            <w:tcMar>
              <w:top w:w="80" w:type="dxa"/>
              <w:left w:w="100" w:type="dxa"/>
              <w:bottom w:w="80" w:type="dxa"/>
              <w:right w:w="100" w:type="dxa"/>
            </w:tcMar>
            <w:vAlign w:val="center"/>
          </w:tcPr>
          <w:p w14:paraId="3184F984"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55651092"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2139A627"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3BA7FC56" w14:textId="77777777" w:rsidR="005A21E0" w:rsidRPr="00850028" w:rsidRDefault="005A21E0">
            <w:pPr>
              <w:spacing w:after="0"/>
              <w:rPr>
                <w:rFonts w:cs="Arial"/>
                <w:sz w:val="22"/>
                <w:lang w:val="pt-BR"/>
              </w:rPr>
            </w:pPr>
          </w:p>
        </w:tc>
      </w:tr>
      <w:tr w:rsidR="005A21E0" w:rsidRPr="00850028" w14:paraId="25AB625C" w14:textId="77777777" w:rsidTr="001B5578">
        <w:trPr>
          <w:jc w:val="center"/>
        </w:trPr>
        <w:tc>
          <w:tcPr>
            <w:tcW w:w="1152" w:type="dxa"/>
            <w:tcMar>
              <w:top w:w="80" w:type="dxa"/>
              <w:left w:w="100" w:type="dxa"/>
              <w:bottom w:w="80" w:type="dxa"/>
              <w:right w:w="100" w:type="dxa"/>
            </w:tcMar>
            <w:vAlign w:val="center"/>
          </w:tcPr>
          <w:p w14:paraId="24C1C3CE" w14:textId="77777777" w:rsidR="005A21E0" w:rsidRPr="00850028" w:rsidRDefault="005A21E0">
            <w:pPr>
              <w:spacing w:after="0"/>
              <w:rPr>
                <w:rFonts w:cs="Arial"/>
                <w:sz w:val="22"/>
                <w:lang w:val="pt-BR"/>
              </w:rPr>
            </w:pPr>
          </w:p>
        </w:tc>
        <w:tc>
          <w:tcPr>
            <w:tcW w:w="3168" w:type="dxa"/>
            <w:tcMar>
              <w:top w:w="80" w:type="dxa"/>
              <w:left w:w="100" w:type="dxa"/>
              <w:bottom w:w="80" w:type="dxa"/>
              <w:right w:w="100" w:type="dxa"/>
            </w:tcMar>
            <w:vAlign w:val="center"/>
          </w:tcPr>
          <w:p w14:paraId="388171B4" w14:textId="77777777" w:rsidR="005A21E0" w:rsidRPr="00850028" w:rsidRDefault="005A21E0">
            <w:pPr>
              <w:spacing w:after="0"/>
              <w:rPr>
                <w:rFonts w:cs="Arial"/>
                <w:sz w:val="22"/>
                <w:lang w:val="pt-BR"/>
              </w:rPr>
            </w:pPr>
          </w:p>
        </w:tc>
        <w:tc>
          <w:tcPr>
            <w:tcW w:w="1008" w:type="dxa"/>
            <w:tcMar>
              <w:top w:w="80" w:type="dxa"/>
              <w:left w:w="100" w:type="dxa"/>
              <w:bottom w:w="80" w:type="dxa"/>
              <w:right w:w="100" w:type="dxa"/>
            </w:tcMar>
            <w:vAlign w:val="center"/>
          </w:tcPr>
          <w:p w14:paraId="58F3E540" w14:textId="77777777" w:rsidR="005A21E0" w:rsidRPr="00850028" w:rsidRDefault="005A21E0">
            <w:pPr>
              <w:spacing w:after="0"/>
              <w:rPr>
                <w:rFonts w:cs="Arial"/>
                <w:sz w:val="22"/>
                <w:lang w:val="pt-BR"/>
              </w:rPr>
            </w:pPr>
          </w:p>
        </w:tc>
        <w:tc>
          <w:tcPr>
            <w:tcW w:w="720" w:type="dxa"/>
            <w:tcMar>
              <w:top w:w="80" w:type="dxa"/>
              <w:left w:w="100" w:type="dxa"/>
              <w:bottom w:w="80" w:type="dxa"/>
              <w:right w:w="100" w:type="dxa"/>
            </w:tcMar>
            <w:vAlign w:val="center"/>
          </w:tcPr>
          <w:p w14:paraId="1FAEA071"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094DE0E0"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0BB8B257"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479E7997" w14:textId="77777777" w:rsidR="005A21E0" w:rsidRPr="00850028" w:rsidRDefault="005A21E0">
            <w:pPr>
              <w:spacing w:after="0"/>
              <w:rPr>
                <w:rFonts w:cs="Arial"/>
                <w:sz w:val="22"/>
                <w:lang w:val="pt-BR"/>
              </w:rPr>
            </w:pPr>
          </w:p>
        </w:tc>
      </w:tr>
      <w:tr w:rsidR="005A21E0" w:rsidRPr="00850028" w14:paraId="37646B82" w14:textId="77777777" w:rsidTr="001B5578">
        <w:trPr>
          <w:jc w:val="center"/>
        </w:trPr>
        <w:tc>
          <w:tcPr>
            <w:tcW w:w="1152" w:type="dxa"/>
            <w:tcMar>
              <w:top w:w="80" w:type="dxa"/>
              <w:left w:w="100" w:type="dxa"/>
              <w:bottom w:w="80" w:type="dxa"/>
              <w:right w:w="100" w:type="dxa"/>
            </w:tcMar>
            <w:vAlign w:val="center"/>
          </w:tcPr>
          <w:p w14:paraId="3AE9285B" w14:textId="77777777" w:rsidR="005A21E0" w:rsidRPr="00850028" w:rsidRDefault="005A21E0">
            <w:pPr>
              <w:spacing w:after="0"/>
              <w:rPr>
                <w:rFonts w:cs="Arial"/>
                <w:sz w:val="22"/>
                <w:lang w:val="pt-BR"/>
              </w:rPr>
            </w:pPr>
          </w:p>
        </w:tc>
        <w:tc>
          <w:tcPr>
            <w:tcW w:w="3168" w:type="dxa"/>
            <w:tcMar>
              <w:top w:w="80" w:type="dxa"/>
              <w:left w:w="100" w:type="dxa"/>
              <w:bottom w:w="80" w:type="dxa"/>
              <w:right w:w="100" w:type="dxa"/>
            </w:tcMar>
            <w:vAlign w:val="center"/>
          </w:tcPr>
          <w:p w14:paraId="1DBE0919" w14:textId="77777777" w:rsidR="005A21E0" w:rsidRPr="00850028" w:rsidRDefault="005A21E0">
            <w:pPr>
              <w:spacing w:after="0"/>
              <w:rPr>
                <w:rFonts w:cs="Arial"/>
                <w:sz w:val="22"/>
                <w:lang w:val="pt-BR"/>
              </w:rPr>
            </w:pPr>
          </w:p>
        </w:tc>
        <w:tc>
          <w:tcPr>
            <w:tcW w:w="1008" w:type="dxa"/>
            <w:tcMar>
              <w:top w:w="80" w:type="dxa"/>
              <w:left w:w="100" w:type="dxa"/>
              <w:bottom w:w="80" w:type="dxa"/>
              <w:right w:w="100" w:type="dxa"/>
            </w:tcMar>
            <w:vAlign w:val="center"/>
          </w:tcPr>
          <w:p w14:paraId="1E6FB5FD" w14:textId="77777777" w:rsidR="005A21E0" w:rsidRPr="00850028" w:rsidRDefault="005A21E0">
            <w:pPr>
              <w:spacing w:after="0"/>
              <w:rPr>
                <w:rFonts w:cs="Arial"/>
                <w:sz w:val="22"/>
                <w:lang w:val="pt-BR"/>
              </w:rPr>
            </w:pPr>
          </w:p>
        </w:tc>
        <w:tc>
          <w:tcPr>
            <w:tcW w:w="720" w:type="dxa"/>
            <w:tcMar>
              <w:top w:w="80" w:type="dxa"/>
              <w:left w:w="100" w:type="dxa"/>
              <w:bottom w:w="80" w:type="dxa"/>
              <w:right w:w="100" w:type="dxa"/>
            </w:tcMar>
            <w:vAlign w:val="center"/>
          </w:tcPr>
          <w:p w14:paraId="3EA55D56"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68FA8F72"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6F5DF522"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029208B3" w14:textId="77777777" w:rsidR="005A21E0" w:rsidRPr="00850028" w:rsidRDefault="005A21E0">
            <w:pPr>
              <w:spacing w:after="0"/>
              <w:rPr>
                <w:rFonts w:cs="Arial"/>
                <w:sz w:val="22"/>
                <w:lang w:val="pt-BR"/>
              </w:rPr>
            </w:pPr>
          </w:p>
        </w:tc>
      </w:tr>
      <w:tr w:rsidR="005A21E0" w:rsidRPr="00850028" w14:paraId="75DFB156" w14:textId="77777777" w:rsidTr="001B5578">
        <w:trPr>
          <w:jc w:val="center"/>
        </w:trPr>
        <w:tc>
          <w:tcPr>
            <w:tcW w:w="1152" w:type="dxa"/>
            <w:tcMar>
              <w:top w:w="80" w:type="dxa"/>
              <w:left w:w="100" w:type="dxa"/>
              <w:bottom w:w="80" w:type="dxa"/>
              <w:right w:w="100" w:type="dxa"/>
            </w:tcMar>
            <w:vAlign w:val="center"/>
          </w:tcPr>
          <w:p w14:paraId="227D21B6" w14:textId="77777777" w:rsidR="005A21E0" w:rsidRPr="00850028" w:rsidRDefault="005A21E0">
            <w:pPr>
              <w:spacing w:after="0"/>
              <w:rPr>
                <w:rFonts w:cs="Arial"/>
                <w:sz w:val="22"/>
                <w:lang w:val="pt-BR"/>
              </w:rPr>
            </w:pPr>
          </w:p>
        </w:tc>
        <w:tc>
          <w:tcPr>
            <w:tcW w:w="3168" w:type="dxa"/>
            <w:tcMar>
              <w:top w:w="80" w:type="dxa"/>
              <w:left w:w="100" w:type="dxa"/>
              <w:bottom w:w="80" w:type="dxa"/>
              <w:right w:w="100" w:type="dxa"/>
            </w:tcMar>
            <w:vAlign w:val="center"/>
          </w:tcPr>
          <w:p w14:paraId="35831889" w14:textId="77777777" w:rsidR="005A21E0" w:rsidRPr="00850028" w:rsidRDefault="005A21E0">
            <w:pPr>
              <w:spacing w:after="0"/>
              <w:rPr>
                <w:rFonts w:cs="Arial"/>
                <w:sz w:val="22"/>
                <w:lang w:val="pt-BR"/>
              </w:rPr>
            </w:pPr>
          </w:p>
        </w:tc>
        <w:tc>
          <w:tcPr>
            <w:tcW w:w="1008" w:type="dxa"/>
            <w:tcMar>
              <w:top w:w="80" w:type="dxa"/>
              <w:left w:w="100" w:type="dxa"/>
              <w:bottom w:w="80" w:type="dxa"/>
              <w:right w:w="100" w:type="dxa"/>
            </w:tcMar>
            <w:vAlign w:val="center"/>
          </w:tcPr>
          <w:p w14:paraId="01511C4F" w14:textId="77777777" w:rsidR="005A21E0" w:rsidRPr="00850028" w:rsidRDefault="005A21E0">
            <w:pPr>
              <w:spacing w:after="0"/>
              <w:rPr>
                <w:rFonts w:cs="Arial"/>
                <w:sz w:val="22"/>
                <w:lang w:val="pt-BR"/>
              </w:rPr>
            </w:pPr>
          </w:p>
        </w:tc>
        <w:tc>
          <w:tcPr>
            <w:tcW w:w="720" w:type="dxa"/>
            <w:tcMar>
              <w:top w:w="80" w:type="dxa"/>
              <w:left w:w="100" w:type="dxa"/>
              <w:bottom w:w="80" w:type="dxa"/>
              <w:right w:w="100" w:type="dxa"/>
            </w:tcMar>
            <w:vAlign w:val="center"/>
          </w:tcPr>
          <w:p w14:paraId="1FB7C2B1"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67B4B86C"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1B13EE73"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66AF8073" w14:textId="77777777" w:rsidR="005A21E0" w:rsidRPr="00850028" w:rsidRDefault="005A21E0">
            <w:pPr>
              <w:spacing w:after="0"/>
              <w:rPr>
                <w:rFonts w:cs="Arial"/>
                <w:sz w:val="22"/>
                <w:lang w:val="pt-BR"/>
              </w:rPr>
            </w:pPr>
          </w:p>
        </w:tc>
      </w:tr>
      <w:tr w:rsidR="005A21E0" w:rsidRPr="00850028" w14:paraId="12174DFE" w14:textId="77777777" w:rsidTr="001B5578">
        <w:trPr>
          <w:jc w:val="center"/>
        </w:trPr>
        <w:tc>
          <w:tcPr>
            <w:tcW w:w="1152" w:type="dxa"/>
            <w:tcMar>
              <w:top w:w="80" w:type="dxa"/>
              <w:left w:w="100" w:type="dxa"/>
              <w:bottom w:w="80" w:type="dxa"/>
              <w:right w:w="100" w:type="dxa"/>
            </w:tcMar>
            <w:vAlign w:val="center"/>
          </w:tcPr>
          <w:p w14:paraId="21A33039" w14:textId="77777777" w:rsidR="005A21E0" w:rsidRPr="00850028" w:rsidRDefault="005A21E0">
            <w:pPr>
              <w:spacing w:after="0"/>
              <w:rPr>
                <w:rFonts w:cs="Arial"/>
                <w:sz w:val="22"/>
                <w:lang w:val="pt-BR"/>
              </w:rPr>
            </w:pPr>
          </w:p>
        </w:tc>
        <w:tc>
          <w:tcPr>
            <w:tcW w:w="3168" w:type="dxa"/>
            <w:tcMar>
              <w:top w:w="80" w:type="dxa"/>
              <w:left w:w="100" w:type="dxa"/>
              <w:bottom w:w="80" w:type="dxa"/>
              <w:right w:w="100" w:type="dxa"/>
            </w:tcMar>
            <w:vAlign w:val="center"/>
          </w:tcPr>
          <w:p w14:paraId="0C7DB77A" w14:textId="77777777" w:rsidR="005A21E0" w:rsidRPr="00850028" w:rsidRDefault="005A21E0">
            <w:pPr>
              <w:spacing w:after="0"/>
              <w:rPr>
                <w:rFonts w:cs="Arial"/>
                <w:sz w:val="22"/>
                <w:lang w:val="pt-BR"/>
              </w:rPr>
            </w:pPr>
          </w:p>
        </w:tc>
        <w:tc>
          <w:tcPr>
            <w:tcW w:w="1008" w:type="dxa"/>
            <w:tcMar>
              <w:top w:w="80" w:type="dxa"/>
              <w:left w:w="100" w:type="dxa"/>
              <w:bottom w:w="80" w:type="dxa"/>
              <w:right w:w="100" w:type="dxa"/>
            </w:tcMar>
            <w:vAlign w:val="center"/>
          </w:tcPr>
          <w:p w14:paraId="4DF482B6" w14:textId="77777777" w:rsidR="005A21E0" w:rsidRPr="00850028" w:rsidRDefault="005A21E0">
            <w:pPr>
              <w:spacing w:after="0"/>
              <w:rPr>
                <w:rFonts w:cs="Arial"/>
                <w:sz w:val="22"/>
                <w:lang w:val="pt-BR"/>
              </w:rPr>
            </w:pPr>
          </w:p>
        </w:tc>
        <w:tc>
          <w:tcPr>
            <w:tcW w:w="720" w:type="dxa"/>
            <w:tcMar>
              <w:top w:w="80" w:type="dxa"/>
              <w:left w:w="100" w:type="dxa"/>
              <w:bottom w:w="80" w:type="dxa"/>
              <w:right w:w="100" w:type="dxa"/>
            </w:tcMar>
            <w:vAlign w:val="center"/>
          </w:tcPr>
          <w:p w14:paraId="38474D38"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226A33AA"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5F4CBDD3"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1E1B22EB" w14:textId="77777777" w:rsidR="005A21E0" w:rsidRPr="00850028" w:rsidRDefault="005A21E0">
            <w:pPr>
              <w:spacing w:after="0"/>
              <w:rPr>
                <w:rFonts w:cs="Arial"/>
                <w:sz w:val="22"/>
                <w:lang w:val="pt-BR"/>
              </w:rPr>
            </w:pPr>
          </w:p>
        </w:tc>
      </w:tr>
      <w:tr w:rsidR="005A21E0" w:rsidRPr="00850028" w14:paraId="437AAC3B" w14:textId="77777777" w:rsidTr="001B5578">
        <w:trPr>
          <w:jc w:val="center"/>
        </w:trPr>
        <w:tc>
          <w:tcPr>
            <w:tcW w:w="1152" w:type="dxa"/>
            <w:tcMar>
              <w:top w:w="80" w:type="dxa"/>
              <w:left w:w="100" w:type="dxa"/>
              <w:bottom w:w="80" w:type="dxa"/>
              <w:right w:w="100" w:type="dxa"/>
            </w:tcMar>
            <w:vAlign w:val="center"/>
          </w:tcPr>
          <w:p w14:paraId="2317BABA" w14:textId="77777777" w:rsidR="005A21E0" w:rsidRPr="00850028" w:rsidRDefault="005A21E0">
            <w:pPr>
              <w:spacing w:after="0"/>
              <w:rPr>
                <w:rFonts w:cs="Arial"/>
                <w:sz w:val="22"/>
                <w:lang w:val="pt-BR"/>
              </w:rPr>
            </w:pPr>
          </w:p>
        </w:tc>
        <w:tc>
          <w:tcPr>
            <w:tcW w:w="3168" w:type="dxa"/>
            <w:tcMar>
              <w:top w:w="80" w:type="dxa"/>
              <w:left w:w="100" w:type="dxa"/>
              <w:bottom w:w="80" w:type="dxa"/>
              <w:right w:w="100" w:type="dxa"/>
            </w:tcMar>
            <w:vAlign w:val="center"/>
          </w:tcPr>
          <w:p w14:paraId="606346E9" w14:textId="77777777" w:rsidR="005A21E0" w:rsidRPr="00850028" w:rsidRDefault="005A21E0">
            <w:pPr>
              <w:spacing w:after="0"/>
              <w:rPr>
                <w:rFonts w:cs="Arial"/>
                <w:sz w:val="22"/>
                <w:lang w:val="pt-BR"/>
              </w:rPr>
            </w:pPr>
          </w:p>
        </w:tc>
        <w:tc>
          <w:tcPr>
            <w:tcW w:w="1008" w:type="dxa"/>
            <w:tcMar>
              <w:top w:w="80" w:type="dxa"/>
              <w:left w:w="100" w:type="dxa"/>
              <w:bottom w:w="80" w:type="dxa"/>
              <w:right w:w="100" w:type="dxa"/>
            </w:tcMar>
            <w:vAlign w:val="center"/>
          </w:tcPr>
          <w:p w14:paraId="5BA45493" w14:textId="77777777" w:rsidR="005A21E0" w:rsidRPr="00850028" w:rsidRDefault="005A21E0">
            <w:pPr>
              <w:spacing w:after="0"/>
              <w:rPr>
                <w:rFonts w:cs="Arial"/>
                <w:sz w:val="22"/>
                <w:lang w:val="pt-BR"/>
              </w:rPr>
            </w:pPr>
          </w:p>
        </w:tc>
        <w:tc>
          <w:tcPr>
            <w:tcW w:w="720" w:type="dxa"/>
            <w:tcMar>
              <w:top w:w="80" w:type="dxa"/>
              <w:left w:w="100" w:type="dxa"/>
              <w:bottom w:w="80" w:type="dxa"/>
              <w:right w:w="100" w:type="dxa"/>
            </w:tcMar>
            <w:vAlign w:val="center"/>
          </w:tcPr>
          <w:p w14:paraId="4A4D75E0"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18AFF07D"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30A9A448"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771032D2" w14:textId="77777777" w:rsidR="005A21E0" w:rsidRPr="00850028" w:rsidRDefault="005A21E0">
            <w:pPr>
              <w:spacing w:after="0"/>
              <w:rPr>
                <w:rFonts w:cs="Arial"/>
                <w:sz w:val="22"/>
                <w:lang w:val="pt-BR"/>
              </w:rPr>
            </w:pPr>
          </w:p>
        </w:tc>
      </w:tr>
      <w:tr w:rsidR="005A21E0" w:rsidRPr="00850028" w14:paraId="414FA44F" w14:textId="77777777" w:rsidTr="001B5578">
        <w:trPr>
          <w:jc w:val="center"/>
        </w:trPr>
        <w:tc>
          <w:tcPr>
            <w:tcW w:w="1152" w:type="dxa"/>
            <w:tcMar>
              <w:top w:w="80" w:type="dxa"/>
              <w:left w:w="100" w:type="dxa"/>
              <w:bottom w:w="80" w:type="dxa"/>
              <w:right w:w="100" w:type="dxa"/>
            </w:tcMar>
            <w:vAlign w:val="center"/>
          </w:tcPr>
          <w:p w14:paraId="542E3CB5" w14:textId="77777777" w:rsidR="005A21E0" w:rsidRPr="00850028" w:rsidRDefault="005A21E0">
            <w:pPr>
              <w:spacing w:after="0"/>
              <w:rPr>
                <w:rFonts w:cs="Arial"/>
                <w:sz w:val="22"/>
                <w:lang w:val="pt-BR"/>
              </w:rPr>
            </w:pPr>
          </w:p>
        </w:tc>
        <w:tc>
          <w:tcPr>
            <w:tcW w:w="3168" w:type="dxa"/>
            <w:tcMar>
              <w:top w:w="80" w:type="dxa"/>
              <w:left w:w="100" w:type="dxa"/>
              <w:bottom w:w="80" w:type="dxa"/>
              <w:right w:w="100" w:type="dxa"/>
            </w:tcMar>
            <w:vAlign w:val="center"/>
          </w:tcPr>
          <w:p w14:paraId="0CDBCD77" w14:textId="77777777" w:rsidR="005A21E0" w:rsidRPr="00850028" w:rsidRDefault="005A21E0">
            <w:pPr>
              <w:spacing w:after="0"/>
              <w:rPr>
                <w:rFonts w:cs="Arial"/>
                <w:sz w:val="22"/>
                <w:lang w:val="pt-BR"/>
              </w:rPr>
            </w:pPr>
          </w:p>
        </w:tc>
        <w:tc>
          <w:tcPr>
            <w:tcW w:w="1008" w:type="dxa"/>
            <w:tcMar>
              <w:top w:w="80" w:type="dxa"/>
              <w:left w:w="100" w:type="dxa"/>
              <w:bottom w:w="80" w:type="dxa"/>
              <w:right w:w="100" w:type="dxa"/>
            </w:tcMar>
            <w:vAlign w:val="center"/>
          </w:tcPr>
          <w:p w14:paraId="6765FC4F" w14:textId="77777777" w:rsidR="005A21E0" w:rsidRPr="00850028" w:rsidRDefault="005A21E0">
            <w:pPr>
              <w:spacing w:after="0"/>
              <w:rPr>
                <w:rFonts w:cs="Arial"/>
                <w:sz w:val="22"/>
                <w:lang w:val="pt-BR"/>
              </w:rPr>
            </w:pPr>
          </w:p>
        </w:tc>
        <w:tc>
          <w:tcPr>
            <w:tcW w:w="720" w:type="dxa"/>
            <w:tcMar>
              <w:top w:w="80" w:type="dxa"/>
              <w:left w:w="100" w:type="dxa"/>
              <w:bottom w:w="80" w:type="dxa"/>
              <w:right w:w="100" w:type="dxa"/>
            </w:tcMar>
            <w:vAlign w:val="center"/>
          </w:tcPr>
          <w:p w14:paraId="4E8D57BD"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1F6BBCDD"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03391D8A"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412EF3E6" w14:textId="77777777" w:rsidR="005A21E0" w:rsidRPr="00850028" w:rsidRDefault="005A21E0">
            <w:pPr>
              <w:spacing w:after="0"/>
              <w:rPr>
                <w:rFonts w:cs="Arial"/>
                <w:sz w:val="22"/>
                <w:lang w:val="pt-BR"/>
              </w:rPr>
            </w:pPr>
          </w:p>
        </w:tc>
      </w:tr>
      <w:tr w:rsidR="005A21E0" w:rsidRPr="00850028" w14:paraId="08973D66" w14:textId="77777777" w:rsidTr="001B5578">
        <w:trPr>
          <w:jc w:val="center"/>
        </w:trPr>
        <w:tc>
          <w:tcPr>
            <w:tcW w:w="1152" w:type="dxa"/>
            <w:tcMar>
              <w:top w:w="80" w:type="dxa"/>
              <w:left w:w="100" w:type="dxa"/>
              <w:bottom w:w="80" w:type="dxa"/>
              <w:right w:w="100" w:type="dxa"/>
            </w:tcMar>
            <w:vAlign w:val="center"/>
          </w:tcPr>
          <w:p w14:paraId="275F4ECE" w14:textId="77777777" w:rsidR="005A21E0" w:rsidRPr="00850028" w:rsidRDefault="005A21E0">
            <w:pPr>
              <w:spacing w:after="0"/>
              <w:rPr>
                <w:rFonts w:cs="Arial"/>
                <w:sz w:val="22"/>
                <w:lang w:val="pt-BR"/>
              </w:rPr>
            </w:pPr>
          </w:p>
        </w:tc>
        <w:tc>
          <w:tcPr>
            <w:tcW w:w="3168" w:type="dxa"/>
            <w:tcMar>
              <w:top w:w="80" w:type="dxa"/>
              <w:left w:w="100" w:type="dxa"/>
              <w:bottom w:w="80" w:type="dxa"/>
              <w:right w:w="100" w:type="dxa"/>
            </w:tcMar>
            <w:vAlign w:val="center"/>
          </w:tcPr>
          <w:p w14:paraId="0E5F0217" w14:textId="77777777" w:rsidR="005A21E0" w:rsidRPr="00850028" w:rsidRDefault="005A21E0">
            <w:pPr>
              <w:spacing w:after="0"/>
              <w:rPr>
                <w:rFonts w:cs="Arial"/>
                <w:sz w:val="22"/>
                <w:lang w:val="pt-BR"/>
              </w:rPr>
            </w:pPr>
          </w:p>
        </w:tc>
        <w:tc>
          <w:tcPr>
            <w:tcW w:w="1008" w:type="dxa"/>
            <w:tcMar>
              <w:top w:w="80" w:type="dxa"/>
              <w:left w:w="100" w:type="dxa"/>
              <w:bottom w:w="80" w:type="dxa"/>
              <w:right w:w="100" w:type="dxa"/>
            </w:tcMar>
            <w:vAlign w:val="center"/>
          </w:tcPr>
          <w:p w14:paraId="6DDFEA3E" w14:textId="77777777" w:rsidR="005A21E0" w:rsidRPr="00850028" w:rsidRDefault="005A21E0">
            <w:pPr>
              <w:spacing w:after="0"/>
              <w:rPr>
                <w:rFonts w:cs="Arial"/>
                <w:sz w:val="22"/>
                <w:lang w:val="pt-BR"/>
              </w:rPr>
            </w:pPr>
          </w:p>
        </w:tc>
        <w:tc>
          <w:tcPr>
            <w:tcW w:w="720" w:type="dxa"/>
            <w:tcMar>
              <w:top w:w="80" w:type="dxa"/>
              <w:left w:w="100" w:type="dxa"/>
              <w:bottom w:w="80" w:type="dxa"/>
              <w:right w:w="100" w:type="dxa"/>
            </w:tcMar>
            <w:vAlign w:val="center"/>
          </w:tcPr>
          <w:p w14:paraId="422A4E13"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6C020AFD"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256C6ED1"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4BE418C6" w14:textId="77777777" w:rsidR="005A21E0" w:rsidRPr="00850028" w:rsidRDefault="005A21E0">
            <w:pPr>
              <w:spacing w:after="0"/>
              <w:rPr>
                <w:rFonts w:cs="Arial"/>
                <w:sz w:val="22"/>
                <w:lang w:val="pt-BR"/>
              </w:rPr>
            </w:pPr>
          </w:p>
        </w:tc>
      </w:tr>
      <w:tr w:rsidR="005A21E0" w:rsidRPr="00850028" w14:paraId="3A3CA217" w14:textId="77777777" w:rsidTr="001B5578">
        <w:trPr>
          <w:jc w:val="center"/>
        </w:trPr>
        <w:tc>
          <w:tcPr>
            <w:tcW w:w="1152" w:type="dxa"/>
            <w:tcMar>
              <w:top w:w="80" w:type="dxa"/>
              <w:left w:w="100" w:type="dxa"/>
              <w:bottom w:w="80" w:type="dxa"/>
              <w:right w:w="100" w:type="dxa"/>
            </w:tcMar>
            <w:vAlign w:val="center"/>
          </w:tcPr>
          <w:p w14:paraId="2D1B20E3" w14:textId="77777777" w:rsidR="005A21E0" w:rsidRPr="00850028" w:rsidRDefault="005A21E0">
            <w:pPr>
              <w:spacing w:after="0"/>
              <w:rPr>
                <w:rFonts w:cs="Arial"/>
                <w:sz w:val="22"/>
                <w:lang w:val="pt-BR"/>
              </w:rPr>
            </w:pPr>
          </w:p>
        </w:tc>
        <w:tc>
          <w:tcPr>
            <w:tcW w:w="3168" w:type="dxa"/>
            <w:tcMar>
              <w:top w:w="80" w:type="dxa"/>
              <w:left w:w="100" w:type="dxa"/>
              <w:bottom w:w="80" w:type="dxa"/>
              <w:right w:w="100" w:type="dxa"/>
            </w:tcMar>
            <w:vAlign w:val="center"/>
          </w:tcPr>
          <w:p w14:paraId="04C96C1A" w14:textId="77777777" w:rsidR="005A21E0" w:rsidRPr="00850028" w:rsidRDefault="005A21E0">
            <w:pPr>
              <w:spacing w:after="0"/>
              <w:rPr>
                <w:rFonts w:cs="Arial"/>
                <w:sz w:val="22"/>
                <w:lang w:val="pt-BR"/>
              </w:rPr>
            </w:pPr>
          </w:p>
        </w:tc>
        <w:tc>
          <w:tcPr>
            <w:tcW w:w="1008" w:type="dxa"/>
            <w:tcMar>
              <w:top w:w="80" w:type="dxa"/>
              <w:left w:w="100" w:type="dxa"/>
              <w:bottom w:w="80" w:type="dxa"/>
              <w:right w:w="100" w:type="dxa"/>
            </w:tcMar>
            <w:vAlign w:val="center"/>
          </w:tcPr>
          <w:p w14:paraId="3E44C76F" w14:textId="77777777" w:rsidR="005A21E0" w:rsidRPr="00850028" w:rsidRDefault="005A21E0">
            <w:pPr>
              <w:spacing w:after="0"/>
              <w:rPr>
                <w:rFonts w:cs="Arial"/>
                <w:sz w:val="22"/>
                <w:lang w:val="pt-BR"/>
              </w:rPr>
            </w:pPr>
          </w:p>
        </w:tc>
        <w:tc>
          <w:tcPr>
            <w:tcW w:w="720" w:type="dxa"/>
            <w:tcMar>
              <w:top w:w="80" w:type="dxa"/>
              <w:left w:w="100" w:type="dxa"/>
              <w:bottom w:w="80" w:type="dxa"/>
              <w:right w:w="100" w:type="dxa"/>
            </w:tcMar>
            <w:vAlign w:val="center"/>
          </w:tcPr>
          <w:p w14:paraId="6FA3CAAF"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79A381D9" w14:textId="77777777" w:rsidR="005A21E0" w:rsidRPr="00850028" w:rsidRDefault="005A21E0">
            <w:pPr>
              <w:spacing w:after="0"/>
              <w:rPr>
                <w:rFonts w:cs="Arial"/>
                <w:sz w:val="22"/>
                <w:lang w:val="pt-BR"/>
              </w:rPr>
            </w:pPr>
          </w:p>
        </w:tc>
        <w:tc>
          <w:tcPr>
            <w:tcW w:w="1440" w:type="dxa"/>
            <w:tcMar>
              <w:top w:w="80" w:type="dxa"/>
              <w:left w:w="100" w:type="dxa"/>
              <w:bottom w:w="80" w:type="dxa"/>
              <w:right w:w="100" w:type="dxa"/>
            </w:tcMar>
            <w:vAlign w:val="center"/>
          </w:tcPr>
          <w:p w14:paraId="10B95FCA" w14:textId="77777777" w:rsidR="005A21E0" w:rsidRPr="00850028" w:rsidRDefault="005A21E0">
            <w:pPr>
              <w:spacing w:after="0"/>
              <w:rPr>
                <w:rFonts w:cs="Arial"/>
                <w:sz w:val="22"/>
                <w:lang w:val="pt-BR"/>
              </w:rPr>
            </w:pPr>
          </w:p>
        </w:tc>
        <w:tc>
          <w:tcPr>
            <w:tcW w:w="1872" w:type="dxa"/>
            <w:tcMar>
              <w:top w:w="80" w:type="dxa"/>
              <w:left w:w="100" w:type="dxa"/>
              <w:bottom w:w="80" w:type="dxa"/>
              <w:right w:w="100" w:type="dxa"/>
            </w:tcMar>
            <w:vAlign w:val="center"/>
          </w:tcPr>
          <w:p w14:paraId="329C88E6" w14:textId="77777777" w:rsidR="005A21E0" w:rsidRPr="00850028" w:rsidRDefault="005A21E0">
            <w:pPr>
              <w:spacing w:after="0"/>
              <w:rPr>
                <w:rFonts w:cs="Arial"/>
                <w:sz w:val="22"/>
                <w:lang w:val="pt-BR"/>
              </w:rPr>
            </w:pPr>
          </w:p>
        </w:tc>
      </w:tr>
    </w:tbl>
    <w:p w14:paraId="1D9C5CC4" w14:textId="77777777" w:rsidR="005A21E0" w:rsidRPr="00850028" w:rsidRDefault="00010011">
      <w:pPr>
        <w:jc w:val="right"/>
        <w:rPr>
          <w:rFonts w:cs="Arial"/>
          <w:sz w:val="22"/>
          <w:lang w:val="pt-BR"/>
        </w:rPr>
      </w:pPr>
      <w:r w:rsidRPr="00850028">
        <w:rPr>
          <w:rFonts w:cs="Arial"/>
          <w:b/>
          <w:lang w:val="pt-BR"/>
        </w:rPr>
        <w:t>VALOR TOTAL DO PROJETO: R$ __________________________</w:t>
      </w:r>
    </w:p>
    <w:p w14:paraId="27138A85" w14:textId="77777777" w:rsidR="00CB0277" w:rsidRPr="00850028" w:rsidRDefault="00CB0277" w:rsidP="00CB0277">
      <w:pPr>
        <w:pStyle w:val="Ttulo1"/>
        <w:rPr>
          <w:rFonts w:ascii="Arial" w:hAnsi="Arial" w:cs="Arial"/>
          <w:color w:val="auto"/>
          <w:sz w:val="22"/>
          <w:szCs w:val="22"/>
          <w:lang w:val="pt-BR"/>
        </w:rPr>
      </w:pPr>
      <w:r w:rsidRPr="00850028">
        <w:rPr>
          <w:rFonts w:ascii="Arial" w:hAnsi="Arial" w:cs="Arial"/>
          <w:color w:val="auto"/>
          <w:sz w:val="24"/>
          <w:szCs w:val="22"/>
          <w:lang w:val="pt-BR"/>
        </w:rPr>
        <w:t>12. Referências utilizadas para elaboração do orçamento</w:t>
      </w:r>
    </w:p>
    <w:p w14:paraId="33B5D27B" w14:textId="77777777" w:rsidR="00CB0277" w:rsidRPr="00850028" w:rsidRDefault="00CB0277" w:rsidP="00CB0277">
      <w:pPr>
        <w:jc w:val="both"/>
        <w:rPr>
          <w:rFonts w:cs="Arial"/>
          <w:sz w:val="22"/>
          <w:lang w:val="pt-BR"/>
        </w:rPr>
      </w:pPr>
      <w:r w:rsidRPr="00850028">
        <w:rPr>
          <w:rFonts w:cs="Arial"/>
          <w:lang w:val="pt-BR"/>
        </w:rPr>
        <w:t>Informe, quando possível, as fontes ou referências utilizadas para estimar os valores do projeto. Poderão ser utilizadas tabelas referenciais, bancos de preços, contratações semelhantes, propostas de fornecedores, páginas da internet, mídia especializada ou outros meios adequados à natureza da despesa.</w:t>
      </w:r>
    </w:p>
    <w:p w14:paraId="68E2EAA4" w14:textId="77777777" w:rsidR="00CB0277" w:rsidRPr="00850028" w:rsidRDefault="00CB0277" w:rsidP="00CB0277">
      <w:pPr>
        <w:jc w:val="both"/>
        <w:rPr>
          <w:rFonts w:cs="Arial"/>
          <w:sz w:val="22"/>
          <w:lang w:val="pt-BR"/>
        </w:rPr>
      </w:pPr>
      <w:r w:rsidRPr="00850028">
        <w:rPr>
          <w:rFonts w:cs="Arial"/>
          <w:b/>
          <w:bCs/>
          <w:lang w:val="pt-BR"/>
        </w:rPr>
        <w:lastRenderedPageBreak/>
        <w:t>Não é obrigatória a apresentação de três cotações para cada item nem a utilização de média aritmética.</w:t>
      </w:r>
      <w:r w:rsidRPr="00850028">
        <w:rPr>
          <w:rFonts w:cs="Arial"/>
          <w:lang w:val="pt-BR"/>
        </w:rPr>
        <w:t xml:space="preserve"> </w:t>
      </w:r>
    </w:p>
    <w:p w14:paraId="61587B11" w14:textId="352F0BC2" w:rsidR="00CB0277" w:rsidRPr="00850028" w:rsidRDefault="00CB0277" w:rsidP="00CB0277">
      <w:pPr>
        <w:jc w:val="both"/>
        <w:rPr>
          <w:rFonts w:cs="Arial"/>
          <w:sz w:val="22"/>
          <w:lang w:val="pt-BR"/>
        </w:rPr>
      </w:pPr>
      <w:r w:rsidRPr="00850028">
        <w:rPr>
          <w:rFonts w:cs="Arial"/>
          <w:lang w:val="pt-BR"/>
        </w:rPr>
        <w:t>Caso determinado valor decorra da singularidade do profissional, da natureza artística, das condições do território ou de outra circunstância específica, o proponente poderá apresentar uma justificativa.</w:t>
      </w:r>
    </w:p>
    <w:tbl>
      <w:tblPr>
        <w:tblW w:w="10472"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30"/>
        <w:gridCol w:w="4209"/>
        <w:gridCol w:w="4733"/>
      </w:tblGrid>
      <w:tr w:rsidR="004B518C" w:rsidRPr="00850028" w14:paraId="0530C085" w14:textId="77777777" w:rsidTr="004B518C">
        <w:trPr>
          <w:trHeight w:val="830"/>
          <w:tblHeader/>
          <w:jc w:val="center"/>
        </w:trPr>
        <w:tc>
          <w:tcPr>
            <w:tcW w:w="1530" w:type="dxa"/>
            <w:shd w:val="clear" w:color="auto" w:fill="808080" w:themeFill="background1" w:themeFillShade="80"/>
            <w:tcMar>
              <w:top w:w="80" w:type="dxa"/>
              <w:left w:w="100" w:type="dxa"/>
              <w:bottom w:w="80" w:type="dxa"/>
              <w:right w:w="100" w:type="dxa"/>
            </w:tcMar>
            <w:vAlign w:val="center"/>
          </w:tcPr>
          <w:p w14:paraId="0CC87036" w14:textId="6C3EF1B9" w:rsidR="004B518C" w:rsidRPr="00850028" w:rsidRDefault="004B518C" w:rsidP="009166E2">
            <w:pPr>
              <w:spacing w:after="0"/>
              <w:jc w:val="center"/>
              <w:rPr>
                <w:rFonts w:cs="Arial"/>
                <w:color w:val="FFFFFF" w:themeColor="background1"/>
                <w:sz w:val="22"/>
                <w:lang w:val="pt-BR"/>
              </w:rPr>
            </w:pPr>
            <w:r w:rsidRPr="00850028">
              <w:rPr>
                <w:rFonts w:cs="Arial"/>
                <w:b/>
                <w:color w:val="FFFFFF" w:themeColor="background1"/>
                <w:lang w:val="pt-BR"/>
              </w:rPr>
              <w:t>Item do orçamento</w:t>
            </w:r>
          </w:p>
        </w:tc>
        <w:tc>
          <w:tcPr>
            <w:tcW w:w="4209" w:type="dxa"/>
            <w:shd w:val="clear" w:color="auto" w:fill="808080" w:themeFill="background1" w:themeFillShade="80"/>
            <w:tcMar>
              <w:top w:w="80" w:type="dxa"/>
              <w:left w:w="100" w:type="dxa"/>
              <w:bottom w:w="80" w:type="dxa"/>
              <w:right w:w="100" w:type="dxa"/>
            </w:tcMar>
            <w:vAlign w:val="center"/>
          </w:tcPr>
          <w:p w14:paraId="00858896" w14:textId="2B343443" w:rsidR="004B518C" w:rsidRPr="00850028" w:rsidRDefault="004B518C" w:rsidP="009166E2">
            <w:pPr>
              <w:spacing w:after="0"/>
              <w:jc w:val="center"/>
              <w:rPr>
                <w:rFonts w:cs="Arial"/>
                <w:color w:val="FFFFFF" w:themeColor="background1"/>
                <w:sz w:val="22"/>
                <w:lang w:val="pt-BR"/>
              </w:rPr>
            </w:pPr>
            <w:r w:rsidRPr="00850028">
              <w:rPr>
                <w:rFonts w:cs="Arial"/>
                <w:b/>
                <w:color w:val="FFFFFF" w:themeColor="background1"/>
                <w:lang w:val="pt-BR"/>
              </w:rPr>
              <w:t>Fonte ou referência consultada, se disponível</w:t>
            </w:r>
          </w:p>
        </w:tc>
        <w:tc>
          <w:tcPr>
            <w:tcW w:w="4733" w:type="dxa"/>
            <w:shd w:val="clear" w:color="auto" w:fill="808080" w:themeFill="background1" w:themeFillShade="80"/>
            <w:tcMar>
              <w:top w:w="80" w:type="dxa"/>
              <w:left w:w="100" w:type="dxa"/>
              <w:bottom w:w="80" w:type="dxa"/>
              <w:right w:w="100" w:type="dxa"/>
            </w:tcMar>
            <w:vAlign w:val="center"/>
          </w:tcPr>
          <w:p w14:paraId="1DD5821D" w14:textId="277A8BFD" w:rsidR="004B518C" w:rsidRPr="00850028" w:rsidRDefault="004B518C" w:rsidP="009166E2">
            <w:pPr>
              <w:spacing w:after="0"/>
              <w:jc w:val="center"/>
              <w:rPr>
                <w:rFonts w:cs="Arial"/>
                <w:color w:val="FFFFFF" w:themeColor="background1"/>
                <w:sz w:val="22"/>
                <w:lang w:val="pt-BR"/>
              </w:rPr>
            </w:pPr>
            <w:r w:rsidRPr="00850028">
              <w:rPr>
                <w:rFonts w:cs="Arial"/>
                <w:b/>
                <w:color w:val="FFFFFF" w:themeColor="background1"/>
                <w:lang w:val="pt-BR"/>
              </w:rPr>
              <w:t>Justificativa ou observação, se necessária</w:t>
            </w:r>
          </w:p>
        </w:tc>
      </w:tr>
      <w:tr w:rsidR="004B518C" w:rsidRPr="00850028" w14:paraId="1C357FFA" w14:textId="77777777" w:rsidTr="004B518C">
        <w:trPr>
          <w:trHeight w:val="263"/>
          <w:jc w:val="center"/>
        </w:trPr>
        <w:tc>
          <w:tcPr>
            <w:tcW w:w="1530" w:type="dxa"/>
            <w:tcMar>
              <w:top w:w="80" w:type="dxa"/>
              <w:left w:w="100" w:type="dxa"/>
              <w:bottom w:w="80" w:type="dxa"/>
              <w:right w:w="100" w:type="dxa"/>
            </w:tcMar>
            <w:vAlign w:val="center"/>
          </w:tcPr>
          <w:p w14:paraId="3A5667AD" w14:textId="77777777" w:rsidR="004B518C" w:rsidRPr="00850028" w:rsidRDefault="004B518C" w:rsidP="009166E2">
            <w:pPr>
              <w:spacing w:after="0"/>
              <w:rPr>
                <w:rFonts w:cs="Arial"/>
                <w:sz w:val="22"/>
                <w:lang w:val="pt-BR"/>
              </w:rPr>
            </w:pPr>
          </w:p>
        </w:tc>
        <w:tc>
          <w:tcPr>
            <w:tcW w:w="4209" w:type="dxa"/>
            <w:tcMar>
              <w:top w:w="80" w:type="dxa"/>
              <w:left w:w="100" w:type="dxa"/>
              <w:bottom w:w="80" w:type="dxa"/>
              <w:right w:w="100" w:type="dxa"/>
            </w:tcMar>
            <w:vAlign w:val="center"/>
          </w:tcPr>
          <w:p w14:paraId="1FD42045" w14:textId="77777777" w:rsidR="004B518C" w:rsidRPr="00850028" w:rsidRDefault="004B518C" w:rsidP="009166E2">
            <w:pPr>
              <w:spacing w:after="0"/>
              <w:rPr>
                <w:rFonts w:cs="Arial"/>
                <w:sz w:val="22"/>
                <w:lang w:val="pt-BR"/>
              </w:rPr>
            </w:pPr>
          </w:p>
        </w:tc>
        <w:tc>
          <w:tcPr>
            <w:tcW w:w="4733" w:type="dxa"/>
            <w:tcMar>
              <w:top w:w="80" w:type="dxa"/>
              <w:left w:w="100" w:type="dxa"/>
              <w:bottom w:w="80" w:type="dxa"/>
              <w:right w:w="100" w:type="dxa"/>
            </w:tcMar>
            <w:vAlign w:val="center"/>
          </w:tcPr>
          <w:p w14:paraId="27E6ACB8" w14:textId="77777777" w:rsidR="004B518C" w:rsidRPr="00850028" w:rsidRDefault="004B518C" w:rsidP="009166E2">
            <w:pPr>
              <w:spacing w:after="0"/>
              <w:rPr>
                <w:rFonts w:cs="Arial"/>
                <w:sz w:val="22"/>
                <w:lang w:val="pt-BR"/>
              </w:rPr>
            </w:pPr>
          </w:p>
        </w:tc>
      </w:tr>
      <w:tr w:rsidR="004B518C" w:rsidRPr="00850028" w14:paraId="6DB45808" w14:textId="77777777" w:rsidTr="004B518C">
        <w:trPr>
          <w:trHeight w:val="272"/>
          <w:jc w:val="center"/>
        </w:trPr>
        <w:tc>
          <w:tcPr>
            <w:tcW w:w="1530" w:type="dxa"/>
            <w:tcMar>
              <w:top w:w="80" w:type="dxa"/>
              <w:left w:w="100" w:type="dxa"/>
              <w:bottom w:w="80" w:type="dxa"/>
              <w:right w:w="100" w:type="dxa"/>
            </w:tcMar>
            <w:vAlign w:val="center"/>
          </w:tcPr>
          <w:p w14:paraId="4B7B644C" w14:textId="77777777" w:rsidR="004B518C" w:rsidRPr="00850028" w:rsidRDefault="004B518C" w:rsidP="009166E2">
            <w:pPr>
              <w:spacing w:after="0"/>
              <w:rPr>
                <w:rFonts w:cs="Arial"/>
                <w:sz w:val="22"/>
                <w:lang w:val="pt-BR"/>
              </w:rPr>
            </w:pPr>
          </w:p>
        </w:tc>
        <w:tc>
          <w:tcPr>
            <w:tcW w:w="4209" w:type="dxa"/>
            <w:tcMar>
              <w:top w:w="80" w:type="dxa"/>
              <w:left w:w="100" w:type="dxa"/>
              <w:bottom w:w="80" w:type="dxa"/>
              <w:right w:w="100" w:type="dxa"/>
            </w:tcMar>
            <w:vAlign w:val="center"/>
          </w:tcPr>
          <w:p w14:paraId="57C3A694" w14:textId="77777777" w:rsidR="004B518C" w:rsidRPr="00850028" w:rsidRDefault="004B518C" w:rsidP="009166E2">
            <w:pPr>
              <w:spacing w:after="0"/>
              <w:rPr>
                <w:rFonts w:cs="Arial"/>
                <w:sz w:val="22"/>
                <w:lang w:val="pt-BR"/>
              </w:rPr>
            </w:pPr>
          </w:p>
        </w:tc>
        <w:tc>
          <w:tcPr>
            <w:tcW w:w="4733" w:type="dxa"/>
            <w:tcMar>
              <w:top w:w="80" w:type="dxa"/>
              <w:left w:w="100" w:type="dxa"/>
              <w:bottom w:w="80" w:type="dxa"/>
              <w:right w:w="100" w:type="dxa"/>
            </w:tcMar>
            <w:vAlign w:val="center"/>
          </w:tcPr>
          <w:p w14:paraId="07DA55FC" w14:textId="77777777" w:rsidR="004B518C" w:rsidRPr="00850028" w:rsidRDefault="004B518C" w:rsidP="009166E2">
            <w:pPr>
              <w:spacing w:after="0"/>
              <w:rPr>
                <w:rFonts w:cs="Arial"/>
                <w:sz w:val="22"/>
                <w:lang w:val="pt-BR"/>
              </w:rPr>
            </w:pPr>
          </w:p>
        </w:tc>
      </w:tr>
      <w:tr w:rsidR="004B518C" w:rsidRPr="00850028" w14:paraId="59059F47" w14:textId="77777777" w:rsidTr="004B518C">
        <w:trPr>
          <w:trHeight w:val="272"/>
          <w:jc w:val="center"/>
        </w:trPr>
        <w:tc>
          <w:tcPr>
            <w:tcW w:w="1530" w:type="dxa"/>
            <w:tcMar>
              <w:top w:w="80" w:type="dxa"/>
              <w:left w:w="100" w:type="dxa"/>
              <w:bottom w:w="80" w:type="dxa"/>
              <w:right w:w="100" w:type="dxa"/>
            </w:tcMar>
            <w:vAlign w:val="center"/>
          </w:tcPr>
          <w:p w14:paraId="3AA21528" w14:textId="77777777" w:rsidR="004B518C" w:rsidRPr="00850028" w:rsidRDefault="004B518C" w:rsidP="009166E2">
            <w:pPr>
              <w:spacing w:after="0"/>
              <w:rPr>
                <w:rFonts w:cs="Arial"/>
                <w:sz w:val="22"/>
                <w:lang w:val="pt-BR"/>
              </w:rPr>
            </w:pPr>
          </w:p>
        </w:tc>
        <w:tc>
          <w:tcPr>
            <w:tcW w:w="4209" w:type="dxa"/>
            <w:tcMar>
              <w:top w:w="80" w:type="dxa"/>
              <w:left w:w="100" w:type="dxa"/>
              <w:bottom w:w="80" w:type="dxa"/>
              <w:right w:w="100" w:type="dxa"/>
            </w:tcMar>
            <w:vAlign w:val="center"/>
          </w:tcPr>
          <w:p w14:paraId="771268E2" w14:textId="77777777" w:rsidR="004B518C" w:rsidRPr="00850028" w:rsidRDefault="004B518C" w:rsidP="009166E2">
            <w:pPr>
              <w:spacing w:after="0"/>
              <w:rPr>
                <w:rFonts w:cs="Arial"/>
                <w:sz w:val="22"/>
                <w:lang w:val="pt-BR"/>
              </w:rPr>
            </w:pPr>
          </w:p>
        </w:tc>
        <w:tc>
          <w:tcPr>
            <w:tcW w:w="4733" w:type="dxa"/>
            <w:tcMar>
              <w:top w:w="80" w:type="dxa"/>
              <w:left w:w="100" w:type="dxa"/>
              <w:bottom w:w="80" w:type="dxa"/>
              <w:right w:w="100" w:type="dxa"/>
            </w:tcMar>
            <w:vAlign w:val="center"/>
          </w:tcPr>
          <w:p w14:paraId="184E9FA3" w14:textId="77777777" w:rsidR="004B518C" w:rsidRPr="00850028" w:rsidRDefault="004B518C" w:rsidP="009166E2">
            <w:pPr>
              <w:spacing w:after="0"/>
              <w:rPr>
                <w:rFonts w:cs="Arial"/>
                <w:sz w:val="22"/>
                <w:lang w:val="pt-BR"/>
              </w:rPr>
            </w:pPr>
          </w:p>
        </w:tc>
      </w:tr>
      <w:tr w:rsidR="004B518C" w:rsidRPr="00850028" w14:paraId="3F90E5D5" w14:textId="77777777" w:rsidTr="004B518C">
        <w:trPr>
          <w:trHeight w:val="272"/>
          <w:jc w:val="center"/>
        </w:trPr>
        <w:tc>
          <w:tcPr>
            <w:tcW w:w="1530" w:type="dxa"/>
            <w:tcMar>
              <w:top w:w="80" w:type="dxa"/>
              <w:left w:w="100" w:type="dxa"/>
              <w:bottom w:w="80" w:type="dxa"/>
              <w:right w:w="100" w:type="dxa"/>
            </w:tcMar>
            <w:vAlign w:val="center"/>
          </w:tcPr>
          <w:p w14:paraId="47BC5DEE" w14:textId="77777777" w:rsidR="004B518C" w:rsidRPr="00850028" w:rsidRDefault="004B518C" w:rsidP="009166E2">
            <w:pPr>
              <w:spacing w:after="0"/>
              <w:rPr>
                <w:rFonts w:cs="Arial"/>
                <w:sz w:val="22"/>
                <w:lang w:val="pt-BR"/>
              </w:rPr>
            </w:pPr>
          </w:p>
        </w:tc>
        <w:tc>
          <w:tcPr>
            <w:tcW w:w="4209" w:type="dxa"/>
            <w:tcMar>
              <w:top w:w="80" w:type="dxa"/>
              <w:left w:w="100" w:type="dxa"/>
              <w:bottom w:w="80" w:type="dxa"/>
              <w:right w:w="100" w:type="dxa"/>
            </w:tcMar>
            <w:vAlign w:val="center"/>
          </w:tcPr>
          <w:p w14:paraId="206C45F6" w14:textId="77777777" w:rsidR="004B518C" w:rsidRPr="00850028" w:rsidRDefault="004B518C" w:rsidP="009166E2">
            <w:pPr>
              <w:spacing w:after="0"/>
              <w:rPr>
                <w:rFonts w:cs="Arial"/>
                <w:sz w:val="22"/>
                <w:lang w:val="pt-BR"/>
              </w:rPr>
            </w:pPr>
          </w:p>
        </w:tc>
        <w:tc>
          <w:tcPr>
            <w:tcW w:w="4733" w:type="dxa"/>
            <w:tcMar>
              <w:top w:w="80" w:type="dxa"/>
              <w:left w:w="100" w:type="dxa"/>
              <w:bottom w:w="80" w:type="dxa"/>
              <w:right w:w="100" w:type="dxa"/>
            </w:tcMar>
            <w:vAlign w:val="center"/>
          </w:tcPr>
          <w:p w14:paraId="74C4A151" w14:textId="77777777" w:rsidR="004B518C" w:rsidRPr="00850028" w:rsidRDefault="004B518C" w:rsidP="009166E2">
            <w:pPr>
              <w:spacing w:after="0"/>
              <w:rPr>
                <w:rFonts w:cs="Arial"/>
                <w:sz w:val="22"/>
                <w:lang w:val="pt-BR"/>
              </w:rPr>
            </w:pPr>
          </w:p>
        </w:tc>
      </w:tr>
      <w:tr w:rsidR="004B518C" w:rsidRPr="00850028" w14:paraId="086E0E26" w14:textId="77777777" w:rsidTr="004B518C">
        <w:trPr>
          <w:trHeight w:val="272"/>
          <w:jc w:val="center"/>
        </w:trPr>
        <w:tc>
          <w:tcPr>
            <w:tcW w:w="1530" w:type="dxa"/>
            <w:tcMar>
              <w:top w:w="80" w:type="dxa"/>
              <w:left w:w="100" w:type="dxa"/>
              <w:bottom w:w="80" w:type="dxa"/>
              <w:right w:w="100" w:type="dxa"/>
            </w:tcMar>
            <w:vAlign w:val="center"/>
          </w:tcPr>
          <w:p w14:paraId="34CDECA1" w14:textId="77777777" w:rsidR="004B518C" w:rsidRPr="00850028" w:rsidRDefault="004B518C" w:rsidP="009166E2">
            <w:pPr>
              <w:spacing w:after="0"/>
              <w:rPr>
                <w:rFonts w:cs="Arial"/>
                <w:sz w:val="22"/>
                <w:lang w:val="pt-BR"/>
              </w:rPr>
            </w:pPr>
          </w:p>
        </w:tc>
        <w:tc>
          <w:tcPr>
            <w:tcW w:w="4209" w:type="dxa"/>
            <w:tcMar>
              <w:top w:w="80" w:type="dxa"/>
              <w:left w:w="100" w:type="dxa"/>
              <w:bottom w:w="80" w:type="dxa"/>
              <w:right w:w="100" w:type="dxa"/>
            </w:tcMar>
            <w:vAlign w:val="center"/>
          </w:tcPr>
          <w:p w14:paraId="5AFBA491" w14:textId="77777777" w:rsidR="004B518C" w:rsidRPr="00850028" w:rsidRDefault="004B518C" w:rsidP="009166E2">
            <w:pPr>
              <w:spacing w:after="0"/>
              <w:rPr>
                <w:rFonts w:cs="Arial"/>
                <w:sz w:val="22"/>
                <w:lang w:val="pt-BR"/>
              </w:rPr>
            </w:pPr>
          </w:p>
        </w:tc>
        <w:tc>
          <w:tcPr>
            <w:tcW w:w="4733" w:type="dxa"/>
            <w:tcMar>
              <w:top w:w="80" w:type="dxa"/>
              <w:left w:w="100" w:type="dxa"/>
              <w:bottom w:w="80" w:type="dxa"/>
              <w:right w:w="100" w:type="dxa"/>
            </w:tcMar>
            <w:vAlign w:val="center"/>
          </w:tcPr>
          <w:p w14:paraId="02E544D7" w14:textId="77777777" w:rsidR="004B518C" w:rsidRPr="00850028" w:rsidRDefault="004B518C" w:rsidP="009166E2">
            <w:pPr>
              <w:spacing w:after="0"/>
              <w:rPr>
                <w:rFonts w:cs="Arial"/>
                <w:sz w:val="22"/>
                <w:lang w:val="pt-BR"/>
              </w:rPr>
            </w:pPr>
          </w:p>
        </w:tc>
      </w:tr>
      <w:tr w:rsidR="004B518C" w:rsidRPr="00850028" w14:paraId="3BC8C002" w14:textId="77777777" w:rsidTr="004B518C">
        <w:trPr>
          <w:trHeight w:val="272"/>
          <w:jc w:val="center"/>
        </w:trPr>
        <w:tc>
          <w:tcPr>
            <w:tcW w:w="1530" w:type="dxa"/>
            <w:tcMar>
              <w:top w:w="80" w:type="dxa"/>
              <w:left w:w="100" w:type="dxa"/>
              <w:bottom w:w="80" w:type="dxa"/>
              <w:right w:w="100" w:type="dxa"/>
            </w:tcMar>
            <w:vAlign w:val="center"/>
          </w:tcPr>
          <w:p w14:paraId="01218FAA" w14:textId="77777777" w:rsidR="004B518C" w:rsidRPr="00850028" w:rsidRDefault="004B518C" w:rsidP="009166E2">
            <w:pPr>
              <w:spacing w:after="0"/>
              <w:rPr>
                <w:rFonts w:cs="Arial"/>
                <w:sz w:val="22"/>
                <w:lang w:val="pt-BR"/>
              </w:rPr>
            </w:pPr>
          </w:p>
        </w:tc>
        <w:tc>
          <w:tcPr>
            <w:tcW w:w="4209" w:type="dxa"/>
            <w:tcMar>
              <w:top w:w="80" w:type="dxa"/>
              <w:left w:w="100" w:type="dxa"/>
              <w:bottom w:w="80" w:type="dxa"/>
              <w:right w:w="100" w:type="dxa"/>
            </w:tcMar>
            <w:vAlign w:val="center"/>
          </w:tcPr>
          <w:p w14:paraId="7F9127A6" w14:textId="77777777" w:rsidR="004B518C" w:rsidRPr="00850028" w:rsidRDefault="004B518C" w:rsidP="009166E2">
            <w:pPr>
              <w:spacing w:after="0"/>
              <w:rPr>
                <w:rFonts w:cs="Arial"/>
                <w:sz w:val="22"/>
                <w:lang w:val="pt-BR"/>
              </w:rPr>
            </w:pPr>
          </w:p>
        </w:tc>
        <w:tc>
          <w:tcPr>
            <w:tcW w:w="4733" w:type="dxa"/>
            <w:tcMar>
              <w:top w:w="80" w:type="dxa"/>
              <w:left w:w="100" w:type="dxa"/>
              <w:bottom w:w="80" w:type="dxa"/>
              <w:right w:w="100" w:type="dxa"/>
            </w:tcMar>
            <w:vAlign w:val="center"/>
          </w:tcPr>
          <w:p w14:paraId="7EAB02AA" w14:textId="77777777" w:rsidR="004B518C" w:rsidRPr="00850028" w:rsidRDefault="004B518C" w:rsidP="009166E2">
            <w:pPr>
              <w:spacing w:after="0"/>
              <w:rPr>
                <w:rFonts w:cs="Arial"/>
                <w:sz w:val="22"/>
                <w:lang w:val="pt-BR"/>
              </w:rPr>
            </w:pPr>
          </w:p>
        </w:tc>
      </w:tr>
      <w:tr w:rsidR="004B518C" w:rsidRPr="00850028" w14:paraId="35773960" w14:textId="77777777" w:rsidTr="004B518C">
        <w:trPr>
          <w:trHeight w:val="263"/>
          <w:jc w:val="center"/>
        </w:trPr>
        <w:tc>
          <w:tcPr>
            <w:tcW w:w="1530" w:type="dxa"/>
            <w:tcMar>
              <w:top w:w="80" w:type="dxa"/>
              <w:left w:w="100" w:type="dxa"/>
              <w:bottom w:w="80" w:type="dxa"/>
              <w:right w:w="100" w:type="dxa"/>
            </w:tcMar>
            <w:vAlign w:val="center"/>
          </w:tcPr>
          <w:p w14:paraId="1F7AD8DB" w14:textId="77777777" w:rsidR="004B518C" w:rsidRPr="00850028" w:rsidRDefault="004B518C" w:rsidP="009166E2">
            <w:pPr>
              <w:spacing w:after="0"/>
              <w:rPr>
                <w:rFonts w:cs="Arial"/>
                <w:sz w:val="22"/>
                <w:lang w:val="pt-BR"/>
              </w:rPr>
            </w:pPr>
          </w:p>
        </w:tc>
        <w:tc>
          <w:tcPr>
            <w:tcW w:w="4209" w:type="dxa"/>
            <w:tcMar>
              <w:top w:w="80" w:type="dxa"/>
              <w:left w:w="100" w:type="dxa"/>
              <w:bottom w:w="80" w:type="dxa"/>
              <w:right w:w="100" w:type="dxa"/>
            </w:tcMar>
            <w:vAlign w:val="center"/>
          </w:tcPr>
          <w:p w14:paraId="46DE1204" w14:textId="77777777" w:rsidR="004B518C" w:rsidRPr="00850028" w:rsidRDefault="004B518C" w:rsidP="009166E2">
            <w:pPr>
              <w:spacing w:after="0"/>
              <w:rPr>
                <w:rFonts w:cs="Arial"/>
                <w:sz w:val="22"/>
                <w:lang w:val="pt-BR"/>
              </w:rPr>
            </w:pPr>
          </w:p>
        </w:tc>
        <w:tc>
          <w:tcPr>
            <w:tcW w:w="4733" w:type="dxa"/>
            <w:tcMar>
              <w:top w:w="80" w:type="dxa"/>
              <w:left w:w="100" w:type="dxa"/>
              <w:bottom w:w="80" w:type="dxa"/>
              <w:right w:w="100" w:type="dxa"/>
            </w:tcMar>
            <w:vAlign w:val="center"/>
          </w:tcPr>
          <w:p w14:paraId="5065EFBB" w14:textId="77777777" w:rsidR="004B518C" w:rsidRPr="00850028" w:rsidRDefault="004B518C" w:rsidP="009166E2">
            <w:pPr>
              <w:spacing w:after="0"/>
              <w:rPr>
                <w:rFonts w:cs="Arial"/>
                <w:sz w:val="22"/>
                <w:lang w:val="pt-BR"/>
              </w:rPr>
            </w:pPr>
          </w:p>
        </w:tc>
      </w:tr>
    </w:tbl>
    <w:p w14:paraId="58B1A785" w14:textId="77777777" w:rsidR="00CB0277" w:rsidRPr="00850028" w:rsidRDefault="00CB0277" w:rsidP="00CB0277">
      <w:pPr>
        <w:jc w:val="both"/>
        <w:rPr>
          <w:rFonts w:cs="Arial"/>
          <w:sz w:val="22"/>
          <w:lang w:val="pt-BR"/>
        </w:rPr>
      </w:pPr>
    </w:p>
    <w:p w14:paraId="354690D1" w14:textId="25216D64" w:rsidR="005A21E0" w:rsidRPr="00850028" w:rsidRDefault="004B518C">
      <w:pPr>
        <w:pStyle w:val="Ttulo1"/>
        <w:rPr>
          <w:rFonts w:ascii="Arial" w:hAnsi="Arial" w:cs="Arial"/>
          <w:color w:val="auto"/>
          <w:sz w:val="22"/>
          <w:szCs w:val="22"/>
          <w:lang w:val="pt-BR"/>
        </w:rPr>
      </w:pPr>
      <w:r w:rsidRPr="00850028">
        <w:rPr>
          <w:rFonts w:ascii="Arial" w:hAnsi="Arial" w:cs="Arial"/>
          <w:color w:val="auto"/>
          <w:sz w:val="24"/>
          <w:szCs w:val="22"/>
          <w:lang w:val="pt-BR"/>
        </w:rPr>
        <w:t>1</w:t>
      </w:r>
      <w:r w:rsidR="00010011" w:rsidRPr="00850028">
        <w:rPr>
          <w:rFonts w:ascii="Arial" w:hAnsi="Arial" w:cs="Arial"/>
          <w:color w:val="auto"/>
          <w:sz w:val="24"/>
          <w:szCs w:val="22"/>
          <w:lang w:val="pt-BR"/>
        </w:rPr>
        <w:t>3. Recursos de outras fontes</w:t>
      </w:r>
    </w:p>
    <w:p w14:paraId="6F2E67D5" w14:textId="77777777" w:rsidR="005A21E0" w:rsidRPr="00850028" w:rsidRDefault="00010011">
      <w:pPr>
        <w:rPr>
          <w:rFonts w:cs="Arial"/>
          <w:sz w:val="22"/>
          <w:lang w:val="pt-BR"/>
        </w:rPr>
      </w:pPr>
      <w:r w:rsidRPr="00850028">
        <w:rPr>
          <w:rFonts w:cs="Arial"/>
          <w:b/>
          <w:lang w:val="pt-BR"/>
        </w:rPr>
        <w:t>13.1. O projeto possui outras fontes de recursos?</w:t>
      </w:r>
    </w:p>
    <w:tbl>
      <w:tblPr>
        <w:tblW w:w="0" w:type="auto"/>
        <w:tblLayout w:type="fixed"/>
        <w:tblLook w:val="04A0" w:firstRow="1" w:lastRow="0" w:firstColumn="1" w:lastColumn="0" w:noHBand="0" w:noVBand="1"/>
      </w:tblPr>
      <w:tblGrid>
        <w:gridCol w:w="5040"/>
        <w:gridCol w:w="5040"/>
      </w:tblGrid>
      <w:tr w:rsidR="005A21E0" w:rsidRPr="00850028" w14:paraId="1807707F" w14:textId="77777777">
        <w:tc>
          <w:tcPr>
            <w:tcW w:w="5040" w:type="dxa"/>
            <w:tcMar>
              <w:top w:w="40" w:type="dxa"/>
              <w:left w:w="40" w:type="dxa"/>
              <w:bottom w:w="40" w:type="dxa"/>
              <w:right w:w="70" w:type="dxa"/>
            </w:tcMar>
            <w:vAlign w:val="center"/>
          </w:tcPr>
          <w:p w14:paraId="3B8A880A" w14:textId="77777777" w:rsidR="00EC546E" w:rsidRDefault="0041300A">
            <w:r>
              <w:t>☐ Não</w:t>
            </w:r>
          </w:p>
        </w:tc>
        <w:tc>
          <w:tcPr>
            <w:tcW w:w="5040" w:type="dxa"/>
            <w:tcMar>
              <w:top w:w="40" w:type="dxa"/>
              <w:left w:w="40" w:type="dxa"/>
              <w:bottom w:w="40" w:type="dxa"/>
              <w:right w:w="70" w:type="dxa"/>
            </w:tcMar>
            <w:vAlign w:val="center"/>
          </w:tcPr>
          <w:p w14:paraId="4C91B87B" w14:textId="77777777" w:rsidR="00EC546E" w:rsidRDefault="0041300A">
            <w:r>
              <w:t>☐ Sim – patrocínio privado</w:t>
            </w:r>
          </w:p>
        </w:tc>
      </w:tr>
      <w:tr w:rsidR="005A21E0" w:rsidRPr="00850028" w14:paraId="6530B54C" w14:textId="77777777">
        <w:tc>
          <w:tcPr>
            <w:tcW w:w="5040" w:type="dxa"/>
            <w:tcMar>
              <w:top w:w="40" w:type="dxa"/>
              <w:left w:w="40" w:type="dxa"/>
              <w:bottom w:w="40" w:type="dxa"/>
              <w:right w:w="70" w:type="dxa"/>
            </w:tcMar>
            <w:vAlign w:val="center"/>
          </w:tcPr>
          <w:p w14:paraId="0D5F2027" w14:textId="77777777" w:rsidR="00EC546E" w:rsidRDefault="0041300A">
            <w:r>
              <w:t>☐ Sim – outro apoio público</w:t>
            </w:r>
          </w:p>
        </w:tc>
        <w:tc>
          <w:tcPr>
            <w:tcW w:w="5040" w:type="dxa"/>
            <w:tcMar>
              <w:top w:w="40" w:type="dxa"/>
              <w:left w:w="40" w:type="dxa"/>
              <w:bottom w:w="40" w:type="dxa"/>
              <w:right w:w="70" w:type="dxa"/>
            </w:tcMar>
            <w:vAlign w:val="center"/>
          </w:tcPr>
          <w:p w14:paraId="15612700" w14:textId="77777777" w:rsidR="00EC546E" w:rsidRDefault="0041300A">
            <w:r>
              <w:t>☐ Sim – recursos próprios</w:t>
            </w:r>
          </w:p>
        </w:tc>
      </w:tr>
      <w:tr w:rsidR="005A21E0" w:rsidRPr="00850028" w14:paraId="1756ACEC" w14:textId="77777777">
        <w:tc>
          <w:tcPr>
            <w:tcW w:w="5040" w:type="dxa"/>
            <w:tcMar>
              <w:top w:w="40" w:type="dxa"/>
              <w:left w:w="40" w:type="dxa"/>
              <w:bottom w:w="40" w:type="dxa"/>
              <w:right w:w="70" w:type="dxa"/>
            </w:tcMar>
            <w:vAlign w:val="center"/>
          </w:tcPr>
          <w:p w14:paraId="4B21F2A2" w14:textId="77777777" w:rsidR="00EC546E" w:rsidRDefault="0041300A">
            <w:r>
              <w:t>☐ Outra fonte lícita e compatível</w:t>
            </w:r>
          </w:p>
        </w:tc>
        <w:tc>
          <w:tcPr>
            <w:tcW w:w="5040" w:type="dxa"/>
            <w:tcMar>
              <w:top w:w="40" w:type="dxa"/>
              <w:left w:w="40" w:type="dxa"/>
              <w:bottom w:w="40" w:type="dxa"/>
              <w:right w:w="70" w:type="dxa"/>
            </w:tcMar>
            <w:vAlign w:val="center"/>
          </w:tcPr>
          <w:p w14:paraId="7065FD33" w14:textId="77777777" w:rsidR="00EC546E" w:rsidRDefault="00EC546E"/>
        </w:tc>
      </w:tr>
    </w:tbl>
    <w:p w14:paraId="73349E97" w14:textId="77777777" w:rsidR="005A21E0" w:rsidRPr="00850028" w:rsidRDefault="00010011">
      <w:pPr>
        <w:spacing w:after="40"/>
        <w:rPr>
          <w:rFonts w:cs="Arial"/>
          <w:sz w:val="22"/>
          <w:lang w:val="pt-BR"/>
        </w:rPr>
      </w:pPr>
      <w:r w:rsidRPr="00850028">
        <w:rPr>
          <w:rFonts w:cs="Arial"/>
          <w:b/>
          <w:lang w:val="pt-BR"/>
        </w:rPr>
        <w:t>13.2. Se sim, descreva as fontes, os valores e as despesas correspondentes</w:t>
      </w:r>
    </w:p>
    <w:p w14:paraId="680919FC" w14:textId="77777777" w:rsidR="003C5F47" w:rsidRPr="00850028" w:rsidRDefault="003C5F47" w:rsidP="003C5F47">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E7EB1F" w14:textId="77777777" w:rsidR="003C5F47" w:rsidRDefault="003C5F47">
      <w:pPr>
        <w:pStyle w:val="Ttulo1"/>
        <w:rPr>
          <w:rFonts w:ascii="Arial" w:hAnsi="Arial" w:cs="Arial"/>
          <w:color w:val="auto"/>
          <w:sz w:val="24"/>
          <w:szCs w:val="22"/>
          <w:lang w:val="pt-BR"/>
        </w:rPr>
      </w:pPr>
    </w:p>
    <w:p w14:paraId="031C5353" w14:textId="3D704A87" w:rsidR="005A21E0" w:rsidRPr="00850028" w:rsidRDefault="00010011">
      <w:pPr>
        <w:pStyle w:val="Ttulo1"/>
        <w:rPr>
          <w:rFonts w:ascii="Arial" w:hAnsi="Arial" w:cs="Arial"/>
          <w:color w:val="auto"/>
          <w:sz w:val="22"/>
          <w:szCs w:val="22"/>
          <w:lang w:val="pt-BR"/>
        </w:rPr>
      </w:pPr>
      <w:r w:rsidRPr="00850028">
        <w:rPr>
          <w:rFonts w:ascii="Arial" w:hAnsi="Arial" w:cs="Arial"/>
          <w:color w:val="auto"/>
          <w:sz w:val="24"/>
          <w:szCs w:val="22"/>
          <w:lang w:val="pt-BR"/>
        </w:rPr>
        <w:t>14. Gratuidade e acesso público</w:t>
      </w:r>
    </w:p>
    <w:p w14:paraId="70B55A6F" w14:textId="77777777" w:rsidR="005A21E0" w:rsidRPr="00850028" w:rsidRDefault="00010011">
      <w:pPr>
        <w:spacing w:after="40"/>
        <w:rPr>
          <w:rFonts w:cs="Arial"/>
          <w:sz w:val="22"/>
          <w:lang w:val="pt-BR"/>
        </w:rPr>
      </w:pPr>
      <w:r w:rsidRPr="00850028">
        <w:rPr>
          <w:rFonts w:cs="Arial"/>
          <w:b/>
          <w:lang w:val="pt-BR"/>
        </w:rPr>
        <w:t>14.1. Explique como será assegurada a gratuidade das aulas, dos materiais financiados e da apresentação pública.</w:t>
      </w:r>
    </w:p>
    <w:p w14:paraId="150E6E2F" w14:textId="77777777" w:rsidR="003C5F47" w:rsidRPr="00850028" w:rsidRDefault="003C5F47" w:rsidP="003C5F47">
      <w:pPr>
        <w:keepLines/>
        <w:spacing w:after="40"/>
        <w:rPr>
          <w:rFonts w:cs="Arial"/>
          <w:sz w:val="22"/>
          <w:lang w:val="pt-BR"/>
        </w:rPr>
      </w:pPr>
      <w:r w:rsidRPr="00850028">
        <w:rPr>
          <w:rFonts w:cs="Arial"/>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82059C" w14:textId="77777777" w:rsidR="005A21E0" w:rsidRPr="00850028" w:rsidRDefault="00010011">
      <w:pPr>
        <w:pStyle w:val="Ttulo1"/>
        <w:rPr>
          <w:rFonts w:ascii="Arial" w:hAnsi="Arial" w:cs="Arial"/>
          <w:color w:val="auto"/>
          <w:sz w:val="22"/>
          <w:szCs w:val="22"/>
          <w:lang w:val="pt-BR"/>
        </w:rPr>
      </w:pPr>
      <w:r w:rsidRPr="00850028">
        <w:rPr>
          <w:rFonts w:ascii="Arial" w:hAnsi="Arial" w:cs="Arial"/>
          <w:color w:val="auto"/>
          <w:sz w:val="24"/>
          <w:szCs w:val="22"/>
          <w:lang w:val="pt-BR"/>
        </w:rPr>
        <w:t>15. Dados bancários para formalização posterior</w:t>
      </w:r>
    </w:p>
    <w:tbl>
      <w:tblPr>
        <w:tblW w:w="0" w:type="auto"/>
        <w:jc w:val="center"/>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Look w:val="04A0" w:firstRow="1" w:lastRow="0" w:firstColumn="1" w:lastColumn="0" w:noHBand="0" w:noVBand="1"/>
      </w:tblPr>
      <w:tblGrid>
        <w:gridCol w:w="10080"/>
      </w:tblGrid>
      <w:tr w:rsidR="005A21E0" w:rsidRPr="00850028" w14:paraId="381269D1" w14:textId="77777777">
        <w:trPr>
          <w:jc w:val="center"/>
        </w:trPr>
        <w:tc>
          <w:tcPr>
            <w:tcW w:w="10080" w:type="dxa"/>
            <w:shd w:val="clear" w:color="auto" w:fill="E7F1EC"/>
            <w:tcMar>
              <w:top w:w="100" w:type="dxa"/>
              <w:left w:w="140" w:type="dxa"/>
              <w:bottom w:w="100" w:type="dxa"/>
              <w:right w:w="140" w:type="dxa"/>
            </w:tcMar>
          </w:tcPr>
          <w:p w14:paraId="741DD8C8" w14:textId="77777777" w:rsidR="005A21E0" w:rsidRPr="00850028" w:rsidRDefault="00010011">
            <w:pPr>
              <w:spacing w:after="0"/>
              <w:rPr>
                <w:rFonts w:cs="Arial"/>
                <w:b/>
                <w:bCs/>
                <w:sz w:val="22"/>
                <w:lang w:val="pt-BR"/>
              </w:rPr>
            </w:pPr>
            <w:r w:rsidRPr="00850028">
              <w:rPr>
                <w:rFonts w:cs="Arial"/>
                <w:b/>
                <w:bCs/>
                <w:lang w:val="pt-BR"/>
              </w:rPr>
              <w:t>Os dados bancários serão confirmados e formalizados no Anexo V – Termo de Execução Cultural. A conta deverá observar as regras do Edital.</w:t>
            </w:r>
          </w:p>
        </w:tc>
      </w:tr>
    </w:tbl>
    <w:p w14:paraId="3572515D" w14:textId="77777777" w:rsidR="005A21E0" w:rsidRPr="00850028" w:rsidRDefault="00010011">
      <w:pPr>
        <w:spacing w:after="40"/>
        <w:rPr>
          <w:rFonts w:cs="Arial"/>
          <w:sz w:val="22"/>
          <w:lang w:val="pt-BR"/>
        </w:rPr>
      </w:pPr>
      <w:r w:rsidRPr="00850028">
        <w:rPr>
          <w:rFonts w:cs="Arial"/>
          <w:b/>
          <w:lang w:val="pt-BR"/>
        </w:rPr>
        <w:t>15.1. Banco</w:t>
      </w:r>
    </w:p>
    <w:p w14:paraId="7DA83FD6" w14:textId="59C1EC11"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3AA5F9E4" w14:textId="77777777" w:rsidR="005A21E0" w:rsidRPr="00850028" w:rsidRDefault="00010011">
      <w:pPr>
        <w:spacing w:after="40"/>
        <w:rPr>
          <w:rFonts w:cs="Arial"/>
          <w:sz w:val="22"/>
          <w:lang w:val="pt-BR"/>
        </w:rPr>
      </w:pPr>
      <w:r w:rsidRPr="00850028">
        <w:rPr>
          <w:rFonts w:cs="Arial"/>
          <w:b/>
          <w:lang w:val="pt-BR"/>
        </w:rPr>
        <w:t>15.2. Agência</w:t>
      </w:r>
    </w:p>
    <w:p w14:paraId="0C707121" w14:textId="7F8A1F04"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50B0B589" w14:textId="77777777" w:rsidR="005A21E0" w:rsidRPr="00850028" w:rsidRDefault="00010011">
      <w:pPr>
        <w:spacing w:after="40"/>
        <w:rPr>
          <w:rFonts w:cs="Arial"/>
          <w:sz w:val="22"/>
          <w:lang w:val="pt-BR"/>
        </w:rPr>
      </w:pPr>
      <w:r w:rsidRPr="00850028">
        <w:rPr>
          <w:rFonts w:cs="Arial"/>
          <w:b/>
          <w:lang w:val="pt-BR"/>
        </w:rPr>
        <w:t>15.3. Conta</w:t>
      </w:r>
    </w:p>
    <w:p w14:paraId="26312B9A" w14:textId="70D4CA4C"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47627CD3" w14:textId="77777777" w:rsidR="005A21E0" w:rsidRPr="00850028" w:rsidRDefault="00010011">
      <w:pPr>
        <w:spacing w:after="40"/>
        <w:rPr>
          <w:rFonts w:cs="Arial"/>
          <w:sz w:val="22"/>
          <w:lang w:val="pt-BR"/>
        </w:rPr>
      </w:pPr>
      <w:r w:rsidRPr="00850028">
        <w:rPr>
          <w:rFonts w:cs="Arial"/>
          <w:b/>
          <w:lang w:val="pt-BR"/>
        </w:rPr>
        <w:t>15.4. Titular e CPF/CNPJ</w:t>
      </w:r>
    </w:p>
    <w:p w14:paraId="285B883D" w14:textId="2E61AA8A" w:rsidR="005A21E0" w:rsidRPr="00850028" w:rsidRDefault="00010011">
      <w:pPr>
        <w:keepLines/>
        <w:spacing w:after="40"/>
        <w:rPr>
          <w:rFonts w:cs="Arial"/>
          <w:sz w:val="22"/>
          <w:lang w:val="pt-BR"/>
        </w:rPr>
      </w:pPr>
      <w:r w:rsidRPr="00850028">
        <w:rPr>
          <w:rFonts w:cs="Arial"/>
          <w:lang w:val="pt-BR"/>
        </w:rPr>
        <w:t>____________________________________________________________________________</w:t>
      </w:r>
    </w:p>
    <w:p w14:paraId="5A8660FA" w14:textId="77777777" w:rsidR="005A21E0" w:rsidRPr="00850028" w:rsidRDefault="00010011">
      <w:pPr>
        <w:pStyle w:val="Ttulo1"/>
        <w:rPr>
          <w:rFonts w:ascii="Arial" w:hAnsi="Arial" w:cs="Arial"/>
          <w:color w:val="auto"/>
          <w:sz w:val="22"/>
          <w:szCs w:val="22"/>
          <w:lang w:val="pt-BR"/>
        </w:rPr>
      </w:pPr>
      <w:r w:rsidRPr="00850028">
        <w:rPr>
          <w:rFonts w:ascii="Arial" w:hAnsi="Arial" w:cs="Arial"/>
          <w:color w:val="auto"/>
          <w:sz w:val="24"/>
          <w:szCs w:val="22"/>
          <w:lang w:val="pt-BR"/>
        </w:rPr>
        <w:t>16. Declaração</w:t>
      </w:r>
    </w:p>
    <w:p w14:paraId="603AEC33" w14:textId="630B8FBB" w:rsidR="005A21E0" w:rsidRPr="00850028" w:rsidRDefault="00010011" w:rsidP="007B1897">
      <w:pPr>
        <w:rPr>
          <w:rFonts w:cs="Arial"/>
          <w:sz w:val="22"/>
          <w:lang w:val="pt-BR"/>
        </w:rPr>
      </w:pPr>
      <w:r w:rsidRPr="00850028">
        <w:rPr>
          <w:rFonts w:cs="Arial"/>
          <w:lang w:val="pt-BR"/>
        </w:rPr>
        <w:t>Declaro que as informações deste Plano de Trabalho são verdadeiras e que sua execução observará o Edital, seus anexos, o orçamento aprovado, a gratuidade das ações públicas e as normas aplicáveis à PNAB.</w:t>
      </w:r>
      <w:r w:rsidRPr="00850028">
        <w:rPr>
          <w:rFonts w:cs="Arial"/>
          <w:lang w:val="pt-BR"/>
        </w:rPr>
        <w:br/>
        <w:t>Rio das Antas/SC, ______ de __________________ de 20____.</w:t>
      </w:r>
    </w:p>
    <w:tbl>
      <w:tblPr>
        <w:tblW w:w="0" w:type="auto"/>
        <w:jc w:val="center"/>
        <w:tblLook w:val="04A0" w:firstRow="1" w:lastRow="0" w:firstColumn="1" w:lastColumn="0" w:noHBand="0" w:noVBand="1"/>
      </w:tblPr>
      <w:tblGrid>
        <w:gridCol w:w="10080"/>
      </w:tblGrid>
      <w:tr w:rsidR="005A21E0" w:rsidRPr="00850028" w14:paraId="1F04F6B8" w14:textId="77777777">
        <w:trPr>
          <w:jc w:val="center"/>
        </w:trPr>
        <w:tc>
          <w:tcPr>
            <w:tcW w:w="10080" w:type="dxa"/>
          </w:tcPr>
          <w:p w14:paraId="4F843C2A" w14:textId="4F5B235E" w:rsidR="005A21E0" w:rsidRPr="00850028" w:rsidRDefault="00010011">
            <w:pPr>
              <w:spacing w:after="0"/>
              <w:jc w:val="center"/>
              <w:rPr>
                <w:rFonts w:cs="Arial"/>
                <w:sz w:val="22"/>
                <w:lang w:val="pt-BR"/>
              </w:rPr>
            </w:pPr>
            <w:r w:rsidRPr="00850028">
              <w:rPr>
                <w:rFonts w:cs="Arial"/>
                <w:lang w:val="pt-BR"/>
              </w:rPr>
              <w:t>____________________________________________</w:t>
            </w:r>
          </w:p>
        </w:tc>
      </w:tr>
      <w:tr w:rsidR="005A21E0" w:rsidRPr="00850028" w14:paraId="03FD544E" w14:textId="77777777">
        <w:trPr>
          <w:jc w:val="center"/>
        </w:trPr>
        <w:tc>
          <w:tcPr>
            <w:tcW w:w="10080" w:type="dxa"/>
          </w:tcPr>
          <w:p w14:paraId="1C79B40F" w14:textId="77777777" w:rsidR="005A21E0" w:rsidRPr="00850028" w:rsidRDefault="00010011">
            <w:pPr>
              <w:spacing w:after="0"/>
              <w:jc w:val="center"/>
              <w:rPr>
                <w:rFonts w:cs="Arial"/>
                <w:sz w:val="22"/>
                <w:lang w:val="pt-BR"/>
              </w:rPr>
            </w:pPr>
            <w:r w:rsidRPr="00850028">
              <w:rPr>
                <w:rFonts w:cs="Arial"/>
                <w:lang w:val="pt-BR"/>
              </w:rPr>
              <w:t>AGENTE CULTURAL</w:t>
            </w:r>
          </w:p>
        </w:tc>
      </w:tr>
    </w:tbl>
    <w:p w14:paraId="2897F84C" w14:textId="77777777" w:rsidR="004033AD" w:rsidRPr="00850028" w:rsidRDefault="004033AD">
      <w:pPr>
        <w:rPr>
          <w:rFonts w:cs="Arial"/>
          <w:sz w:val="22"/>
          <w:lang w:val="pt-BR"/>
        </w:rPr>
      </w:pPr>
    </w:p>
    <w:sectPr w:rsidR="004033AD" w:rsidRPr="00850028" w:rsidSect="001B5578">
      <w:headerReference w:type="even" r:id="rId8"/>
      <w:headerReference w:type="default" r:id="rId9"/>
      <w:footerReference w:type="even" r:id="rId10"/>
      <w:footerReference w:type="default" r:id="rId11"/>
      <w:headerReference w:type="first" r:id="rId12"/>
      <w:footerReference w:type="first" r:id="rId13"/>
      <w:pgSz w:w="12240" w:h="15840"/>
      <w:pgMar w:top="1008" w:right="900" w:bottom="1008" w:left="1080" w:header="19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9E8F9" w14:textId="77777777" w:rsidR="00834B36" w:rsidRDefault="00834B36">
      <w:pPr>
        <w:spacing w:after="0" w:line="240" w:lineRule="auto"/>
      </w:pPr>
      <w:r>
        <w:separator/>
      </w:r>
    </w:p>
  </w:endnote>
  <w:endnote w:type="continuationSeparator" w:id="0">
    <w:p w14:paraId="1B87B731" w14:textId="77777777" w:rsidR="00834B36" w:rsidRDefault="00834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9DDC6" w14:textId="77777777" w:rsidR="00EC546E" w:rsidRDefault="00EC546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B91F" w14:textId="764DC785" w:rsidR="005A21E0" w:rsidRDefault="005A21E0">
    <w:pPr>
      <w:pStyle w:val="Rodap"/>
      <w:spacing w:line="360" w:lineRule="auto"/>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395F" w14:textId="77777777" w:rsidR="00EC546E" w:rsidRDefault="00EC54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F6265" w14:textId="77777777" w:rsidR="00834B36" w:rsidRDefault="00834B36">
      <w:pPr>
        <w:spacing w:after="0" w:line="240" w:lineRule="auto"/>
      </w:pPr>
      <w:r>
        <w:separator/>
      </w:r>
    </w:p>
  </w:footnote>
  <w:footnote w:type="continuationSeparator" w:id="0">
    <w:p w14:paraId="28ED8795" w14:textId="77777777" w:rsidR="00834B36" w:rsidRDefault="00834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29C95" w14:textId="77777777" w:rsidR="00EC546E" w:rsidRDefault="00EC54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2AAD" w14:textId="77777777" w:rsidR="00EC546E" w:rsidRDefault="0041300A">
    <w:pPr>
      <w:spacing w:after="0" w:line="240" w:lineRule="auto"/>
      <w:jc w:val="center"/>
    </w:pPr>
    <w:r>
      <w:rPr>
        <w:noProof/>
      </w:rPr>
      <w:drawing>
        <wp:inline distT="0" distB="0" distL="0" distR="0" wp14:anchorId="110D0E57" wp14:editId="3CEBEA29">
          <wp:extent cx="5760000" cy="76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_Institucional_Edital_02_Rio_das_Antas_SNC_PNAB_MinC.png"/>
                  <pic:cNvPicPr/>
                </pic:nvPicPr>
                <pic:blipFill>
                  <a:blip r:embed="rId1"/>
                  <a:stretch>
                    <a:fillRect/>
                  </a:stretch>
                </pic:blipFill>
                <pic:spPr>
                  <a:xfrm>
                    <a:off x="0" y="0"/>
                    <a:ext cx="5760000" cy="768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6C1E" w14:textId="77777777" w:rsidR="00EC546E" w:rsidRDefault="00EC54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550218185">
    <w:abstractNumId w:val="8"/>
  </w:num>
  <w:num w:numId="2" w16cid:durableId="833833715">
    <w:abstractNumId w:val="6"/>
  </w:num>
  <w:num w:numId="3" w16cid:durableId="123238656">
    <w:abstractNumId w:val="5"/>
  </w:num>
  <w:num w:numId="4" w16cid:durableId="1667517993">
    <w:abstractNumId w:val="4"/>
  </w:num>
  <w:num w:numId="5" w16cid:durableId="904685987">
    <w:abstractNumId w:val="7"/>
  </w:num>
  <w:num w:numId="6" w16cid:durableId="372078849">
    <w:abstractNumId w:val="3"/>
  </w:num>
  <w:num w:numId="7" w16cid:durableId="6832652">
    <w:abstractNumId w:val="2"/>
  </w:num>
  <w:num w:numId="8" w16cid:durableId="944925649">
    <w:abstractNumId w:val="1"/>
  </w:num>
  <w:num w:numId="9" w16cid:durableId="1517034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011"/>
    <w:rsid w:val="00034616"/>
    <w:rsid w:val="0006063C"/>
    <w:rsid w:val="0011253D"/>
    <w:rsid w:val="0015074B"/>
    <w:rsid w:val="001B5578"/>
    <w:rsid w:val="00277EC7"/>
    <w:rsid w:val="0029639D"/>
    <w:rsid w:val="003265C6"/>
    <w:rsid w:val="00326F90"/>
    <w:rsid w:val="00347977"/>
    <w:rsid w:val="003C5F47"/>
    <w:rsid w:val="004033AD"/>
    <w:rsid w:val="0041300A"/>
    <w:rsid w:val="00443DE3"/>
    <w:rsid w:val="004A36E2"/>
    <w:rsid w:val="004B518C"/>
    <w:rsid w:val="005A21E0"/>
    <w:rsid w:val="00617B5C"/>
    <w:rsid w:val="007B1897"/>
    <w:rsid w:val="00830FB8"/>
    <w:rsid w:val="00834B36"/>
    <w:rsid w:val="00850028"/>
    <w:rsid w:val="008B3EB1"/>
    <w:rsid w:val="008D17AA"/>
    <w:rsid w:val="009D76B1"/>
    <w:rsid w:val="00AA1D8D"/>
    <w:rsid w:val="00AF47CC"/>
    <w:rsid w:val="00B47730"/>
    <w:rsid w:val="00CB0277"/>
    <w:rsid w:val="00CB0664"/>
    <w:rsid w:val="00DD05F8"/>
    <w:rsid w:val="00E535DD"/>
    <w:rsid w:val="00EC546E"/>
    <w:rsid w:val="00FC693F"/>
    <w:rsid w:val="00FD61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567088"/>
  <w14:defaultImageDpi w14:val="300"/>
  <w15:docId w15:val="{A1145BC4-3474-401F-B1FC-7BC02FD49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Arial" w:eastAsia="Arial" w:hAnsi="Arial"/>
      <w:sz w:val="24"/>
    </w:rPr>
  </w:style>
  <w:style w:type="paragraph" w:styleId="Ttulo1">
    <w:name w:val="heading 1"/>
    <w:basedOn w:val="Normal"/>
    <w:next w:val="Normal"/>
    <w:link w:val="Ttulo1Char"/>
    <w:uiPriority w:val="9"/>
    <w:qFormat/>
    <w:rsid w:val="00FC693F"/>
    <w:pPr>
      <w:keepNext/>
      <w:keepLines/>
      <w:spacing w:before="240"/>
      <w:outlineLvl w:val="0"/>
    </w:pPr>
    <w:rPr>
      <w:rFonts w:asciiTheme="majorHAnsi" w:eastAsiaTheme="majorEastAsia" w:hAnsiTheme="majorHAnsi" w:cstheme="majorBidi"/>
      <w:b/>
      <w:bCs/>
      <w:color w:val="236B4E"/>
      <w:sz w:val="28"/>
      <w:szCs w:val="28"/>
    </w:rPr>
  </w:style>
  <w:style w:type="paragraph" w:styleId="Ttulo2">
    <w:name w:val="heading 2"/>
    <w:basedOn w:val="Normal"/>
    <w:next w:val="Normal"/>
    <w:link w:val="Ttulo2Char"/>
    <w:uiPriority w:val="9"/>
    <w:unhideWhenUsed/>
    <w:qFormat/>
    <w:rsid w:val="00FC693F"/>
    <w:pPr>
      <w:keepNext/>
      <w:keepLines/>
      <w:spacing w:before="180" w:after="80"/>
      <w:outlineLvl w:val="1"/>
    </w:pPr>
    <w:rPr>
      <w:rFonts w:asciiTheme="majorHAnsi" w:eastAsiaTheme="majorEastAsia" w:hAnsiTheme="majorHAnsi" w:cstheme="majorBidi"/>
      <w:b/>
      <w:bCs/>
      <w:color w:val="1F4D3A"/>
      <w:szCs w:val="26"/>
    </w:rPr>
  </w:style>
  <w:style w:type="paragraph" w:styleId="Ttulo3">
    <w:name w:val="heading 3"/>
    <w:basedOn w:val="Normal"/>
    <w:next w:val="Normal"/>
    <w:link w:val="Ttulo3Char"/>
    <w:uiPriority w:val="9"/>
    <w:unhideWhenUsed/>
    <w:qFormat/>
    <w:rsid w:val="00FC693F"/>
    <w:pPr>
      <w:keepNext/>
      <w:keepLines/>
      <w:spacing w:before="140" w:after="60"/>
      <w:outlineLvl w:val="2"/>
    </w:pPr>
    <w:rPr>
      <w:rFonts w:asciiTheme="majorHAnsi" w:eastAsiaTheme="majorEastAsia" w:hAnsiTheme="majorHAnsi" w:cstheme="majorBidi"/>
      <w:b/>
      <w:bCs/>
      <w:color w:val="1F4D3A"/>
      <w:sz w:val="22"/>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236B4E"/>
      <w:spacing w:val="5"/>
      <w:kern w:val="28"/>
      <w:sz w:val="36"/>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1792</Words>
  <Characters>9678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Fátima Peixoto</cp:lastModifiedBy>
  <cp:revision>8</cp:revision>
  <dcterms:created xsi:type="dcterms:W3CDTF">2026-08-12T19:38:00Z</dcterms:created>
  <dcterms:modified xsi:type="dcterms:W3CDTF">2026-09-17T21:12:00Z</dcterms:modified>
  <cp:category/>
</cp:coreProperties>
</file>