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D88E" w14:textId="77777777" w:rsidR="006927DE" w:rsidRDefault="006927DE" w:rsidP="00B7652F">
      <w:pPr>
        <w:spacing w:after="160"/>
        <w:jc w:val="center"/>
        <w:rPr>
          <w:rFonts w:cs="Arial"/>
          <w:b/>
          <w:sz w:val="22"/>
        </w:rPr>
      </w:pPr>
    </w:p>
    <w:p w14:paraId="0C7A36AA" w14:textId="12BC0AB1" w:rsidR="00507713" w:rsidRPr="00B7652F" w:rsidRDefault="005239D0" w:rsidP="00B7652F">
      <w:pPr>
        <w:spacing w:after="160"/>
        <w:jc w:val="center"/>
        <w:rPr>
          <w:rFonts w:cs="Arial"/>
          <w:sz w:val="22"/>
        </w:rPr>
      </w:pPr>
      <w:r w:rsidRPr="00B7652F">
        <w:rPr>
          <w:rFonts w:cs="Arial"/>
          <w:b/>
          <w:sz w:val="22"/>
        </w:rPr>
        <w:t>ANEXO VIII</w:t>
      </w:r>
    </w:p>
    <w:p w14:paraId="478FE0D0" w14:textId="77777777" w:rsidR="00507713" w:rsidRPr="00B7652F" w:rsidRDefault="005239D0" w:rsidP="00B7652F">
      <w:pPr>
        <w:pStyle w:val="Ttulo"/>
        <w:spacing w:after="160" w:line="259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B7652F">
        <w:rPr>
          <w:rFonts w:ascii="Arial" w:hAnsi="Arial" w:cs="Arial"/>
          <w:color w:val="auto"/>
          <w:sz w:val="22"/>
          <w:szCs w:val="22"/>
        </w:rPr>
        <w:t>AUTODECLARAÇÃO ÉTNICO-RACIAL</w:t>
      </w:r>
    </w:p>
    <w:p w14:paraId="75B06938" w14:textId="77777777" w:rsidR="00507713" w:rsidRPr="00B7652F" w:rsidRDefault="005239D0" w:rsidP="00B7652F">
      <w:pPr>
        <w:spacing w:after="160"/>
        <w:jc w:val="center"/>
        <w:rPr>
          <w:rFonts w:cs="Arial"/>
          <w:sz w:val="22"/>
        </w:rPr>
      </w:pPr>
      <w:r w:rsidRPr="00B7652F">
        <w:rPr>
          <w:rFonts w:cs="Arial"/>
          <w:b/>
          <w:sz w:val="22"/>
        </w:rPr>
        <w:t>EDITAL DE FOMENTO CULTURAL PNAB – CICLO 2 – MUNICÍPIO DE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507713" w:rsidRPr="00B7652F" w14:paraId="1B114E3F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C18B7F" w14:textId="7E5106B6" w:rsidR="00507713" w:rsidRPr="0026603E" w:rsidRDefault="005239D0" w:rsidP="00B7652F">
            <w:pPr>
              <w:spacing w:after="160"/>
              <w:rPr>
                <w:rFonts w:cs="Arial"/>
                <w:b/>
                <w:bCs/>
                <w:sz w:val="22"/>
              </w:rPr>
            </w:pPr>
            <w:r w:rsidRPr="0026603E">
              <w:rPr>
                <w:rFonts w:cs="Arial"/>
                <w:b/>
                <w:bCs/>
                <w:sz w:val="22"/>
              </w:rPr>
              <w:t xml:space="preserve">Utilizar somente para concorrência às vagas reservadas a pessoas negras ou indígenas. </w:t>
            </w:r>
          </w:p>
        </w:tc>
      </w:tr>
    </w:tbl>
    <w:p w14:paraId="01F388D4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  <w:sz w:val="22"/>
        </w:rPr>
        <w:t>Nome completo</w:t>
      </w:r>
    </w:p>
    <w:p w14:paraId="76D4DA7E" w14:textId="3E341947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  <w:sz w:val="22"/>
        </w:rPr>
        <w:t>__________________________________________________________________________________</w:t>
      </w:r>
    </w:p>
    <w:p w14:paraId="5ECF1DCB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  <w:sz w:val="22"/>
        </w:rPr>
        <w:t>CPF</w:t>
      </w:r>
    </w:p>
    <w:p w14:paraId="4AB6D5A1" w14:textId="6FBA837E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  <w:sz w:val="22"/>
        </w:rPr>
        <w:t>__________________________________________________________________________________</w:t>
      </w:r>
    </w:p>
    <w:p w14:paraId="632E5601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  <w:sz w:val="22"/>
        </w:rPr>
        <w:t>RG</w:t>
      </w:r>
    </w:p>
    <w:p w14:paraId="03A66060" w14:textId="61537CA5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  <w:sz w:val="22"/>
        </w:rPr>
        <w:t>__________________________________________________________________________________</w:t>
      </w:r>
    </w:p>
    <w:p w14:paraId="20CBE798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  <w:sz w:val="22"/>
        </w:rPr>
        <w:t>Nome do projeto</w:t>
      </w:r>
    </w:p>
    <w:p w14:paraId="498065D8" w14:textId="5AE1BA27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  <w:sz w:val="22"/>
        </w:rPr>
        <w:t>__________________________________________________________________________________</w:t>
      </w:r>
    </w:p>
    <w:p w14:paraId="5DCFEF13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  <w:sz w:val="22"/>
        </w:rPr>
        <w:t>Categoria</w:t>
      </w:r>
    </w:p>
    <w:p w14:paraId="0D13A36B" w14:textId="20AF5FCF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  <w:sz w:val="22"/>
        </w:rPr>
        <w:t>__________________________________________________________________________________</w:t>
      </w:r>
    </w:p>
    <w:p w14:paraId="4570E87B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  <w:sz w:val="22"/>
        </w:rPr>
        <w:t>Autodeclaração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507713" w:rsidRPr="00B7652F" w14:paraId="15B1589C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793A1C2" w14:textId="77777777" w:rsidR="00507713" w:rsidRPr="00B7652F" w:rsidRDefault="005239D0" w:rsidP="00B7652F">
            <w:pPr>
              <w:spacing w:after="160"/>
              <w:rPr>
                <w:rFonts w:cs="Arial"/>
                <w:sz w:val="22"/>
              </w:rPr>
            </w:pPr>
            <w:r w:rsidRPr="00B7652F">
              <w:rPr>
                <w:rFonts w:ascii="Segoe UI Symbol" w:hAnsi="Segoe UI Symbol" w:cs="Segoe UI Symbol"/>
                <w:sz w:val="22"/>
              </w:rPr>
              <w:t>☐</w:t>
            </w:r>
            <w:r w:rsidRPr="00B7652F">
              <w:rPr>
                <w:rFonts w:cs="Arial"/>
                <w:sz w:val="22"/>
              </w:rPr>
              <w:t xml:space="preserve"> Declaro-me pessoa negra – preta</w:t>
            </w:r>
          </w:p>
        </w:tc>
      </w:tr>
      <w:tr w:rsidR="00507713" w:rsidRPr="00B7652F" w14:paraId="71F9CCDA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FA116F0" w14:textId="77777777" w:rsidR="00507713" w:rsidRPr="00B7652F" w:rsidRDefault="005239D0" w:rsidP="00B7652F">
            <w:pPr>
              <w:spacing w:after="160"/>
              <w:rPr>
                <w:rFonts w:cs="Arial"/>
                <w:sz w:val="22"/>
              </w:rPr>
            </w:pPr>
            <w:r w:rsidRPr="00B7652F">
              <w:rPr>
                <w:rFonts w:ascii="Segoe UI Symbol" w:hAnsi="Segoe UI Symbol" w:cs="Segoe UI Symbol"/>
                <w:sz w:val="22"/>
              </w:rPr>
              <w:t>☐</w:t>
            </w:r>
            <w:r w:rsidRPr="00B7652F">
              <w:rPr>
                <w:rFonts w:cs="Arial"/>
                <w:sz w:val="22"/>
              </w:rPr>
              <w:t xml:space="preserve"> Declaro-me pessoa negra – parda</w:t>
            </w:r>
          </w:p>
        </w:tc>
      </w:tr>
      <w:tr w:rsidR="00507713" w:rsidRPr="00B7652F" w14:paraId="5C0F459D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734B4F8" w14:textId="77777777" w:rsidR="00507713" w:rsidRPr="00B7652F" w:rsidRDefault="005239D0" w:rsidP="00B7652F">
            <w:pPr>
              <w:spacing w:after="160"/>
              <w:rPr>
                <w:rFonts w:cs="Arial"/>
                <w:sz w:val="22"/>
              </w:rPr>
            </w:pPr>
            <w:r w:rsidRPr="00B7652F">
              <w:rPr>
                <w:rFonts w:ascii="Segoe UI Symbol" w:hAnsi="Segoe UI Symbol" w:cs="Segoe UI Symbol"/>
                <w:sz w:val="22"/>
              </w:rPr>
              <w:t>☐</w:t>
            </w:r>
            <w:r w:rsidRPr="00B7652F">
              <w:rPr>
                <w:rFonts w:cs="Arial"/>
                <w:sz w:val="22"/>
              </w:rPr>
              <w:t xml:space="preserve"> Declaro-me pessoa indígena</w:t>
            </w:r>
          </w:p>
        </w:tc>
      </w:tr>
    </w:tbl>
    <w:p w14:paraId="50EE88BA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  <w:sz w:val="22"/>
        </w:rPr>
        <w:t>Se indígena, informe o povo, comunidade ou pertencimento, se desejar</w:t>
      </w:r>
    </w:p>
    <w:p w14:paraId="6A00289A" w14:textId="02FB426C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  <w:sz w:val="22"/>
        </w:rPr>
        <w:t>__________________________________________________________________________________</w:t>
      </w:r>
    </w:p>
    <w:p w14:paraId="23227E67" w14:textId="77777777" w:rsidR="00507713" w:rsidRPr="00B7652F" w:rsidRDefault="005239D0" w:rsidP="00B7652F">
      <w:pPr>
        <w:spacing w:after="160"/>
        <w:jc w:val="both"/>
        <w:rPr>
          <w:rFonts w:cs="Arial"/>
          <w:sz w:val="22"/>
        </w:rPr>
      </w:pPr>
      <w:r w:rsidRPr="00B7652F">
        <w:rPr>
          <w:rFonts w:cs="Arial"/>
          <w:sz w:val="22"/>
        </w:rPr>
        <w:t xml:space="preserve">DECLARO, sob as penas da lei, que </w:t>
      </w:r>
      <w:proofErr w:type="gramStart"/>
      <w:r w:rsidRPr="00B7652F">
        <w:rPr>
          <w:rFonts w:cs="Arial"/>
          <w:sz w:val="22"/>
        </w:rPr>
        <w:t>a</w:t>
      </w:r>
      <w:proofErr w:type="gramEnd"/>
      <w:r w:rsidRPr="00B7652F">
        <w:rPr>
          <w:rFonts w:cs="Arial"/>
          <w:sz w:val="22"/>
        </w:rPr>
        <w:t xml:space="preserve"> informação acima é verdadeira e corresponde à forma como me reconheço para fins de participação no Edital. Estou ciente de que declaração falsa poderá acarretar desclassificação, anulação da seleção, devolução de recursos e aplicação das sanções administrativas, civis e criminais cabíveis, assegurados o contraditório e </w:t>
      </w:r>
      <w:proofErr w:type="gramStart"/>
      <w:r w:rsidRPr="00B7652F">
        <w:rPr>
          <w:rFonts w:cs="Arial"/>
          <w:sz w:val="22"/>
        </w:rPr>
        <w:t>a</w:t>
      </w:r>
      <w:proofErr w:type="gramEnd"/>
      <w:r w:rsidRPr="00B7652F">
        <w:rPr>
          <w:rFonts w:cs="Arial"/>
          <w:sz w:val="22"/>
        </w:rPr>
        <w:t xml:space="preserve"> ampla defesa.</w:t>
      </w:r>
    </w:p>
    <w:p w14:paraId="7D5802D1" w14:textId="77777777" w:rsidR="00507713" w:rsidRDefault="005239D0" w:rsidP="00B7652F">
      <w:pPr>
        <w:spacing w:after="160"/>
        <w:jc w:val="center"/>
        <w:rPr>
          <w:rFonts w:cs="Arial"/>
          <w:sz w:val="22"/>
        </w:rPr>
      </w:pPr>
      <w:r w:rsidRPr="00B7652F">
        <w:rPr>
          <w:rFonts w:cs="Arial"/>
          <w:sz w:val="22"/>
        </w:rPr>
        <w:br/>
        <w:t xml:space="preserve">Rio das Antas/SC, ______ de __________________ </w:t>
      </w:r>
      <w:proofErr w:type="spellStart"/>
      <w:r w:rsidRPr="00B7652F">
        <w:rPr>
          <w:rFonts w:cs="Arial"/>
          <w:sz w:val="22"/>
        </w:rPr>
        <w:t>de</w:t>
      </w:r>
      <w:proofErr w:type="spellEnd"/>
      <w:r w:rsidRPr="00B7652F">
        <w:rPr>
          <w:rFonts w:cs="Arial"/>
          <w:sz w:val="22"/>
        </w:rPr>
        <w:t xml:space="preserve"> 20____.</w:t>
      </w:r>
    </w:p>
    <w:p w14:paraId="196A3DD3" w14:textId="77777777" w:rsidR="006927DE" w:rsidRDefault="006927DE" w:rsidP="00B7652F">
      <w:pPr>
        <w:spacing w:after="160"/>
        <w:jc w:val="center"/>
        <w:rPr>
          <w:rFonts w:cs="Arial"/>
          <w:sz w:val="22"/>
        </w:rPr>
      </w:pPr>
    </w:p>
    <w:p w14:paraId="7662A04B" w14:textId="628A2EDF" w:rsidR="006927DE" w:rsidRDefault="006927DE" w:rsidP="00B7652F">
      <w:pPr>
        <w:spacing w:after="160"/>
        <w:jc w:val="center"/>
        <w:rPr>
          <w:rFonts w:cs="Arial"/>
          <w:sz w:val="22"/>
        </w:rPr>
      </w:pPr>
      <w:r>
        <w:rPr>
          <w:rFonts w:cs="Arial"/>
          <w:sz w:val="22"/>
        </w:rPr>
        <w:t>______________________________</w:t>
      </w:r>
    </w:p>
    <w:p w14:paraId="41A8EA61" w14:textId="28D1851E" w:rsidR="005239D0" w:rsidRPr="00B7652F" w:rsidRDefault="006927DE" w:rsidP="006927DE">
      <w:pPr>
        <w:spacing w:after="160"/>
        <w:jc w:val="center"/>
        <w:rPr>
          <w:rFonts w:cs="Arial"/>
          <w:sz w:val="22"/>
        </w:rPr>
      </w:pPr>
      <w:r>
        <w:rPr>
          <w:rFonts w:cs="Arial"/>
          <w:sz w:val="22"/>
        </w:rPr>
        <w:lastRenderedPageBreak/>
        <w:t>DECLARANTE</w:t>
      </w:r>
    </w:p>
    <w:sectPr w:rsidR="005239D0" w:rsidRPr="00B7652F" w:rsidSect="00034616">
      <w:headerReference w:type="default" r:id="rId8"/>
      <w:footerReference w:type="default" r:id="rId9"/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29B99" w14:textId="77777777" w:rsidR="00D62595" w:rsidRDefault="00D62595">
      <w:pPr>
        <w:spacing w:after="0" w:line="240" w:lineRule="auto"/>
      </w:pPr>
      <w:r>
        <w:separator/>
      </w:r>
    </w:p>
  </w:endnote>
  <w:endnote w:type="continuationSeparator" w:id="0">
    <w:p w14:paraId="582DE30C" w14:textId="77777777" w:rsidR="00D62595" w:rsidRDefault="00D6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FC667" w14:textId="6245C37B" w:rsidR="00507713" w:rsidRDefault="0050771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42484" w14:textId="77777777" w:rsidR="00D62595" w:rsidRDefault="00D62595">
      <w:pPr>
        <w:spacing w:after="0" w:line="240" w:lineRule="auto"/>
      </w:pPr>
      <w:r>
        <w:separator/>
      </w:r>
    </w:p>
  </w:footnote>
  <w:footnote w:type="continuationSeparator" w:id="0">
    <w:p w14:paraId="3CA3F654" w14:textId="77777777" w:rsidR="00D62595" w:rsidRDefault="00D62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100F" w14:textId="7F339142" w:rsidR="00507713" w:rsidRDefault="003D55B0" w:rsidP="006927DE">
    <w:pPr>
      <w:tabs>
        <w:tab w:val="left" w:pos="3520"/>
        <w:tab w:val="right" w:pos="10080"/>
      </w:tabs>
      <w:jc w:val="center"/>
    </w:pPr>
    <w:r>
      <w:rPr>
        <w:noProof/>
      </w:rPr>
      <w:drawing>
        <wp:inline distT="0" distB="0" distL="0" distR="0" wp14:anchorId="78589EF6" wp14:editId="44FCBD1D">
          <wp:extent cx="6400800" cy="1160145"/>
          <wp:effectExtent l="0" t="0" r="0" b="1905"/>
          <wp:docPr id="4913214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321429" name="Imagem 4913214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116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2882944">
    <w:abstractNumId w:val="8"/>
  </w:num>
  <w:num w:numId="2" w16cid:durableId="769542018">
    <w:abstractNumId w:val="6"/>
  </w:num>
  <w:num w:numId="3" w16cid:durableId="62727950">
    <w:abstractNumId w:val="5"/>
  </w:num>
  <w:num w:numId="4" w16cid:durableId="1583375301">
    <w:abstractNumId w:val="4"/>
  </w:num>
  <w:num w:numId="5" w16cid:durableId="221061171">
    <w:abstractNumId w:val="7"/>
  </w:num>
  <w:num w:numId="6" w16cid:durableId="70591404">
    <w:abstractNumId w:val="3"/>
  </w:num>
  <w:num w:numId="7" w16cid:durableId="12076235">
    <w:abstractNumId w:val="2"/>
  </w:num>
  <w:num w:numId="8" w16cid:durableId="91974217">
    <w:abstractNumId w:val="1"/>
  </w:num>
  <w:num w:numId="9" w16cid:durableId="157123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603E"/>
    <w:rsid w:val="0029639D"/>
    <w:rsid w:val="00326F90"/>
    <w:rsid w:val="00385189"/>
    <w:rsid w:val="003D55B0"/>
    <w:rsid w:val="00440ADC"/>
    <w:rsid w:val="004761E0"/>
    <w:rsid w:val="004E07C2"/>
    <w:rsid w:val="00507713"/>
    <w:rsid w:val="005239D0"/>
    <w:rsid w:val="006927DE"/>
    <w:rsid w:val="009007E2"/>
    <w:rsid w:val="00AA1D8D"/>
    <w:rsid w:val="00B02EA6"/>
    <w:rsid w:val="00B47730"/>
    <w:rsid w:val="00B7652F"/>
    <w:rsid w:val="00BA2048"/>
    <w:rsid w:val="00CB0664"/>
    <w:rsid w:val="00D62595"/>
    <w:rsid w:val="00E809AD"/>
    <w:rsid w:val="00E954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B99A9"/>
  <w14:defaultImageDpi w14:val="300"/>
  <w15:docId w15:val="{8409CECC-F5A4-4C4F-B115-E8F537F6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219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5</cp:revision>
  <dcterms:created xsi:type="dcterms:W3CDTF">2026-08-12T20:05:00Z</dcterms:created>
  <dcterms:modified xsi:type="dcterms:W3CDTF">2026-08-18T21:33:00Z</dcterms:modified>
  <cp:category/>
</cp:coreProperties>
</file>