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F3EE2" w14:textId="70EC2EED" w:rsidR="00402004" w:rsidRPr="00C6479E" w:rsidRDefault="00E675AD" w:rsidP="00874F24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ANEXO VI</w:t>
      </w:r>
    </w:p>
    <w:p w14:paraId="571C3C37" w14:textId="77777777" w:rsidR="00402004" w:rsidRPr="00C6479E" w:rsidRDefault="00E675AD" w:rsidP="00874F24">
      <w:pPr>
        <w:pStyle w:val="Ttulo"/>
        <w:spacing w:after="160" w:line="259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RELATÓRIO DE EXECUÇÃO DO OBJETO</w:t>
      </w:r>
    </w:p>
    <w:p w14:paraId="713EFB32" w14:textId="77777777" w:rsidR="00402004" w:rsidRPr="00C6479E" w:rsidRDefault="00E675AD" w:rsidP="00874F24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EDITAL DE FOMENTO CULTURAL PNAB – CICLO 2 – MUNICÍPIO DE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402004" w:rsidRPr="00C6479E" w14:paraId="27E684CC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37989D" w14:textId="4BA8B770" w:rsidR="00402004" w:rsidRPr="00C6479E" w:rsidRDefault="00E675AD" w:rsidP="00874F24">
            <w:pPr>
              <w:spacing w:after="160"/>
              <w:rPr>
                <w:rFonts w:cs="Arial"/>
                <w:b/>
                <w:bCs/>
                <w:sz w:val="22"/>
                <w:lang w:val="pt-BR"/>
              </w:rPr>
            </w:pPr>
            <w:r w:rsidRPr="00C6479E">
              <w:rPr>
                <w:rFonts w:cs="Arial"/>
                <w:b/>
                <w:bCs/>
                <w:sz w:val="22"/>
                <w:lang w:val="pt-BR"/>
              </w:rPr>
              <w:t>Preench</w:t>
            </w:r>
            <w:r w:rsidR="00874F24" w:rsidRPr="00C6479E">
              <w:rPr>
                <w:rFonts w:cs="Arial"/>
                <w:b/>
                <w:bCs/>
                <w:sz w:val="22"/>
                <w:lang w:val="pt-BR"/>
              </w:rPr>
              <w:t xml:space="preserve">imento obrigatório na finalização do </w:t>
            </w:r>
            <w:r w:rsidRPr="00C6479E">
              <w:rPr>
                <w:rFonts w:cs="Arial"/>
                <w:b/>
                <w:bCs/>
                <w:sz w:val="22"/>
                <w:lang w:val="pt-BR"/>
              </w:rPr>
              <w:t xml:space="preserve">projeto. </w:t>
            </w:r>
            <w:r w:rsidR="00413763" w:rsidRPr="00C6479E">
              <w:rPr>
                <w:rFonts w:cs="Arial"/>
                <w:b/>
                <w:bCs/>
                <w:sz w:val="22"/>
                <w:lang w:val="pt-BR"/>
              </w:rPr>
              <w:br/>
              <w:t xml:space="preserve">Se algum item não tiver conexão com </w:t>
            </w:r>
            <w:proofErr w:type="gramStart"/>
            <w:r w:rsidR="00413763" w:rsidRPr="00C6479E">
              <w:rPr>
                <w:rFonts w:cs="Arial"/>
                <w:b/>
                <w:bCs/>
                <w:sz w:val="22"/>
                <w:lang w:val="pt-BR"/>
              </w:rPr>
              <w:t>seu projetos</w:t>
            </w:r>
            <w:proofErr w:type="gramEnd"/>
            <w:r w:rsidR="00413763" w:rsidRPr="00C6479E">
              <w:rPr>
                <w:rFonts w:cs="Arial"/>
                <w:b/>
                <w:bCs/>
                <w:sz w:val="22"/>
                <w:lang w:val="pt-BR"/>
              </w:rPr>
              <w:t xml:space="preserve">, não precisa ser preenchido. </w:t>
            </w:r>
            <w:r w:rsidR="00874F24" w:rsidRPr="00C6479E">
              <w:rPr>
                <w:rFonts w:cs="Arial"/>
                <w:b/>
                <w:bCs/>
                <w:sz w:val="22"/>
                <w:lang w:val="pt-BR"/>
              </w:rPr>
              <w:br/>
            </w:r>
            <w:r w:rsidRPr="00C6479E">
              <w:rPr>
                <w:rFonts w:cs="Arial"/>
                <w:b/>
                <w:bCs/>
                <w:sz w:val="22"/>
                <w:lang w:val="pt-BR"/>
              </w:rPr>
              <w:t xml:space="preserve">Anexe evidências compatíveis com as atividades realizadas. </w:t>
            </w:r>
            <w:r w:rsidR="00874F24" w:rsidRPr="00C6479E">
              <w:rPr>
                <w:rFonts w:cs="Arial"/>
                <w:b/>
                <w:bCs/>
                <w:sz w:val="22"/>
                <w:lang w:val="pt-BR"/>
              </w:rPr>
              <w:br/>
            </w:r>
            <w:r w:rsidRPr="00C6479E">
              <w:rPr>
                <w:rFonts w:cs="Arial"/>
                <w:b/>
                <w:bCs/>
                <w:sz w:val="22"/>
                <w:lang w:val="pt-BR"/>
              </w:rPr>
              <w:t>Notas fiscais, recibos e extratos somente serão exigidos nas hipóteses previstas na legislação e no Termo de Execução Cultural.</w:t>
            </w:r>
          </w:p>
        </w:tc>
      </w:tr>
    </w:tbl>
    <w:p w14:paraId="51813DB5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1. Dados do projeto</w:t>
      </w:r>
    </w:p>
    <w:p w14:paraId="66291A0D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1.1. Nome do projeto</w:t>
      </w:r>
    </w:p>
    <w:p w14:paraId="51D941A2" w14:textId="2FAA0BEE" w:rsidR="00402004" w:rsidRPr="00C6479E" w:rsidRDefault="00E675AD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</w:t>
      </w:r>
      <w:r w:rsidR="00874F24" w:rsidRPr="00C6479E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16B7C6A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1.2. Agente cultural</w:t>
      </w:r>
    </w:p>
    <w:p w14:paraId="012E7B51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</w:p>
    <w:p w14:paraId="0034CCB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1.3. Nº do Termo de Execução Cultural</w:t>
      </w:r>
    </w:p>
    <w:p w14:paraId="6F3D7617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</w:p>
    <w:p w14:paraId="5BAD577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1.4. Categoria</w:t>
      </w:r>
    </w:p>
    <w:p w14:paraId="23E83BE1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</w:p>
    <w:p w14:paraId="7ABACE4A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1.5. Vigência</w:t>
      </w:r>
    </w:p>
    <w:p w14:paraId="6B88E3CB" w14:textId="1F4DFEEE" w:rsidR="00402004" w:rsidRPr="00C6479E" w:rsidRDefault="00E675AD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D97C6C6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1.6. Valor repassado</w:t>
      </w:r>
    </w:p>
    <w:p w14:paraId="42B186A7" w14:textId="0E39C249" w:rsidR="00402004" w:rsidRPr="00C6479E" w:rsidRDefault="00E675AD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F877DB9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1.7. Data de entrega do relatório</w:t>
      </w:r>
    </w:p>
    <w:p w14:paraId="7BEEFFDD" w14:textId="58DF2B7B" w:rsidR="00402004" w:rsidRPr="00C6479E" w:rsidRDefault="00E675AD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1ADAC370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2. Resultados</w:t>
      </w:r>
    </w:p>
    <w:p w14:paraId="558866C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2.1. Resumo da execução e dos principais resultados</w:t>
      </w:r>
    </w:p>
    <w:p w14:paraId="0493FA09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</w:p>
    <w:p w14:paraId="3BEBD169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lastRenderedPageBreak/>
        <w:t>____________________________________________________________________________________________________________________________________________________________________</w:t>
      </w:r>
    </w:p>
    <w:p w14:paraId="4404D34D" w14:textId="760E41F2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</w:p>
    <w:p w14:paraId="03A45D69" w14:textId="77777777" w:rsidR="00874F24" w:rsidRPr="00C6479E" w:rsidRDefault="00874F24" w:rsidP="00874F24">
      <w:pPr>
        <w:spacing w:after="160"/>
        <w:rPr>
          <w:rFonts w:cs="Arial"/>
          <w:b/>
          <w:sz w:val="22"/>
          <w:lang w:val="pt-BR"/>
        </w:rPr>
      </w:pPr>
    </w:p>
    <w:p w14:paraId="1774D28A" w14:textId="1C04EA7C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2.2. As ações planejadas foram realizadas?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402004" w:rsidRPr="00C6479E" w14:paraId="457B2E2B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7BDBFFC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Sim, todas conforme planejado</w:t>
            </w:r>
          </w:p>
        </w:tc>
      </w:tr>
      <w:tr w:rsidR="00402004" w:rsidRPr="00C6479E" w14:paraId="1DA26C8B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1A6F8C5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Sim, todas, com adaptações</w:t>
            </w:r>
          </w:p>
        </w:tc>
      </w:tr>
      <w:tr w:rsidR="00402004" w:rsidRPr="00C6479E" w14:paraId="35421B63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B2AD534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Parte das ações não foi realizada</w:t>
            </w:r>
          </w:p>
        </w:tc>
      </w:tr>
      <w:tr w:rsidR="00402004" w:rsidRPr="00C6479E" w14:paraId="4FE8A619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21633B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As ações não foram realizadas conforme planejado</w:t>
            </w:r>
          </w:p>
        </w:tc>
      </w:tr>
    </w:tbl>
    <w:p w14:paraId="2B38FAD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2.3. Descreva as ações, datas, locais, alterações e impactos nas metas</w:t>
      </w:r>
    </w:p>
    <w:p w14:paraId="54ED377B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75D7DD04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</w:p>
    <w:p w14:paraId="7546E7BF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</w:p>
    <w:p w14:paraId="362C5351" w14:textId="77777777" w:rsidR="00874F24" w:rsidRPr="00C6479E" w:rsidRDefault="00874F24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</w:p>
    <w:p w14:paraId="4F8A3545" w14:textId="42223A88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3. Cumprimento das metas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880"/>
        <w:gridCol w:w="2016"/>
        <w:gridCol w:w="1728"/>
        <w:gridCol w:w="2160"/>
      </w:tblGrid>
      <w:tr w:rsidR="00402004" w:rsidRPr="00C6479E" w14:paraId="75594647" w14:textId="77777777" w:rsidTr="00874F24">
        <w:trPr>
          <w:tblHeader/>
          <w:jc w:val="center"/>
        </w:trPr>
        <w:tc>
          <w:tcPr>
            <w:tcW w:w="216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A83BE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Meta aprovada</w:t>
            </w:r>
          </w:p>
        </w:tc>
        <w:tc>
          <w:tcPr>
            <w:tcW w:w="288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CC42C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Resultado alcançado</w:t>
            </w:r>
          </w:p>
        </w:tc>
        <w:tc>
          <w:tcPr>
            <w:tcW w:w="2016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CEB601" w14:textId="5DF037FA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Situação: integral/parcial/</w:t>
            </w:r>
            <w:r w:rsidR="00874F24"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br/>
              <w:t>n</w:t>
            </w: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ão cumprida</w:t>
            </w:r>
          </w:p>
        </w:tc>
        <w:tc>
          <w:tcPr>
            <w:tcW w:w="172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94576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Evidência</w:t>
            </w:r>
          </w:p>
        </w:tc>
        <w:tc>
          <w:tcPr>
            <w:tcW w:w="216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ABEDF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Justificativa, se necessária</w:t>
            </w:r>
          </w:p>
        </w:tc>
      </w:tr>
      <w:tr w:rsidR="00402004" w:rsidRPr="00C6479E" w14:paraId="7F99D5C2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A06C1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208C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7C57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E18E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F219F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142B4488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A5D33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652C1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19F2A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3DB1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7AF41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0501A354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0C8C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477E7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8B66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B67CF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5A65D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09959D80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3863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198E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34EA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9D1ED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B493C3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06D456FA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7DC2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52419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6B6D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B01A5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F27B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59652A9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97C1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9DB2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8BFA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E5A9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72229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4E595D55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E2072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F836B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156B7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A8A93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F4FE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1BC67D74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E6EDA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F8D6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01A43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C2327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D6C7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16027B09" w14:textId="77777777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C7806B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641F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D8A4F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5FA98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8708C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7836C961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4. Produtos e entregas culturais</w:t>
      </w:r>
    </w:p>
    <w:p w14:paraId="68D88885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4.1. Produtos gerados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402004" w:rsidRPr="00C6479E" w14:paraId="40468BC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5FA40F0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Livro/publicação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C9A233B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Livro digital/e-book</w:t>
            </w:r>
          </w:p>
        </w:tc>
      </w:tr>
      <w:tr w:rsidR="00402004" w:rsidRPr="00C6479E" w14:paraId="5C48DEF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D6D99E0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Vídeo/registro audiovisual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0B509E2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Relatório de pesquisa</w:t>
            </w:r>
          </w:p>
        </w:tc>
      </w:tr>
      <w:tr w:rsidR="00402004" w:rsidRPr="00C6479E" w14:paraId="489C234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29EAEF3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Artesanato/obra visual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AA9ED5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Espetáculo/apresentação</w:t>
            </w:r>
          </w:p>
        </w:tc>
      </w:tr>
      <w:tr w:rsidR="00402004" w:rsidRPr="00C6479E" w14:paraId="248C9E3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90222BA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Oficina/curso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1FAFB6E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Exposição/mostra</w:t>
            </w:r>
          </w:p>
        </w:tc>
      </w:tr>
      <w:tr w:rsidR="00402004" w:rsidRPr="00C6479E" w14:paraId="43B1305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19DF24E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Acervo digitalizado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36563C4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Outro</w:t>
            </w:r>
          </w:p>
        </w:tc>
      </w:tr>
      <w:tr w:rsidR="00402004" w:rsidRPr="00C6479E" w14:paraId="406E04B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F986726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Não houve produto material</w:t>
            </w:r>
          </w:p>
        </w:tc>
        <w:tc>
          <w:tcPr>
            <w:tcW w:w="5040" w:type="dxa"/>
          </w:tcPr>
          <w:p w14:paraId="14BA0C1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57B73206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4.2. Informe quantidades e descreva os produtos</w:t>
      </w:r>
    </w:p>
    <w:p w14:paraId="722572C6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0666441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4.3. Como os produtos permanecerão disponíveis ao público?</w:t>
      </w:r>
    </w:p>
    <w:p w14:paraId="21B1020E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71B11E4C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4.4. Links, locais de guarda, circulação ou consulta</w:t>
      </w:r>
    </w:p>
    <w:p w14:paraId="42E00CBE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lastRenderedPageBreak/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5AFE59E2" w14:textId="1EA88AC3" w:rsidR="00402004" w:rsidRPr="00C6479E" w:rsidRDefault="00402004" w:rsidP="00874F24">
      <w:pPr>
        <w:keepLines/>
        <w:spacing w:after="160"/>
        <w:rPr>
          <w:rFonts w:cs="Arial"/>
          <w:sz w:val="22"/>
          <w:lang w:val="pt-BR"/>
        </w:rPr>
      </w:pPr>
    </w:p>
    <w:p w14:paraId="6ACB236B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5. Público alcançado</w:t>
      </w:r>
    </w:p>
    <w:p w14:paraId="0E1AA46E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5.1. Quantidade total de pessoas beneficiadas</w:t>
      </w:r>
    </w:p>
    <w:p w14:paraId="2F22BA72" w14:textId="2855ADD1" w:rsidR="00402004" w:rsidRPr="00C6479E" w:rsidRDefault="00E675AD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25780E0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5.2. Como o público foi contabilizado?</w:t>
      </w:r>
    </w:p>
    <w:p w14:paraId="79F9E7C4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5E41C6E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5.3. Perfil do público e comunidades alcançadas</w:t>
      </w:r>
    </w:p>
    <w:p w14:paraId="033D36EE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6BD70B2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5.4. Justificativa para baixa frequência ou oscilação, se houver</w:t>
      </w:r>
    </w:p>
    <w:p w14:paraId="5E70EB27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7C5040A7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6. Acessibilidade</w:t>
      </w:r>
    </w:p>
    <w:p w14:paraId="2DCD4659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6.1. Medidas de acessibilidade e inclusão efetivamente realizadas</w:t>
      </w:r>
    </w:p>
    <w:p w14:paraId="2CFA14D5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16BDE2F2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6.2. Dificuldades, adaptações e resultados das medidas</w:t>
      </w:r>
    </w:p>
    <w:p w14:paraId="10FDFBCF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6B1B9A42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lastRenderedPageBreak/>
        <w:t>7. Equipe</w:t>
      </w:r>
    </w:p>
    <w:p w14:paraId="1CF9B55D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7.1. Quantidade de integrantes</w:t>
      </w:r>
    </w:p>
    <w:p w14:paraId="7AB1F229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0EF960C1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7.2. Houve mudanças na equipe?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402004" w:rsidRPr="00C6479E" w14:paraId="12DF63F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0018B95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Não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65480D6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Sim</w:t>
            </w:r>
          </w:p>
        </w:tc>
      </w:tr>
    </w:tbl>
    <w:p w14:paraId="1F09D1F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7.3. Explique as mudanças, se houver</w:t>
      </w:r>
    </w:p>
    <w:p w14:paraId="0D23158D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448"/>
        <w:gridCol w:w="2160"/>
        <w:gridCol w:w="3312"/>
      </w:tblGrid>
      <w:tr w:rsidR="00402004" w:rsidRPr="00C6479E" w14:paraId="0C1C95C2" w14:textId="77777777" w:rsidTr="00874F24">
        <w:trPr>
          <w:tblHeader/>
          <w:jc w:val="center"/>
        </w:trPr>
        <w:tc>
          <w:tcPr>
            <w:tcW w:w="288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E46B4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Nome/profissional ou empresa</w:t>
            </w:r>
          </w:p>
        </w:tc>
        <w:tc>
          <w:tcPr>
            <w:tcW w:w="244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B517E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Função</w:t>
            </w:r>
          </w:p>
        </w:tc>
        <w:tc>
          <w:tcPr>
            <w:tcW w:w="216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20A0B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CPF/CNPJ</w:t>
            </w:r>
          </w:p>
        </w:tc>
        <w:tc>
          <w:tcPr>
            <w:tcW w:w="331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8157A" w14:textId="77777777" w:rsidR="00402004" w:rsidRPr="00C6479E" w:rsidRDefault="00E675AD" w:rsidP="00874F24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C6479E">
              <w:rPr>
                <w:rFonts w:cs="Arial"/>
                <w:b/>
                <w:color w:val="FFFFFF" w:themeColor="background1"/>
                <w:sz w:val="22"/>
                <w:lang w:val="pt-BR"/>
              </w:rPr>
              <w:t>Atividade realizada</w:t>
            </w:r>
          </w:p>
        </w:tc>
      </w:tr>
      <w:tr w:rsidR="00402004" w:rsidRPr="00C6479E" w14:paraId="60201C66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9DBF0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76352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A3887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750B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BA4103D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E5D6E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31FC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66CE7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B7569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2A95D34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0FF5DC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7E2F2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A3894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9575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299CD55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98C99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43BB65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790E8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EF5D6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3698BB3D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737BC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D1D288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67DD3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6005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402004" w:rsidRPr="00C6479E" w14:paraId="7AEDF02A" w14:textId="77777777">
        <w:trPr>
          <w:jc w:val="center"/>
        </w:trPr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3E9A1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4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6907D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204CA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EC37A" w14:textId="77777777" w:rsidR="00402004" w:rsidRPr="00C6479E" w:rsidRDefault="00402004" w:rsidP="00874F24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15237B17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8. Locais e acesso</w:t>
      </w:r>
    </w:p>
    <w:p w14:paraId="0D35D057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8.1. Forma de acesso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402004" w:rsidRPr="00C6479E" w14:paraId="01564975" w14:textId="77777777"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8648CF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Presencial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EA417AD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Virtual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82CFF98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Híbrida</w:t>
            </w:r>
          </w:p>
        </w:tc>
      </w:tr>
    </w:tbl>
    <w:p w14:paraId="664CBBC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8.2. Locais, municípios, escolas, comunidades e equipamentos utilizados</w:t>
      </w:r>
    </w:p>
    <w:p w14:paraId="15FE861C" w14:textId="0A6D4243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C8D7D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8.3. Plataformas e links utilizados</w:t>
      </w:r>
    </w:p>
    <w:p w14:paraId="606BA960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lastRenderedPageBreak/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5056D3AA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9. Divulgação e gratuidade</w:t>
      </w:r>
    </w:p>
    <w:p w14:paraId="2E030C6F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9.1. Como o projeto foi divulgado?</w:t>
      </w:r>
    </w:p>
    <w:p w14:paraId="1D4DB379" w14:textId="77777777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____________________________________________________________________________________________________________________________________________________________________</w:t>
      </w:r>
    </w:p>
    <w:p w14:paraId="1518CAA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9.2. Como foram informadas a gratuidade e as marcas do apoio público?</w:t>
      </w:r>
    </w:p>
    <w:p w14:paraId="48EAFC80" w14:textId="1B6EF302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C24668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10. Comercialização e receitas complementares</w:t>
      </w:r>
    </w:p>
    <w:p w14:paraId="0F13EF28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10.1. Houve comercialização admitida pelo Anexo I? Descreva quantidades, receitas e destinação</w:t>
      </w:r>
      <w:r w:rsidRPr="00C6479E">
        <w:rPr>
          <w:rFonts w:cs="Arial"/>
          <w:i/>
          <w:sz w:val="22"/>
          <w:lang w:val="pt-BR"/>
        </w:rPr>
        <w:t xml:space="preserve"> (se não houve, informe “Não houve”)</w:t>
      </w:r>
    </w:p>
    <w:p w14:paraId="79E5A8A4" w14:textId="28BC664D" w:rsidR="00874F24" w:rsidRPr="00C6479E" w:rsidRDefault="00874F24" w:rsidP="00874F24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0C0D50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t>11. Anexos e evidências</w:t>
      </w:r>
    </w:p>
    <w:p w14:paraId="216780EB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11.1. Evidências anexadas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402004" w:rsidRPr="00C6479E" w14:paraId="4165DA8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AC97C75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Registros fotográficos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B85A1D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Vídeos</w:t>
            </w:r>
          </w:p>
        </w:tc>
      </w:tr>
      <w:tr w:rsidR="00402004" w:rsidRPr="00C6479E" w14:paraId="42A8A71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B7E797C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Listas de presença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078C93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Materiais de divulgação</w:t>
            </w:r>
          </w:p>
        </w:tc>
      </w:tr>
      <w:tr w:rsidR="00402004" w:rsidRPr="00C6479E" w14:paraId="092EA1C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B1DEB79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Publicações e links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5DF78EB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Depoimentos</w:t>
            </w:r>
          </w:p>
        </w:tc>
      </w:tr>
      <w:tr w:rsidR="00402004" w:rsidRPr="00C6479E" w14:paraId="3147B59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D01BB17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Atas/declarações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6735319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Comprovantes de contratação ou aquisição</w:t>
            </w:r>
          </w:p>
        </w:tc>
      </w:tr>
      <w:tr w:rsidR="00402004" w:rsidRPr="00C6479E" w14:paraId="52E51F3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70DE441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Produtos digitais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AFA6442" w14:textId="77777777" w:rsidR="00402004" w:rsidRPr="00C6479E" w:rsidRDefault="00E675AD" w:rsidP="00874F24">
            <w:pPr>
              <w:spacing w:after="160"/>
              <w:rPr>
                <w:rFonts w:cs="Arial"/>
                <w:sz w:val="22"/>
                <w:lang w:val="pt-BR"/>
              </w:rPr>
            </w:pPr>
            <w:r w:rsidRPr="00C6479E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6479E">
              <w:rPr>
                <w:rFonts w:cs="Arial"/>
                <w:sz w:val="22"/>
                <w:lang w:val="pt-BR"/>
              </w:rPr>
              <w:t xml:space="preserve"> Outros</w:t>
            </w:r>
          </w:p>
        </w:tc>
      </w:tr>
    </w:tbl>
    <w:p w14:paraId="3AEBD973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b/>
          <w:sz w:val="22"/>
          <w:lang w:val="pt-BR"/>
        </w:rPr>
        <w:t>11.2. Relação e identificação dos arquivos anexos</w:t>
      </w:r>
    </w:p>
    <w:p w14:paraId="1AFB5DB8" w14:textId="06A2A5B9" w:rsidR="00413763" w:rsidRPr="00C6479E" w:rsidRDefault="00413763" w:rsidP="00413763">
      <w:pPr>
        <w:keepLines/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____________________________________________________________________________________________________________________________________________________________________</w:t>
      </w:r>
      <w:r w:rsidRPr="00C6479E">
        <w:rPr>
          <w:rFonts w:cs="Arial"/>
          <w:sz w:val="22"/>
          <w:lang w:val="pt-BR"/>
        </w:rPr>
        <w:br/>
        <w:t>__________________________________________________________________________________</w:t>
      </w:r>
    </w:p>
    <w:p w14:paraId="34B00BC9" w14:textId="77777777" w:rsidR="00402004" w:rsidRPr="00C6479E" w:rsidRDefault="00E675AD" w:rsidP="00874F24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6479E">
        <w:rPr>
          <w:rFonts w:ascii="Arial" w:hAnsi="Arial" w:cs="Arial"/>
          <w:color w:val="auto"/>
          <w:sz w:val="22"/>
          <w:szCs w:val="22"/>
          <w:lang w:val="pt-BR"/>
        </w:rPr>
        <w:lastRenderedPageBreak/>
        <w:t>12. Declaração</w:t>
      </w:r>
    </w:p>
    <w:p w14:paraId="60C0FEAD" w14:textId="77777777" w:rsidR="00402004" w:rsidRPr="00C6479E" w:rsidRDefault="00E675AD" w:rsidP="00874F24">
      <w:pPr>
        <w:spacing w:after="160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Declaro que as informações apresentadas correspondem à execução do projeto e que os documentos e evidências anexados são autênticos, permanecendo disponíveis para verificação pelo Município e pelos órgãos de controle.</w:t>
      </w:r>
    </w:p>
    <w:p w14:paraId="66F718D3" w14:textId="77777777" w:rsidR="00402004" w:rsidRPr="00C6479E" w:rsidRDefault="00E675AD" w:rsidP="00874F24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br/>
        <w:t xml:space="preserve">Rio das Antas/SC, ______ de __________________ </w:t>
      </w:r>
      <w:proofErr w:type="spellStart"/>
      <w:r w:rsidRPr="00C6479E">
        <w:rPr>
          <w:rFonts w:cs="Arial"/>
          <w:sz w:val="22"/>
          <w:lang w:val="pt-BR"/>
        </w:rPr>
        <w:t>de</w:t>
      </w:r>
      <w:proofErr w:type="spellEnd"/>
      <w:r w:rsidRPr="00C6479E">
        <w:rPr>
          <w:rFonts w:cs="Arial"/>
          <w:sz w:val="22"/>
          <w:lang w:val="pt-BR"/>
        </w:rPr>
        <w:t xml:space="preserve"> 20____.</w:t>
      </w:r>
    </w:p>
    <w:p w14:paraId="68D78BEB" w14:textId="77777777" w:rsidR="00377141" w:rsidRPr="00C6479E" w:rsidRDefault="00377141" w:rsidP="00874F24">
      <w:pPr>
        <w:spacing w:after="160"/>
        <w:jc w:val="center"/>
        <w:rPr>
          <w:rFonts w:cs="Arial"/>
          <w:sz w:val="22"/>
          <w:lang w:val="pt-BR"/>
        </w:rPr>
      </w:pPr>
    </w:p>
    <w:p w14:paraId="4639D5CC" w14:textId="38F451CF" w:rsidR="00377141" w:rsidRPr="00C6479E" w:rsidRDefault="00377141" w:rsidP="00874F24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>_______________________________</w:t>
      </w:r>
    </w:p>
    <w:p w14:paraId="6472D75B" w14:textId="6ECF8EB8" w:rsidR="00874F24" w:rsidRPr="00C6479E" w:rsidRDefault="00377141" w:rsidP="00377141">
      <w:pPr>
        <w:spacing w:after="160"/>
        <w:jc w:val="center"/>
        <w:rPr>
          <w:rFonts w:cs="Arial"/>
          <w:sz w:val="22"/>
          <w:lang w:val="pt-BR"/>
        </w:rPr>
      </w:pPr>
      <w:r w:rsidRPr="00C6479E">
        <w:rPr>
          <w:rFonts w:cs="Arial"/>
          <w:sz w:val="22"/>
          <w:lang w:val="pt-BR"/>
        </w:rPr>
        <w:t xml:space="preserve">AGENTE CULTURAL </w:t>
      </w:r>
    </w:p>
    <w:sectPr w:rsidR="00874F24" w:rsidRPr="00C6479E" w:rsidSect="00034616">
      <w:headerReference w:type="default" r:id="rId8"/>
      <w:footerReference w:type="default" r:id="rId9"/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AA98D" w14:textId="77777777" w:rsidR="00F55AC7" w:rsidRDefault="00F55AC7">
      <w:pPr>
        <w:spacing w:after="0" w:line="240" w:lineRule="auto"/>
      </w:pPr>
      <w:r>
        <w:separator/>
      </w:r>
    </w:p>
  </w:endnote>
  <w:endnote w:type="continuationSeparator" w:id="0">
    <w:p w14:paraId="6BF0DB4E" w14:textId="77777777" w:rsidR="00F55AC7" w:rsidRDefault="00F5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6FF4" w14:textId="44055C49" w:rsidR="00402004" w:rsidRDefault="0040200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5C523" w14:textId="77777777" w:rsidR="00F55AC7" w:rsidRDefault="00F55AC7">
      <w:pPr>
        <w:spacing w:after="0" w:line="240" w:lineRule="auto"/>
      </w:pPr>
      <w:r>
        <w:separator/>
      </w:r>
    </w:p>
  </w:footnote>
  <w:footnote w:type="continuationSeparator" w:id="0">
    <w:p w14:paraId="26639F6C" w14:textId="77777777" w:rsidR="00F55AC7" w:rsidRDefault="00F55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72AF" w14:textId="601D6F3A" w:rsidR="00402004" w:rsidRDefault="004422DA" w:rsidP="00377141">
    <w:pPr>
      <w:jc w:val="center"/>
    </w:pPr>
    <w:r>
      <w:rPr>
        <w:noProof/>
      </w:rPr>
      <w:drawing>
        <wp:inline distT="0" distB="0" distL="0" distR="0" wp14:anchorId="6440E4A7" wp14:editId="70BDF021">
          <wp:extent cx="6400800" cy="1160145"/>
          <wp:effectExtent l="0" t="0" r="0" b="1905"/>
          <wp:docPr id="19988925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8892556" name="Imagem 19988925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116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7214534">
    <w:abstractNumId w:val="8"/>
  </w:num>
  <w:num w:numId="2" w16cid:durableId="1687125679">
    <w:abstractNumId w:val="6"/>
  </w:num>
  <w:num w:numId="3" w16cid:durableId="1450658597">
    <w:abstractNumId w:val="5"/>
  </w:num>
  <w:num w:numId="4" w16cid:durableId="1341470964">
    <w:abstractNumId w:val="4"/>
  </w:num>
  <w:num w:numId="5" w16cid:durableId="1806654746">
    <w:abstractNumId w:val="7"/>
  </w:num>
  <w:num w:numId="6" w16cid:durableId="2059890753">
    <w:abstractNumId w:val="3"/>
  </w:num>
  <w:num w:numId="7" w16cid:durableId="617950982">
    <w:abstractNumId w:val="2"/>
  </w:num>
  <w:num w:numId="8" w16cid:durableId="523321590">
    <w:abstractNumId w:val="1"/>
  </w:num>
  <w:num w:numId="9" w16cid:durableId="1127815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11E"/>
    <w:rsid w:val="0010726E"/>
    <w:rsid w:val="0015074B"/>
    <w:rsid w:val="001E4EC3"/>
    <w:rsid w:val="0029639D"/>
    <w:rsid w:val="002E60AC"/>
    <w:rsid w:val="00326F90"/>
    <w:rsid w:val="00377141"/>
    <w:rsid w:val="00402004"/>
    <w:rsid w:val="00413763"/>
    <w:rsid w:val="004422DA"/>
    <w:rsid w:val="004A76C0"/>
    <w:rsid w:val="005D36D7"/>
    <w:rsid w:val="00687065"/>
    <w:rsid w:val="00874F24"/>
    <w:rsid w:val="008C6E10"/>
    <w:rsid w:val="009047C0"/>
    <w:rsid w:val="00AA1D8D"/>
    <w:rsid w:val="00B47730"/>
    <w:rsid w:val="00C6479E"/>
    <w:rsid w:val="00CB0664"/>
    <w:rsid w:val="00D757B4"/>
    <w:rsid w:val="00DE5D54"/>
    <w:rsid w:val="00E675AD"/>
    <w:rsid w:val="00F55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60A417"/>
  <w14:defaultImageDpi w14:val="300"/>
  <w15:docId w15:val="{2F06BE6B-7869-42B8-AC6E-C78AA3F1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1629</Words>
  <Characters>8801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7</cp:revision>
  <dcterms:created xsi:type="dcterms:W3CDTF">2026-08-12T19:58:00Z</dcterms:created>
  <dcterms:modified xsi:type="dcterms:W3CDTF">2026-08-21T10:35:00Z</dcterms:modified>
  <cp:category/>
</cp:coreProperties>
</file>