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51F7" w14:textId="77777777" w:rsidR="005A21E0" w:rsidRPr="00850028" w:rsidRDefault="00010011">
      <w:pPr>
        <w:jc w:val="center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ANEXO III</w:t>
      </w:r>
    </w:p>
    <w:p w14:paraId="56FE1CCA" w14:textId="77777777" w:rsidR="005A21E0" w:rsidRPr="00850028" w:rsidRDefault="00010011">
      <w:pPr>
        <w:pStyle w:val="Ttulo"/>
        <w:jc w:val="center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PLANO DE TRABALHO</w:t>
      </w:r>
    </w:p>
    <w:p w14:paraId="6DA343BB" w14:textId="77777777" w:rsidR="005A21E0" w:rsidRPr="00850028" w:rsidRDefault="00010011">
      <w:pPr>
        <w:jc w:val="center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EDITAL DE FOMENTO CULTURAL PNAB – CICLO 2 – MUNICÍPIO DE RIO DAS ANTAS/SC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5A21E0" w:rsidRPr="00850028" w14:paraId="260BCCEF" w14:textId="77777777">
        <w:trPr>
          <w:jc w:val="center"/>
        </w:trPr>
        <w:tc>
          <w:tcPr>
            <w:tcW w:w="10080" w:type="dxa"/>
            <w:shd w:val="clear" w:color="auto" w:fill="FFF2C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6A3F51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cs="Arial"/>
                <w:sz w:val="22"/>
                <w:lang w:val="pt-BR"/>
              </w:rPr>
              <w:t>Escreva de forma simples e objetiva. Quando o espaço for insuficiente, acrescente páginas identificadas com o nome do projeto. Todos os campos devem guardar coerência com as exigências da categoria escolhida no Anexo I.</w:t>
            </w:r>
          </w:p>
        </w:tc>
      </w:tr>
    </w:tbl>
    <w:p w14:paraId="2DC1C3BE" w14:textId="4363F9C0" w:rsidR="005A21E0" w:rsidRPr="00850028" w:rsidRDefault="00010011" w:rsidP="00850028">
      <w:pPr>
        <w:pStyle w:val="Ttulo1"/>
        <w:tabs>
          <w:tab w:val="left" w:pos="7670"/>
        </w:tabs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1. Identificação</w:t>
      </w:r>
      <w:r w:rsidR="00850028" w:rsidRPr="00850028">
        <w:rPr>
          <w:rFonts w:ascii="Arial" w:hAnsi="Arial" w:cs="Arial"/>
          <w:color w:val="auto"/>
          <w:sz w:val="22"/>
          <w:szCs w:val="22"/>
          <w:lang w:val="pt-BR"/>
        </w:rPr>
        <w:tab/>
      </w:r>
    </w:p>
    <w:p w14:paraId="7D7F1E78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1.1. Nome do agente cultural</w:t>
      </w:r>
    </w:p>
    <w:p w14:paraId="10C0E89E" w14:textId="33E88CD7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53A8B529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1.2. CPF ou CNPJ</w:t>
      </w:r>
    </w:p>
    <w:p w14:paraId="0A3AD5D7" w14:textId="61DC34C7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0E2A5AD2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1.3. Nome do projeto</w:t>
      </w:r>
    </w:p>
    <w:p w14:paraId="09EAE93C" w14:textId="57E18EB5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14024617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1.4. Categoria</w:t>
      </w:r>
    </w:p>
    <w:p w14:paraId="3647A909" w14:textId="032C9C7C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762C9F73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1.5. Modalidade de concorrência</w:t>
      </w:r>
    </w:p>
    <w:p w14:paraId="28EDEF2C" w14:textId="617BF5A5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4AFD3025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1.6. Valor solicitado</w:t>
      </w:r>
    </w:p>
    <w:p w14:paraId="6E2CC804" w14:textId="6B8BA869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470233B8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2. Trajetória cultural</w:t>
      </w:r>
    </w:p>
    <w:p w14:paraId="3A86F3D5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 xml:space="preserve">2.1. Mini currículo ou </w:t>
      </w:r>
      <w:proofErr w:type="spellStart"/>
      <w:r w:rsidRPr="00850028">
        <w:rPr>
          <w:rFonts w:cs="Arial"/>
          <w:b/>
          <w:sz w:val="22"/>
          <w:lang w:val="pt-BR"/>
        </w:rPr>
        <w:t>miniportfólio</w:t>
      </w:r>
      <w:proofErr w:type="spellEnd"/>
      <w:r w:rsidRPr="00850028">
        <w:rPr>
          <w:rFonts w:cs="Arial"/>
          <w:b/>
          <w:sz w:val="22"/>
          <w:lang w:val="pt-BR"/>
        </w:rPr>
        <w:t xml:space="preserve"> do agente cultural</w:t>
      </w:r>
      <w:r w:rsidRPr="00850028">
        <w:rPr>
          <w:rFonts w:cs="Arial"/>
          <w:i/>
          <w:sz w:val="22"/>
          <w:lang w:val="pt-BR"/>
        </w:rPr>
        <w:t xml:space="preserve"> (conte suas principais experiências culturais; podem ser formais, informais, comunitárias, tradicionais ou populares)</w:t>
      </w:r>
    </w:p>
    <w:p w14:paraId="1085FD05" w14:textId="5FA0C5FD" w:rsidR="005A21E0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</w:r>
    </w:p>
    <w:p w14:paraId="7F4861E9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2.2. Links, referências ou relação de documentos que comprovem a trajetória</w:t>
      </w:r>
    </w:p>
    <w:p w14:paraId="74E11879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3DCF577E" w14:textId="227EC891" w:rsidR="005A21E0" w:rsidRPr="00850028" w:rsidRDefault="00010011" w:rsidP="001B5578">
      <w:pPr>
        <w:keepLines/>
        <w:spacing w:after="40"/>
        <w:rPr>
          <w:rFonts w:cs="Arial"/>
          <w:b/>
          <w:bCs/>
          <w:sz w:val="22"/>
          <w:lang w:val="pt-BR"/>
        </w:rPr>
      </w:pPr>
      <w:r w:rsidRPr="00850028">
        <w:rPr>
          <w:rFonts w:cs="Arial"/>
          <w:b/>
          <w:bCs/>
          <w:sz w:val="22"/>
          <w:lang w:val="pt-BR"/>
        </w:rPr>
        <w:t>3. Apresentação do projeto</w:t>
      </w:r>
    </w:p>
    <w:p w14:paraId="565C649F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3.1. Resumo do projeto</w:t>
      </w:r>
      <w:r w:rsidRPr="00850028">
        <w:rPr>
          <w:rFonts w:cs="Arial"/>
          <w:i/>
          <w:sz w:val="22"/>
          <w:lang w:val="pt-BR"/>
        </w:rPr>
        <w:t xml:space="preserve"> (o que será realizado, onde, para quem e por que é importante)</w:t>
      </w:r>
    </w:p>
    <w:p w14:paraId="7A74CF54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lastRenderedPageBreak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1380A6C0" w14:textId="77777777" w:rsidR="001B5578" w:rsidRPr="00850028" w:rsidRDefault="001B5578">
      <w:pPr>
        <w:spacing w:after="40"/>
        <w:rPr>
          <w:rFonts w:cs="Arial"/>
          <w:b/>
          <w:sz w:val="22"/>
          <w:lang w:val="pt-BR"/>
        </w:rPr>
      </w:pPr>
    </w:p>
    <w:p w14:paraId="44931A6B" w14:textId="77777777" w:rsidR="001B5578" w:rsidRPr="00850028" w:rsidRDefault="001B5578">
      <w:pPr>
        <w:spacing w:after="40"/>
        <w:rPr>
          <w:rFonts w:cs="Arial"/>
          <w:b/>
          <w:sz w:val="22"/>
          <w:lang w:val="pt-BR"/>
        </w:rPr>
      </w:pPr>
    </w:p>
    <w:p w14:paraId="24F06A8A" w14:textId="4989BFE2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3.2. Justificativa</w:t>
      </w:r>
      <w:r w:rsidRPr="00850028">
        <w:rPr>
          <w:rFonts w:cs="Arial"/>
          <w:i/>
          <w:sz w:val="22"/>
          <w:lang w:val="pt-BR"/>
        </w:rPr>
        <w:t xml:space="preserve"> (qual necessidade, contexto ou oportunidade cultural o projeto pretende atender)</w:t>
      </w:r>
    </w:p>
    <w:p w14:paraId="131ABBDD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4BD7C768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3.3. Objetivo geral</w:t>
      </w:r>
    </w:p>
    <w:p w14:paraId="03A5D8E4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71D7BA21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3.4. Objetivos específicos</w:t>
      </w:r>
      <w:r w:rsidRPr="00850028">
        <w:rPr>
          <w:rFonts w:cs="Arial"/>
          <w:i/>
          <w:sz w:val="22"/>
          <w:lang w:val="pt-BR"/>
        </w:rPr>
        <w:t xml:space="preserve"> (recomenda-se indicar de três a cinco objetivos)</w:t>
      </w:r>
    </w:p>
    <w:p w14:paraId="67570DC5" w14:textId="77777777" w:rsidR="001B5578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</w:r>
    </w:p>
    <w:p w14:paraId="66F1E2FA" w14:textId="11B838B4" w:rsidR="005A21E0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4. Metas, atividades e entregas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4608"/>
        <w:gridCol w:w="1440"/>
        <w:gridCol w:w="2880"/>
      </w:tblGrid>
      <w:tr w:rsidR="005A21E0" w:rsidRPr="00850028" w14:paraId="4F956B60" w14:textId="77777777" w:rsidTr="001B5578">
        <w:trPr>
          <w:tblHeader/>
          <w:jc w:val="center"/>
        </w:trPr>
        <w:tc>
          <w:tcPr>
            <w:tcW w:w="1296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9D88DA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Meta</w:t>
            </w:r>
          </w:p>
        </w:tc>
        <w:tc>
          <w:tcPr>
            <w:tcW w:w="460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9812F2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Atividade/entrega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BC281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Quantidade</w:t>
            </w:r>
          </w:p>
        </w:tc>
        <w:tc>
          <w:tcPr>
            <w:tcW w:w="288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019A9D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Forma de comprovação</w:t>
            </w:r>
          </w:p>
        </w:tc>
      </w:tr>
      <w:tr w:rsidR="005A21E0" w:rsidRPr="00850028" w14:paraId="6255A4C9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522C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5340F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F14C4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08313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2CC4713D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9F92B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CBDB8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0D51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EB4BB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45E18EFE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390F2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5E98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DDEFD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47ADC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00B9A1D4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783D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CA63B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613B2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280E4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23D827A9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81ED2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4A2C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96748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23C8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72700D82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764F7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3769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9BAC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FF2D0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7DB6E68D" w14:textId="77777777">
        <w:trPr>
          <w:jc w:val="center"/>
        </w:trPr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C3207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6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2941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B8C63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288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9845B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6CB79918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5. Público e locais</w:t>
      </w:r>
    </w:p>
    <w:p w14:paraId="5A7920E2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5.1. Perfil do público a ser alcançado</w:t>
      </w:r>
    </w:p>
    <w:p w14:paraId="3156955C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lastRenderedPageBreak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10CC2624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5.2. Quantidade estimada de participantes ou beneficiários</w:t>
      </w:r>
    </w:p>
    <w:p w14:paraId="02DFEC54" w14:textId="61ACBAD1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6379FD4C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5.3. Estratégia de mobilização e participação do público</w:t>
      </w:r>
    </w:p>
    <w:p w14:paraId="7975EA55" w14:textId="100D7DE8" w:rsidR="005A21E0" w:rsidRPr="00850028" w:rsidRDefault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</w:p>
    <w:p w14:paraId="5BC3EF32" w14:textId="77777777" w:rsidR="001B5578" w:rsidRPr="00850028" w:rsidRDefault="001B5578">
      <w:pPr>
        <w:spacing w:after="40"/>
        <w:rPr>
          <w:rFonts w:cs="Arial"/>
          <w:b/>
          <w:sz w:val="22"/>
          <w:lang w:val="pt-BR"/>
        </w:rPr>
      </w:pPr>
    </w:p>
    <w:p w14:paraId="3BABCAC5" w14:textId="70A3ECE5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5.4. Locais e comunidades onde o projeto será realizado</w:t>
      </w:r>
    </w:p>
    <w:p w14:paraId="7F28F03C" w14:textId="77777777" w:rsidR="001B5578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</w:r>
    </w:p>
    <w:p w14:paraId="63DC4F9B" w14:textId="609524DB" w:rsidR="005A21E0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6. Acessibilidade e inclusão</w:t>
      </w:r>
    </w:p>
    <w:p w14:paraId="15E6E439" w14:textId="77777777" w:rsidR="005A21E0" w:rsidRPr="00850028" w:rsidRDefault="00010011">
      <w:pPr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6.1. Medidas de acessibilidade arquitetônica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A21E0" w:rsidRPr="00850028" w14:paraId="7B405E0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5CE1C4C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Rotas acessíveis e espaço de manobra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F207549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Rampas</w:t>
            </w:r>
          </w:p>
        </w:tc>
      </w:tr>
      <w:tr w:rsidR="005A21E0" w:rsidRPr="00850028" w14:paraId="1B5F76D6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6399E4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Corrimãos e guarda-corpos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B13A2F5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Banheiros adaptados</w:t>
            </w:r>
          </w:p>
        </w:tc>
      </w:tr>
      <w:tr w:rsidR="005A21E0" w:rsidRPr="00850028" w14:paraId="2A3D3243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85E9D73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Vagas reservadas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20CB16FA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Assentos adequados</w:t>
            </w:r>
          </w:p>
        </w:tc>
      </w:tr>
      <w:tr w:rsidR="005A21E0" w:rsidRPr="00850028" w14:paraId="6E24100D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BE0C16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Iluminação adequada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DE25000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Outra</w:t>
            </w:r>
          </w:p>
        </w:tc>
      </w:tr>
      <w:tr w:rsidR="005A21E0" w:rsidRPr="00850028" w14:paraId="5C16D60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888ACE5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Não se aplica, mediante justificativa</w:t>
            </w:r>
          </w:p>
        </w:tc>
        <w:tc>
          <w:tcPr>
            <w:tcW w:w="5040" w:type="dxa"/>
          </w:tcPr>
          <w:p w14:paraId="2E5DB5DE" w14:textId="77777777" w:rsidR="005A21E0" w:rsidRPr="00850028" w:rsidRDefault="005A21E0">
            <w:pPr>
              <w:rPr>
                <w:rFonts w:cs="Arial"/>
                <w:sz w:val="22"/>
                <w:lang w:val="pt-BR"/>
              </w:rPr>
            </w:pPr>
          </w:p>
        </w:tc>
      </w:tr>
    </w:tbl>
    <w:p w14:paraId="731E6060" w14:textId="77777777" w:rsidR="005A21E0" w:rsidRPr="00850028" w:rsidRDefault="00010011">
      <w:pPr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6.2. Medidas de acessibilidade comunicacional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A21E0" w:rsidRPr="00850028" w14:paraId="25E4EE34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6430CB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Libras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B0C791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Braille</w:t>
            </w:r>
          </w:p>
        </w:tc>
      </w:tr>
      <w:tr w:rsidR="005A21E0" w:rsidRPr="00850028" w14:paraId="40C48AD0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A93035A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Comunicação tátil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4F471F4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Audiodescrição</w:t>
            </w:r>
          </w:p>
        </w:tc>
      </w:tr>
      <w:tr w:rsidR="005A21E0" w:rsidRPr="00850028" w14:paraId="28A57D51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F0E19FD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Legendas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B07E33D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Linguagem simples</w:t>
            </w:r>
          </w:p>
        </w:tc>
      </w:tr>
      <w:tr w:rsidR="005A21E0" w:rsidRPr="00850028" w14:paraId="1E741F0A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FC56477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Texto compatível com leitor de tela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2AC137C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Material digital acessível</w:t>
            </w:r>
          </w:p>
        </w:tc>
      </w:tr>
      <w:tr w:rsidR="005A21E0" w:rsidRPr="00850028" w14:paraId="54E264E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7D795CE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Outra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549AE224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Não se aplica, mediante justificativa</w:t>
            </w:r>
          </w:p>
        </w:tc>
      </w:tr>
    </w:tbl>
    <w:p w14:paraId="0C45EC5B" w14:textId="77777777" w:rsidR="005A21E0" w:rsidRPr="00850028" w:rsidRDefault="00010011">
      <w:pPr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6.3. Medidas de acessibilidade atitudinal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A21E0" w:rsidRPr="00850028" w14:paraId="3E4C0E98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1890AE4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Orientação ou capacitação da equipe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3173B0A2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Profissional especializado</w:t>
            </w:r>
          </w:p>
        </w:tc>
      </w:tr>
      <w:tr w:rsidR="005A21E0" w:rsidRPr="00850028" w14:paraId="2C3E1162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6D8AB99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Acolhimento e apoio individual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13BBFE8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Prioridade e respeito à autonomia</w:t>
            </w:r>
          </w:p>
        </w:tc>
      </w:tr>
      <w:tr w:rsidR="005A21E0" w:rsidRPr="00850028" w14:paraId="50807535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42D97DE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Combate a atitudes </w:t>
            </w:r>
            <w:proofErr w:type="spellStart"/>
            <w:r w:rsidRPr="00850028">
              <w:rPr>
                <w:rFonts w:cs="Arial"/>
                <w:sz w:val="22"/>
                <w:lang w:val="pt-BR"/>
              </w:rPr>
              <w:t>capacitistas</w:t>
            </w:r>
            <w:proofErr w:type="spellEnd"/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4428137D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Outra</w:t>
            </w:r>
          </w:p>
        </w:tc>
      </w:tr>
    </w:tbl>
    <w:p w14:paraId="6B1D4113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lastRenderedPageBreak/>
        <w:t>6.4. Explique como as medidas serão implementadas ou justifique tecnicamente as que não se aplicam</w:t>
      </w:r>
    </w:p>
    <w:p w14:paraId="1A4689E3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4C46ABEC" w14:textId="0AEF52C2" w:rsidR="005A21E0" w:rsidRPr="00850028" w:rsidRDefault="00010011" w:rsidP="001B5578">
      <w:pPr>
        <w:keepLines/>
        <w:spacing w:after="40"/>
        <w:rPr>
          <w:rFonts w:cs="Arial"/>
          <w:b/>
          <w:bCs/>
          <w:sz w:val="22"/>
          <w:lang w:val="pt-BR"/>
        </w:rPr>
      </w:pPr>
      <w:r w:rsidRPr="00850028">
        <w:rPr>
          <w:rFonts w:cs="Arial"/>
          <w:b/>
          <w:bCs/>
          <w:sz w:val="22"/>
          <w:lang w:val="pt-BR"/>
        </w:rPr>
        <w:t>7. Plano de divulgação</w:t>
      </w:r>
    </w:p>
    <w:p w14:paraId="4E3E4B09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7.1. Estratégia de divulgação</w:t>
      </w:r>
      <w:r w:rsidRPr="00850028">
        <w:rPr>
          <w:rFonts w:cs="Arial"/>
          <w:i/>
          <w:sz w:val="22"/>
          <w:lang w:val="pt-BR"/>
        </w:rPr>
        <w:t xml:space="preserve"> (meios, canais, público, período e responsáveis)</w:t>
      </w:r>
    </w:p>
    <w:p w14:paraId="5647364F" w14:textId="77777777" w:rsidR="001B5578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="001B5578" w:rsidRPr="00850028">
        <w:rPr>
          <w:rFonts w:cs="Arial"/>
          <w:sz w:val="22"/>
          <w:lang w:val="pt-BR"/>
        </w:rPr>
        <w:br/>
      </w:r>
    </w:p>
    <w:p w14:paraId="59E08A90" w14:textId="77777777" w:rsidR="001B5578" w:rsidRPr="00850028" w:rsidRDefault="001B5578" w:rsidP="001B5578">
      <w:pPr>
        <w:keepLines/>
        <w:spacing w:after="40"/>
        <w:rPr>
          <w:rFonts w:cs="Arial"/>
          <w:b/>
          <w:sz w:val="22"/>
          <w:lang w:val="pt-BR"/>
        </w:rPr>
      </w:pPr>
    </w:p>
    <w:p w14:paraId="60507740" w14:textId="77777777" w:rsidR="001B5578" w:rsidRPr="00850028" w:rsidRDefault="001B5578" w:rsidP="001B5578">
      <w:pPr>
        <w:keepLines/>
        <w:spacing w:after="40"/>
        <w:rPr>
          <w:rFonts w:cs="Arial"/>
          <w:b/>
          <w:sz w:val="22"/>
          <w:lang w:val="pt-BR"/>
        </w:rPr>
      </w:pPr>
    </w:p>
    <w:p w14:paraId="1BD9C86B" w14:textId="77777777" w:rsidR="001B5578" w:rsidRPr="00850028" w:rsidRDefault="001B5578" w:rsidP="001B5578">
      <w:pPr>
        <w:keepLines/>
        <w:spacing w:after="40"/>
        <w:rPr>
          <w:rFonts w:cs="Arial"/>
          <w:b/>
          <w:sz w:val="22"/>
          <w:lang w:val="pt-BR"/>
        </w:rPr>
      </w:pPr>
    </w:p>
    <w:p w14:paraId="32118F3F" w14:textId="09FBCC50" w:rsidR="005A21E0" w:rsidRPr="00850028" w:rsidRDefault="00010011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7.2. Como será informada a gratuidade e o apoio da PNAB/MinC e do Município?</w:t>
      </w:r>
    </w:p>
    <w:p w14:paraId="3776DC03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64528486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8. Período de execução</w:t>
      </w:r>
    </w:p>
    <w:p w14:paraId="4CB30775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8.1. Data prevista de início</w:t>
      </w:r>
    </w:p>
    <w:p w14:paraId="0B31FA3C" w14:textId="0CEA82EC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17598466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8.2. Data prevista de término</w:t>
      </w:r>
      <w:r w:rsidRPr="00850028">
        <w:rPr>
          <w:rFonts w:cs="Arial"/>
          <w:i/>
          <w:sz w:val="22"/>
          <w:lang w:val="pt-BR"/>
        </w:rPr>
        <w:t xml:space="preserve"> (respeitar o prazo máximo de 12 meses e os prazos legais da PNAB)</w:t>
      </w:r>
    </w:p>
    <w:p w14:paraId="60390429" w14:textId="1BAD473E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06618133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9. Equipe do projeto</w:t>
      </w:r>
    </w:p>
    <w:tbl>
      <w:tblPr>
        <w:tblW w:w="10512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872"/>
        <w:gridCol w:w="1728"/>
        <w:gridCol w:w="3312"/>
        <w:gridCol w:w="1440"/>
      </w:tblGrid>
      <w:tr w:rsidR="005A21E0" w:rsidRPr="00850028" w14:paraId="2EE0DA6B" w14:textId="77777777" w:rsidTr="004B518C">
        <w:trPr>
          <w:tblHeader/>
          <w:jc w:val="center"/>
        </w:trPr>
        <w:tc>
          <w:tcPr>
            <w:tcW w:w="216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A62F02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Nome/profissional ou empresa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664362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Função</w:t>
            </w:r>
          </w:p>
        </w:tc>
        <w:tc>
          <w:tcPr>
            <w:tcW w:w="172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33D067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CPF/CNPJ</w:t>
            </w:r>
          </w:p>
        </w:tc>
        <w:tc>
          <w:tcPr>
            <w:tcW w:w="331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EFC66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Mini currículo/experiência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B5ADFF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Valor previsto</w:t>
            </w:r>
          </w:p>
        </w:tc>
      </w:tr>
      <w:tr w:rsidR="005A21E0" w:rsidRPr="00850028" w14:paraId="1D05128D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27F8F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87CBA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9C223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9FF2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1DA30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563B8033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5631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D8631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5D75F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3690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62469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1F6A5CD9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B200E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D9E96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CBAF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FD4A5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965F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04F8FDBA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8C4A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1E048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9F92A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CA80B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9AB9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1DF122B9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2A86A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DD7A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78AC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2384B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6BEC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63AE7166" w14:textId="77777777" w:rsidTr="004B518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CDCB8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6D0D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6A22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08323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7A9B8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6852CD79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10. Cronograma de execução</w:t>
      </w:r>
    </w:p>
    <w:tbl>
      <w:tblPr>
        <w:tblW w:w="10656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728"/>
        <w:gridCol w:w="4032"/>
        <w:gridCol w:w="1440"/>
        <w:gridCol w:w="1440"/>
      </w:tblGrid>
      <w:tr w:rsidR="005A21E0" w:rsidRPr="00850028" w14:paraId="0E2E19D5" w14:textId="77777777" w:rsidTr="004B518C">
        <w:trPr>
          <w:tblHeader/>
          <w:jc w:val="center"/>
        </w:trPr>
        <w:tc>
          <w:tcPr>
            <w:tcW w:w="2016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A18009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Atividade</w:t>
            </w:r>
          </w:p>
        </w:tc>
        <w:tc>
          <w:tcPr>
            <w:tcW w:w="172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9B463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Etapa</w:t>
            </w:r>
          </w:p>
        </w:tc>
        <w:tc>
          <w:tcPr>
            <w:tcW w:w="403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49E8A6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Descrição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6EE200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Início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0EE98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Fim</w:t>
            </w:r>
          </w:p>
        </w:tc>
      </w:tr>
      <w:tr w:rsidR="005A21E0" w:rsidRPr="00850028" w14:paraId="2820A851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A1C75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69089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7BFE6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DB4BA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F2DD4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529FDF71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600F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0FAC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04F8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69A5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D032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5FE5878D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BC2D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7DEB2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B2EA1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CC6E8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B8B43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1DCAC83A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8E1E9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75B3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261A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5A4C3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2ACB6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19E52F5C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0126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7E5E7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A064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CF4A3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F5FA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3E32F497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69DE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F4C40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11B00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9A510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22A57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359BF83B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DE125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7219A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4FD0A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05339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9A2C2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364DD13A" w14:textId="77777777" w:rsidTr="004B518C">
        <w:trPr>
          <w:jc w:val="center"/>
        </w:trPr>
        <w:tc>
          <w:tcPr>
            <w:tcW w:w="201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ECE2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72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87372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03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BF1F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D807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1748B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266B69DB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11. Planilha orçamentária</w:t>
      </w:r>
    </w:p>
    <w:tbl>
      <w:tblPr>
        <w:tblW w:w="1080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152"/>
        <w:gridCol w:w="3168"/>
        <w:gridCol w:w="1008"/>
        <w:gridCol w:w="720"/>
        <w:gridCol w:w="1440"/>
        <w:gridCol w:w="1440"/>
        <w:gridCol w:w="1872"/>
      </w:tblGrid>
      <w:tr w:rsidR="005A21E0" w:rsidRPr="00850028" w14:paraId="76AF9A4F" w14:textId="77777777" w:rsidTr="001B5578">
        <w:trPr>
          <w:tblHeader/>
          <w:jc w:val="center"/>
        </w:trPr>
        <w:tc>
          <w:tcPr>
            <w:tcW w:w="115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76D05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Meta/etapa</w:t>
            </w:r>
          </w:p>
        </w:tc>
        <w:tc>
          <w:tcPr>
            <w:tcW w:w="316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8E41F1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Item e justificativa</w:t>
            </w:r>
          </w:p>
        </w:tc>
        <w:tc>
          <w:tcPr>
            <w:tcW w:w="1008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848E52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Unidade</w:t>
            </w:r>
          </w:p>
        </w:tc>
        <w:tc>
          <w:tcPr>
            <w:tcW w:w="72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4BC7A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proofErr w:type="spellStart"/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Qtd</w:t>
            </w:r>
            <w:proofErr w:type="spellEnd"/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.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CF623F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Valor unitário</w:t>
            </w:r>
          </w:p>
        </w:tc>
        <w:tc>
          <w:tcPr>
            <w:tcW w:w="144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F8E120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Valor total</w:t>
            </w:r>
          </w:p>
        </w:tc>
        <w:tc>
          <w:tcPr>
            <w:tcW w:w="1872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E18B73" w14:textId="77777777" w:rsidR="005A21E0" w:rsidRPr="00850028" w:rsidRDefault="00010011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Referências de preço</w:t>
            </w:r>
          </w:p>
        </w:tc>
      </w:tr>
      <w:tr w:rsidR="005A21E0" w:rsidRPr="00850028" w14:paraId="368844BC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BFB93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3252C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E21D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4F98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65109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9A62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A7FC5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25AB625C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1C3C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171B4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F3E54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AEA07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4DE0E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8B25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9E799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37646B82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E9285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E091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6FB5F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A55D5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A8F7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DF52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9208B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75DFB156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7D21B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3188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511C4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7C2B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B4B86C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13EE7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AF807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12174DFE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A3303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7DB77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F482B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474D3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A33A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4CBDD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1B22EB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437AAC3B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7BAB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6346E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A4549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4D75E0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AFF07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9A448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032D2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414FA44F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2E3CB5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BCD7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65FC4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D57B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6BBCD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391D8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2EF3E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08973D66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5F4EC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5F0217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DFEA3E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2A4E1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020AFD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6C6ED1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E418C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5A21E0" w:rsidRPr="00850028" w14:paraId="3A3CA217" w14:textId="77777777" w:rsidTr="001B5578">
        <w:trPr>
          <w:jc w:val="center"/>
        </w:trPr>
        <w:tc>
          <w:tcPr>
            <w:tcW w:w="11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1B20E3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C96C1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00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44C76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7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A3CAAF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A381D9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B95FCA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187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9C88E6" w14:textId="77777777" w:rsidR="005A21E0" w:rsidRPr="00850028" w:rsidRDefault="005A21E0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1D9C5CC4" w14:textId="77777777" w:rsidR="005A21E0" w:rsidRPr="00850028" w:rsidRDefault="00010011">
      <w:pPr>
        <w:jc w:val="right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VALOR TOTAL DO PROJETO: R$ __________________________</w:t>
      </w:r>
    </w:p>
    <w:p w14:paraId="27138A85" w14:textId="77777777" w:rsidR="00CB0277" w:rsidRPr="00850028" w:rsidRDefault="00CB0277" w:rsidP="00CB0277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12. Referências utilizadas para elaboração do orçamento</w:t>
      </w:r>
    </w:p>
    <w:p w14:paraId="33B5D27B" w14:textId="77777777" w:rsidR="00CB0277" w:rsidRPr="00850028" w:rsidRDefault="00CB0277" w:rsidP="00CB0277">
      <w:pPr>
        <w:jc w:val="both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 xml:space="preserve">Informe, quando possível, as fontes ou referências utilizadas para estimar os valores do projeto. Poderão ser utilizadas tabelas referenciais, bancos de preços, contratações semelhantes, propostas de </w:t>
      </w:r>
      <w:r w:rsidRPr="00850028">
        <w:rPr>
          <w:rFonts w:cs="Arial"/>
          <w:sz w:val="22"/>
          <w:lang w:val="pt-BR"/>
        </w:rPr>
        <w:lastRenderedPageBreak/>
        <w:t>fornecedores, páginas da internet, mídia especializada ou outros meios adequados à natureza da despesa.</w:t>
      </w:r>
    </w:p>
    <w:p w14:paraId="68E2EAA4" w14:textId="77777777" w:rsidR="00CB0277" w:rsidRPr="00850028" w:rsidRDefault="00CB0277" w:rsidP="00CB0277">
      <w:pPr>
        <w:jc w:val="both"/>
        <w:rPr>
          <w:rFonts w:cs="Arial"/>
          <w:sz w:val="22"/>
          <w:lang w:val="pt-BR"/>
        </w:rPr>
      </w:pPr>
      <w:r w:rsidRPr="00850028">
        <w:rPr>
          <w:rFonts w:cs="Arial"/>
          <w:b/>
          <w:bCs/>
          <w:sz w:val="22"/>
          <w:lang w:val="pt-BR"/>
        </w:rPr>
        <w:t>Não é obrigatória a apresentação de três cotações para cada item nem a utilização de média aritmética.</w:t>
      </w:r>
      <w:r w:rsidRPr="00850028">
        <w:rPr>
          <w:rFonts w:cs="Arial"/>
          <w:sz w:val="22"/>
          <w:lang w:val="pt-BR"/>
        </w:rPr>
        <w:t xml:space="preserve"> </w:t>
      </w:r>
    </w:p>
    <w:p w14:paraId="61587B11" w14:textId="352F0BC2" w:rsidR="00CB0277" w:rsidRPr="00850028" w:rsidRDefault="00CB0277" w:rsidP="00CB0277">
      <w:pPr>
        <w:jc w:val="both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Caso determinado valor decorra da singularidade do profissional, da natureza artística, das condições do território ou de outra circunstância específica, o proponente poderá apresentar uma justificativa.</w:t>
      </w:r>
    </w:p>
    <w:tbl>
      <w:tblPr>
        <w:tblW w:w="10472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4209"/>
        <w:gridCol w:w="4733"/>
      </w:tblGrid>
      <w:tr w:rsidR="004B518C" w:rsidRPr="00850028" w14:paraId="0530C085" w14:textId="77777777" w:rsidTr="004B518C">
        <w:trPr>
          <w:trHeight w:val="830"/>
          <w:tblHeader/>
          <w:jc w:val="center"/>
        </w:trPr>
        <w:tc>
          <w:tcPr>
            <w:tcW w:w="1530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C87036" w14:textId="6C3EF1B9" w:rsidR="004B518C" w:rsidRPr="00850028" w:rsidRDefault="004B518C" w:rsidP="009166E2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Item do orçamento</w:t>
            </w:r>
          </w:p>
        </w:tc>
        <w:tc>
          <w:tcPr>
            <w:tcW w:w="4209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58896" w14:textId="2B343443" w:rsidR="004B518C" w:rsidRPr="00850028" w:rsidRDefault="004B518C" w:rsidP="009166E2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Fonte ou referência consultada, se disponível</w:t>
            </w:r>
          </w:p>
        </w:tc>
        <w:tc>
          <w:tcPr>
            <w:tcW w:w="4733" w:type="dxa"/>
            <w:shd w:val="clear" w:color="auto" w:fill="808080" w:themeFill="background1" w:themeFillShade="8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5821D" w14:textId="277A8BFD" w:rsidR="004B518C" w:rsidRPr="00850028" w:rsidRDefault="004B518C" w:rsidP="009166E2">
            <w:pPr>
              <w:spacing w:after="0" w:line="240" w:lineRule="auto"/>
              <w:jc w:val="center"/>
              <w:rPr>
                <w:rFonts w:cs="Arial"/>
                <w:color w:val="FFFFFF" w:themeColor="background1"/>
                <w:sz w:val="22"/>
                <w:lang w:val="pt-BR"/>
              </w:rPr>
            </w:pPr>
            <w:r w:rsidRPr="00850028">
              <w:rPr>
                <w:rFonts w:cs="Arial"/>
                <w:b/>
                <w:color w:val="FFFFFF" w:themeColor="background1"/>
                <w:sz w:val="22"/>
                <w:lang w:val="pt-BR"/>
              </w:rPr>
              <w:t>Justificativa ou observação, se necessária</w:t>
            </w:r>
          </w:p>
        </w:tc>
      </w:tr>
      <w:tr w:rsidR="004B518C" w:rsidRPr="00850028" w14:paraId="1C357FFA" w14:textId="77777777" w:rsidTr="004B518C">
        <w:trPr>
          <w:trHeight w:val="263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5667AD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D42045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E6ACB8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6DB45808" w14:textId="77777777" w:rsidTr="004B518C">
        <w:trPr>
          <w:trHeight w:val="272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7B644C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C3A694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DA55FC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59059F47" w14:textId="77777777" w:rsidTr="004B518C">
        <w:trPr>
          <w:trHeight w:val="272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21528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268E2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E9FA3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3F90E5D5" w14:textId="77777777" w:rsidTr="004B518C">
        <w:trPr>
          <w:trHeight w:val="272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C5DEE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6C45F6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C4A151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086E0E26" w14:textId="77777777" w:rsidTr="004B518C">
        <w:trPr>
          <w:trHeight w:val="272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CDECA1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FBA491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544D7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3BC8C002" w14:textId="77777777" w:rsidTr="004B518C">
        <w:trPr>
          <w:trHeight w:val="272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218FAA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9127A6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AB02AA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  <w:tr w:rsidR="004B518C" w:rsidRPr="00850028" w14:paraId="35773960" w14:textId="77777777" w:rsidTr="004B518C">
        <w:trPr>
          <w:trHeight w:val="263"/>
          <w:jc w:val="center"/>
        </w:trPr>
        <w:tc>
          <w:tcPr>
            <w:tcW w:w="15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7AD8DB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2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DE1204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  <w:tc>
          <w:tcPr>
            <w:tcW w:w="473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65EFBB" w14:textId="77777777" w:rsidR="004B518C" w:rsidRPr="00850028" w:rsidRDefault="004B518C" w:rsidP="009166E2">
            <w:pPr>
              <w:spacing w:after="0" w:line="240" w:lineRule="auto"/>
              <w:rPr>
                <w:rFonts w:cs="Arial"/>
                <w:sz w:val="22"/>
                <w:lang w:val="pt-BR"/>
              </w:rPr>
            </w:pPr>
          </w:p>
        </w:tc>
      </w:tr>
    </w:tbl>
    <w:p w14:paraId="58B1A785" w14:textId="77777777" w:rsidR="00CB0277" w:rsidRPr="00850028" w:rsidRDefault="00CB0277" w:rsidP="00CB0277">
      <w:pPr>
        <w:jc w:val="both"/>
        <w:rPr>
          <w:rFonts w:cs="Arial"/>
          <w:sz w:val="22"/>
          <w:lang w:val="pt-BR"/>
        </w:rPr>
      </w:pPr>
    </w:p>
    <w:p w14:paraId="354690D1" w14:textId="25216D64" w:rsidR="005A21E0" w:rsidRPr="00850028" w:rsidRDefault="004B518C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</w:t>
      </w:r>
      <w:r w:rsidR="00010011" w:rsidRPr="00850028">
        <w:rPr>
          <w:rFonts w:ascii="Arial" w:hAnsi="Arial" w:cs="Arial"/>
          <w:color w:val="auto"/>
          <w:sz w:val="22"/>
          <w:szCs w:val="22"/>
          <w:lang w:val="pt-BR"/>
        </w:rPr>
        <w:t>3. Recursos de outras fontes</w:t>
      </w:r>
    </w:p>
    <w:p w14:paraId="6F2E67D5" w14:textId="77777777" w:rsidR="005A21E0" w:rsidRPr="00850028" w:rsidRDefault="00010011">
      <w:pPr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13.1. O projeto possui outras fontes de recursos?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5A21E0" w:rsidRPr="00850028" w14:paraId="1807707F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62524246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Não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8C566DA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Sim – patrocínio privado</w:t>
            </w:r>
          </w:p>
        </w:tc>
      </w:tr>
      <w:tr w:rsidR="005A21E0" w:rsidRPr="00850028" w14:paraId="6530B54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70736D8F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Sim – outro apoio público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73EF459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Sim – recursos próprios</w:t>
            </w:r>
          </w:p>
        </w:tc>
      </w:tr>
      <w:tr w:rsidR="005A21E0" w:rsidRPr="00850028" w14:paraId="1756ACEC" w14:textId="77777777"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18A822F1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Sim – cobrança/comercialização admitida no Anexo I</w:t>
            </w:r>
          </w:p>
        </w:tc>
        <w:tc>
          <w:tcPr>
            <w:tcW w:w="5040" w:type="dxa"/>
            <w:tcMar>
              <w:top w:w="40" w:type="dxa"/>
              <w:left w:w="40" w:type="dxa"/>
              <w:bottom w:w="40" w:type="dxa"/>
              <w:right w:w="70" w:type="dxa"/>
            </w:tcMar>
            <w:vAlign w:val="center"/>
          </w:tcPr>
          <w:p w14:paraId="05513479" w14:textId="77777777" w:rsidR="005A21E0" w:rsidRPr="00850028" w:rsidRDefault="00010011">
            <w:pPr>
              <w:spacing w:after="0"/>
              <w:rPr>
                <w:rFonts w:cs="Arial"/>
                <w:sz w:val="22"/>
                <w:lang w:val="pt-BR"/>
              </w:rPr>
            </w:pPr>
            <w:r w:rsidRPr="00850028">
              <w:rPr>
                <w:rFonts w:ascii="Segoe UI Symbol" w:hAnsi="Segoe UI Symbol" w:cs="Segoe UI Symbol"/>
                <w:sz w:val="22"/>
                <w:lang w:val="pt-BR"/>
              </w:rPr>
              <w:t>☐</w:t>
            </w:r>
            <w:r w:rsidRPr="00850028">
              <w:rPr>
                <w:rFonts w:cs="Arial"/>
                <w:sz w:val="22"/>
                <w:lang w:val="pt-BR"/>
              </w:rPr>
              <w:t xml:space="preserve"> Outra</w:t>
            </w:r>
          </w:p>
        </w:tc>
      </w:tr>
    </w:tbl>
    <w:p w14:paraId="73349E97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13.2. Se sim, descreva as fontes, os valores e as despesas correspondentes</w:t>
      </w:r>
    </w:p>
    <w:p w14:paraId="2CB2BECA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031C5353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14. Comercialização, quando admitida pela categoria</w:t>
      </w:r>
    </w:p>
    <w:p w14:paraId="70B55A6F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14.1. Informe produtos, quantidade destinada à venda, forma de comercialização e destinação da receita complementar</w:t>
      </w:r>
      <w:r w:rsidRPr="00850028">
        <w:rPr>
          <w:rFonts w:cs="Arial"/>
          <w:i/>
          <w:sz w:val="22"/>
          <w:lang w:val="pt-BR"/>
        </w:rPr>
        <w:t xml:space="preserve"> (preencher apenas quando o Anexo I admitir)</w:t>
      </w:r>
    </w:p>
    <w:p w14:paraId="604E2598" w14:textId="77777777" w:rsidR="001B5578" w:rsidRPr="00850028" w:rsidRDefault="001B5578" w:rsidP="001B5578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lastRenderedPageBreak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  <w:t>___________________________________________________________________________________</w:t>
      </w:r>
      <w:r w:rsidRPr="00850028">
        <w:rPr>
          <w:rFonts w:cs="Arial"/>
          <w:sz w:val="22"/>
          <w:lang w:val="pt-BR"/>
        </w:rPr>
        <w:br/>
      </w:r>
    </w:p>
    <w:p w14:paraId="0182059C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15. Dados bancários para formalização posterior</w:t>
      </w:r>
    </w:p>
    <w:tbl>
      <w:tblPr>
        <w:tblW w:w="0" w:type="auto"/>
        <w:jc w:val="center"/>
        <w:tblBorders>
          <w:top w:val="single" w:sz="4" w:space="0" w:color="D6B656"/>
          <w:left w:val="single" w:sz="4" w:space="0" w:color="D6B656"/>
          <w:bottom w:val="single" w:sz="4" w:space="0" w:color="D6B656"/>
          <w:right w:val="single" w:sz="4" w:space="0" w:color="D6B656"/>
          <w:insideH w:val="single" w:sz="4" w:space="0" w:color="D6B656"/>
          <w:insideV w:val="single" w:sz="4" w:space="0" w:color="D6B656"/>
        </w:tblBorders>
        <w:tblLook w:val="04A0" w:firstRow="1" w:lastRow="0" w:firstColumn="1" w:lastColumn="0" w:noHBand="0" w:noVBand="1"/>
      </w:tblPr>
      <w:tblGrid>
        <w:gridCol w:w="10080"/>
      </w:tblGrid>
      <w:tr w:rsidR="005A21E0" w:rsidRPr="00850028" w14:paraId="381269D1" w14:textId="77777777">
        <w:trPr>
          <w:jc w:val="center"/>
        </w:trPr>
        <w:tc>
          <w:tcPr>
            <w:tcW w:w="10080" w:type="dxa"/>
            <w:shd w:val="clear" w:color="auto" w:fill="E7F1E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1DD8C8" w14:textId="77777777" w:rsidR="005A21E0" w:rsidRPr="00850028" w:rsidRDefault="00010011">
            <w:pPr>
              <w:spacing w:after="0"/>
              <w:rPr>
                <w:rFonts w:cs="Arial"/>
                <w:b/>
                <w:bCs/>
                <w:sz w:val="22"/>
                <w:lang w:val="pt-BR"/>
              </w:rPr>
            </w:pPr>
            <w:r w:rsidRPr="00850028">
              <w:rPr>
                <w:rFonts w:cs="Arial"/>
                <w:b/>
                <w:bCs/>
                <w:sz w:val="22"/>
                <w:lang w:val="pt-BR"/>
              </w:rPr>
              <w:t>Os dados bancários serão confirmados e formalizados no Anexo V – Termo de Execução Cultural. A conta deverá observar as regras do Edital.</w:t>
            </w:r>
          </w:p>
        </w:tc>
      </w:tr>
    </w:tbl>
    <w:p w14:paraId="3572515D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15.1. Banco</w:t>
      </w:r>
    </w:p>
    <w:p w14:paraId="7DA83FD6" w14:textId="31052CBC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3AA5F9E4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15.2. Agência</w:t>
      </w:r>
    </w:p>
    <w:p w14:paraId="0C707121" w14:textId="2E91ED15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50B0B589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15.3. Conta</w:t>
      </w:r>
    </w:p>
    <w:p w14:paraId="26312B9A" w14:textId="2F410EBB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47627CD3" w14:textId="77777777" w:rsidR="005A21E0" w:rsidRPr="00850028" w:rsidRDefault="00010011">
      <w:pPr>
        <w:spacing w:after="40"/>
        <w:rPr>
          <w:rFonts w:cs="Arial"/>
          <w:sz w:val="22"/>
          <w:lang w:val="pt-BR"/>
        </w:rPr>
      </w:pPr>
      <w:r w:rsidRPr="00850028">
        <w:rPr>
          <w:rFonts w:cs="Arial"/>
          <w:b/>
          <w:sz w:val="22"/>
          <w:lang w:val="pt-BR"/>
        </w:rPr>
        <w:t>15.4. Titular e CPF/CNPJ</w:t>
      </w:r>
    </w:p>
    <w:p w14:paraId="285B883D" w14:textId="6DDED613" w:rsidR="005A21E0" w:rsidRPr="00850028" w:rsidRDefault="00010011">
      <w:pPr>
        <w:keepLines/>
        <w:spacing w:after="40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___________________________________________________________________________________</w:t>
      </w:r>
    </w:p>
    <w:p w14:paraId="5A8660FA" w14:textId="77777777" w:rsidR="005A21E0" w:rsidRPr="00850028" w:rsidRDefault="00010011">
      <w:pPr>
        <w:pStyle w:val="Ttulo1"/>
        <w:rPr>
          <w:rFonts w:ascii="Arial" w:hAnsi="Arial" w:cs="Arial"/>
          <w:color w:val="auto"/>
          <w:sz w:val="22"/>
          <w:szCs w:val="22"/>
          <w:lang w:val="pt-BR"/>
        </w:rPr>
      </w:pPr>
      <w:r w:rsidRPr="00850028">
        <w:rPr>
          <w:rFonts w:ascii="Arial" w:hAnsi="Arial" w:cs="Arial"/>
          <w:color w:val="auto"/>
          <w:sz w:val="22"/>
          <w:szCs w:val="22"/>
          <w:lang w:val="pt-BR"/>
        </w:rPr>
        <w:t>16. Declaração</w:t>
      </w:r>
    </w:p>
    <w:p w14:paraId="70434856" w14:textId="77777777" w:rsidR="005A21E0" w:rsidRPr="00850028" w:rsidRDefault="00010011">
      <w:pPr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t>Declaro que as informações deste Plano de Trabalho são verdadeiras e que sua execução observará o Edital, seus anexos, o orçamento aprovado, a gratuidade das ações públicas e as normas aplicáveis à PNAB.</w:t>
      </w:r>
    </w:p>
    <w:p w14:paraId="603AEC33" w14:textId="77777777" w:rsidR="005A21E0" w:rsidRPr="00850028" w:rsidRDefault="00010011">
      <w:pPr>
        <w:jc w:val="center"/>
        <w:rPr>
          <w:rFonts w:cs="Arial"/>
          <w:sz w:val="22"/>
          <w:lang w:val="pt-BR"/>
        </w:rPr>
      </w:pPr>
      <w:r w:rsidRPr="00850028">
        <w:rPr>
          <w:rFonts w:cs="Arial"/>
          <w:sz w:val="22"/>
          <w:lang w:val="pt-BR"/>
        </w:rPr>
        <w:br/>
        <w:t xml:space="preserve">Rio das Antas/SC, ______ de __________________ </w:t>
      </w:r>
      <w:proofErr w:type="spellStart"/>
      <w:r w:rsidRPr="00850028">
        <w:rPr>
          <w:rFonts w:cs="Arial"/>
          <w:sz w:val="22"/>
          <w:lang w:val="pt-BR"/>
        </w:rPr>
        <w:t>de</w:t>
      </w:r>
      <w:proofErr w:type="spellEnd"/>
      <w:r w:rsidRPr="00850028">
        <w:rPr>
          <w:rFonts w:cs="Arial"/>
          <w:sz w:val="22"/>
          <w:lang w:val="pt-BR"/>
        </w:rPr>
        <w:t xml:space="preserve"> 20____.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5A21E0" w:rsidRPr="00850028" w14:paraId="1F04F6B8" w14:textId="77777777">
        <w:trPr>
          <w:jc w:val="center"/>
        </w:trPr>
        <w:tc>
          <w:tcPr>
            <w:tcW w:w="10080" w:type="dxa"/>
          </w:tcPr>
          <w:p w14:paraId="3B1F13A7" w14:textId="77777777" w:rsidR="004B518C" w:rsidRPr="00850028" w:rsidRDefault="004B518C">
            <w:pPr>
              <w:spacing w:after="0"/>
              <w:jc w:val="center"/>
              <w:rPr>
                <w:rFonts w:cs="Arial"/>
                <w:sz w:val="22"/>
                <w:lang w:val="pt-BR"/>
              </w:rPr>
            </w:pPr>
          </w:p>
          <w:p w14:paraId="4F843C2A" w14:textId="0E6E5E29" w:rsidR="005A21E0" w:rsidRPr="00850028" w:rsidRDefault="00010011">
            <w:pPr>
              <w:spacing w:after="0"/>
              <w:jc w:val="center"/>
              <w:rPr>
                <w:rFonts w:cs="Arial"/>
                <w:sz w:val="22"/>
                <w:lang w:val="pt-BR"/>
              </w:rPr>
            </w:pPr>
            <w:r w:rsidRPr="00850028">
              <w:rPr>
                <w:rFonts w:cs="Arial"/>
                <w:sz w:val="22"/>
                <w:lang w:val="pt-BR"/>
              </w:rPr>
              <w:br/>
              <w:t>____________________________________________</w:t>
            </w:r>
          </w:p>
        </w:tc>
      </w:tr>
      <w:tr w:rsidR="005A21E0" w:rsidRPr="00850028" w14:paraId="03FD544E" w14:textId="77777777">
        <w:trPr>
          <w:jc w:val="center"/>
        </w:trPr>
        <w:tc>
          <w:tcPr>
            <w:tcW w:w="10080" w:type="dxa"/>
          </w:tcPr>
          <w:p w14:paraId="1C79B40F" w14:textId="77777777" w:rsidR="005A21E0" w:rsidRPr="00850028" w:rsidRDefault="00010011">
            <w:pPr>
              <w:spacing w:after="0"/>
              <w:jc w:val="center"/>
              <w:rPr>
                <w:rFonts w:cs="Arial"/>
                <w:sz w:val="22"/>
                <w:lang w:val="pt-BR"/>
              </w:rPr>
            </w:pPr>
            <w:r w:rsidRPr="00850028">
              <w:rPr>
                <w:rFonts w:cs="Arial"/>
                <w:sz w:val="22"/>
                <w:lang w:val="pt-BR"/>
              </w:rPr>
              <w:t>AGENTE CULTURAL</w:t>
            </w:r>
          </w:p>
        </w:tc>
      </w:tr>
    </w:tbl>
    <w:p w14:paraId="2897F84C" w14:textId="77777777" w:rsidR="004033AD" w:rsidRPr="00850028" w:rsidRDefault="004033AD">
      <w:pPr>
        <w:rPr>
          <w:rFonts w:cs="Arial"/>
          <w:sz w:val="22"/>
          <w:lang w:val="pt-BR"/>
        </w:rPr>
      </w:pPr>
    </w:p>
    <w:sectPr w:rsidR="004033AD" w:rsidRPr="00850028" w:rsidSect="001B5578">
      <w:headerReference w:type="default" r:id="rId8"/>
      <w:footerReference w:type="default" r:id="rId9"/>
      <w:pgSz w:w="12240" w:h="15840"/>
      <w:pgMar w:top="1008" w:right="900" w:bottom="1008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977BB" w14:textId="77777777" w:rsidR="00277EC7" w:rsidRDefault="00277EC7">
      <w:pPr>
        <w:spacing w:after="0" w:line="240" w:lineRule="auto"/>
      </w:pPr>
      <w:r>
        <w:separator/>
      </w:r>
    </w:p>
  </w:endnote>
  <w:endnote w:type="continuationSeparator" w:id="0">
    <w:p w14:paraId="12795759" w14:textId="77777777" w:rsidR="00277EC7" w:rsidRDefault="0027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CB91F" w14:textId="764DC785" w:rsidR="005A21E0" w:rsidRDefault="005A21E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C45F6" w14:textId="77777777" w:rsidR="00277EC7" w:rsidRDefault="00277EC7">
      <w:pPr>
        <w:spacing w:after="0" w:line="240" w:lineRule="auto"/>
      </w:pPr>
      <w:r>
        <w:separator/>
      </w:r>
    </w:p>
  </w:footnote>
  <w:footnote w:type="continuationSeparator" w:id="0">
    <w:p w14:paraId="7438FB13" w14:textId="77777777" w:rsidR="00277EC7" w:rsidRDefault="0027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D190" w14:textId="029041F6" w:rsidR="00850028" w:rsidRPr="0011253D" w:rsidRDefault="00347977" w:rsidP="0011253D">
    <w:pPr>
      <w:pStyle w:val="Cabealho"/>
    </w:pPr>
    <w:r>
      <w:rPr>
        <w:noProof/>
      </w:rPr>
      <w:drawing>
        <wp:inline distT="0" distB="0" distL="0" distR="0" wp14:anchorId="733F273F" wp14:editId="3C7BA725">
          <wp:extent cx="6515100" cy="1181100"/>
          <wp:effectExtent l="0" t="0" r="0" b="0"/>
          <wp:docPr id="72403277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032774" name="Imagem 7240327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15100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218185">
    <w:abstractNumId w:val="8"/>
  </w:num>
  <w:num w:numId="2" w16cid:durableId="833833715">
    <w:abstractNumId w:val="6"/>
  </w:num>
  <w:num w:numId="3" w16cid:durableId="123238656">
    <w:abstractNumId w:val="5"/>
  </w:num>
  <w:num w:numId="4" w16cid:durableId="1667517993">
    <w:abstractNumId w:val="4"/>
  </w:num>
  <w:num w:numId="5" w16cid:durableId="904685987">
    <w:abstractNumId w:val="7"/>
  </w:num>
  <w:num w:numId="6" w16cid:durableId="372078849">
    <w:abstractNumId w:val="3"/>
  </w:num>
  <w:num w:numId="7" w16cid:durableId="6832652">
    <w:abstractNumId w:val="2"/>
  </w:num>
  <w:num w:numId="8" w16cid:durableId="944925649">
    <w:abstractNumId w:val="1"/>
  </w:num>
  <w:num w:numId="9" w16cid:durableId="1517034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011"/>
    <w:rsid w:val="00034616"/>
    <w:rsid w:val="0006063C"/>
    <w:rsid w:val="0011253D"/>
    <w:rsid w:val="0015074B"/>
    <w:rsid w:val="001B5578"/>
    <w:rsid w:val="00277EC7"/>
    <w:rsid w:val="0029639D"/>
    <w:rsid w:val="003265C6"/>
    <w:rsid w:val="00326F90"/>
    <w:rsid w:val="00347977"/>
    <w:rsid w:val="004033AD"/>
    <w:rsid w:val="004B518C"/>
    <w:rsid w:val="005A21E0"/>
    <w:rsid w:val="00617B5C"/>
    <w:rsid w:val="00830FB8"/>
    <w:rsid w:val="00850028"/>
    <w:rsid w:val="008B3EB1"/>
    <w:rsid w:val="008D17AA"/>
    <w:rsid w:val="00AA1D8D"/>
    <w:rsid w:val="00AF47CC"/>
    <w:rsid w:val="00B47730"/>
    <w:rsid w:val="00CB0277"/>
    <w:rsid w:val="00CB0664"/>
    <w:rsid w:val="00DD05F8"/>
    <w:rsid w:val="00E535DD"/>
    <w:rsid w:val="00FC693F"/>
    <w:rsid w:val="00FD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567088"/>
  <w14:defaultImageDpi w14:val="300"/>
  <w15:docId w15:val="{A1145BC4-3474-401F-B1FC-7BC02FD4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eastAsia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236B4E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4D3A"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F4D3A"/>
      <w:sz w:val="2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236B4E"/>
      <w:spacing w:val="5"/>
      <w:kern w:val="28"/>
      <w:sz w:val="36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1745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5</cp:revision>
  <dcterms:created xsi:type="dcterms:W3CDTF">2026-08-12T19:38:00Z</dcterms:created>
  <dcterms:modified xsi:type="dcterms:W3CDTF">2026-08-18T21:30:00Z</dcterms:modified>
  <cp:category/>
</cp:coreProperties>
</file>