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F532" w14:textId="77777777" w:rsidR="0087467C" w:rsidRPr="003157B0" w:rsidRDefault="0087467C" w:rsidP="00B763EB">
      <w:pPr>
        <w:spacing w:after="160"/>
        <w:jc w:val="center"/>
        <w:rPr>
          <w:rFonts w:cs="Arial"/>
          <w:b/>
          <w:sz w:val="22"/>
          <w:lang w:val="pt-BR"/>
        </w:rPr>
      </w:pPr>
    </w:p>
    <w:p w14:paraId="7F8BD287" w14:textId="194D6FAD" w:rsidR="009B5E19" w:rsidRPr="003157B0" w:rsidRDefault="008E67CB" w:rsidP="00B763EB">
      <w:pPr>
        <w:spacing w:after="160"/>
        <w:jc w:val="center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ANEXO II</w:t>
      </w:r>
    </w:p>
    <w:p w14:paraId="32188AF1" w14:textId="77777777" w:rsidR="009B5E19" w:rsidRPr="003157B0" w:rsidRDefault="008E67CB" w:rsidP="00B763EB">
      <w:pPr>
        <w:pStyle w:val="Ttulo"/>
        <w:spacing w:after="160" w:line="259" w:lineRule="auto"/>
        <w:jc w:val="center"/>
        <w:rPr>
          <w:rFonts w:ascii="Arial" w:hAnsi="Arial" w:cs="Arial"/>
          <w:color w:val="auto"/>
          <w:sz w:val="22"/>
          <w:szCs w:val="22"/>
          <w:lang w:val="pt-BR"/>
        </w:rPr>
      </w:pPr>
      <w:r w:rsidRPr="003157B0">
        <w:rPr>
          <w:rFonts w:ascii="Arial" w:hAnsi="Arial" w:cs="Arial"/>
          <w:color w:val="auto"/>
          <w:sz w:val="22"/>
          <w:szCs w:val="22"/>
          <w:lang w:val="pt-BR"/>
        </w:rPr>
        <w:t>FORMULÁRIO DE INSCRIÇÃO PRESENCIAL</w:t>
      </w:r>
    </w:p>
    <w:p w14:paraId="729709CD" w14:textId="77777777" w:rsidR="009B5E19" w:rsidRPr="003157B0" w:rsidRDefault="008E67CB" w:rsidP="00B763EB">
      <w:pPr>
        <w:spacing w:after="160"/>
        <w:jc w:val="center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EDITAL DE FOMENTO CULTURAL PNAB – CICLO 2 – MUNICÍPIO DE RIO DAS ANTAS/SC</w:t>
      </w:r>
    </w:p>
    <w:tbl>
      <w:tblPr>
        <w:tblW w:w="0" w:type="auto"/>
        <w:jc w:val="center"/>
        <w:tblBorders>
          <w:top w:val="single" w:sz="4" w:space="0" w:color="D6B656"/>
          <w:left w:val="single" w:sz="4" w:space="0" w:color="D6B656"/>
          <w:bottom w:val="single" w:sz="4" w:space="0" w:color="D6B656"/>
          <w:right w:val="single" w:sz="4" w:space="0" w:color="D6B656"/>
          <w:insideH w:val="single" w:sz="4" w:space="0" w:color="D6B656"/>
          <w:insideV w:val="single" w:sz="4" w:space="0" w:color="D6B656"/>
        </w:tblBorders>
        <w:tblLook w:val="04A0" w:firstRow="1" w:lastRow="0" w:firstColumn="1" w:lastColumn="0" w:noHBand="0" w:noVBand="1"/>
      </w:tblPr>
      <w:tblGrid>
        <w:gridCol w:w="10070"/>
      </w:tblGrid>
      <w:tr w:rsidR="009B5E19" w:rsidRPr="003157B0" w14:paraId="289C4748" w14:textId="77777777">
        <w:trPr>
          <w:jc w:val="center"/>
        </w:trPr>
        <w:tc>
          <w:tcPr>
            <w:tcW w:w="10080" w:type="dxa"/>
            <w:shd w:val="clear" w:color="auto" w:fill="FFF2C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524D28E" w14:textId="3EEE1468" w:rsidR="00C2408F" w:rsidRPr="003157B0" w:rsidRDefault="00C2408F" w:rsidP="00C2408F">
            <w:pPr>
              <w:spacing w:after="160"/>
              <w:jc w:val="both"/>
              <w:rPr>
                <w:rFonts w:cs="Arial"/>
                <w:b/>
                <w:bCs/>
                <w:sz w:val="22"/>
                <w:lang w:val="pt-BR"/>
              </w:rPr>
            </w:pPr>
            <w:r w:rsidRPr="003157B0">
              <w:rPr>
                <w:rFonts w:cs="Arial"/>
                <w:b/>
                <w:bCs/>
                <w:sz w:val="22"/>
                <w:lang w:val="pt-BR"/>
              </w:rPr>
              <w:t>ATENÇÃO!!</w:t>
            </w:r>
            <w:r w:rsidRPr="003157B0">
              <w:rPr>
                <w:rFonts w:cs="Arial"/>
                <w:b/>
                <w:bCs/>
                <w:sz w:val="22"/>
                <w:lang w:val="pt-BR"/>
              </w:rPr>
              <w:br/>
            </w:r>
            <w:r w:rsidRPr="003157B0">
              <w:rPr>
                <w:rFonts w:cs="Arial"/>
                <w:b/>
                <w:bCs/>
                <w:sz w:val="22"/>
                <w:lang w:val="pt-BR"/>
              </w:rPr>
              <w:br/>
            </w:r>
            <w:r w:rsidR="008E67CB" w:rsidRPr="003157B0">
              <w:rPr>
                <w:rFonts w:cs="Arial"/>
                <w:b/>
                <w:bCs/>
                <w:sz w:val="22"/>
                <w:lang w:val="pt-BR"/>
              </w:rPr>
              <w:t>Preenchimento obrigatório</w:t>
            </w:r>
            <w:r w:rsidRPr="003157B0">
              <w:rPr>
                <w:rFonts w:cs="Arial"/>
                <w:b/>
                <w:bCs/>
                <w:sz w:val="22"/>
                <w:lang w:val="pt-BR"/>
              </w:rPr>
              <w:t xml:space="preserve"> para o agente cultural que optar pela Inscrição Presencial</w:t>
            </w:r>
            <w:r w:rsidR="008E67CB" w:rsidRPr="003157B0">
              <w:rPr>
                <w:rFonts w:cs="Arial"/>
                <w:b/>
                <w:bCs/>
                <w:sz w:val="22"/>
                <w:lang w:val="pt-BR"/>
              </w:rPr>
              <w:t xml:space="preserve">. </w:t>
            </w:r>
          </w:p>
          <w:p w14:paraId="40B4CB3E" w14:textId="77777777" w:rsidR="00C2408F" w:rsidRPr="003157B0" w:rsidRDefault="008E67CB" w:rsidP="00C2408F">
            <w:pPr>
              <w:spacing w:after="160"/>
              <w:jc w:val="both"/>
              <w:rPr>
                <w:rFonts w:cs="Arial"/>
                <w:b/>
                <w:bCs/>
                <w:sz w:val="22"/>
                <w:lang w:val="pt-BR"/>
              </w:rPr>
            </w:pPr>
            <w:r w:rsidRPr="003157B0">
              <w:rPr>
                <w:rFonts w:cs="Arial"/>
                <w:b/>
                <w:bCs/>
                <w:sz w:val="22"/>
                <w:lang w:val="pt-BR"/>
              </w:rPr>
              <w:t xml:space="preserve">Assinale uma única forma de proponente e complete a seção correspondente. </w:t>
            </w:r>
          </w:p>
          <w:p w14:paraId="4A671D73" w14:textId="77777777" w:rsidR="00C2408F" w:rsidRPr="003157B0" w:rsidRDefault="008E67CB" w:rsidP="00C2408F">
            <w:pPr>
              <w:spacing w:after="160"/>
              <w:jc w:val="both"/>
              <w:rPr>
                <w:rFonts w:cs="Arial"/>
                <w:b/>
                <w:bCs/>
                <w:sz w:val="22"/>
                <w:lang w:val="pt-BR"/>
              </w:rPr>
            </w:pPr>
            <w:r w:rsidRPr="003157B0">
              <w:rPr>
                <w:rFonts w:cs="Arial"/>
                <w:b/>
                <w:bCs/>
                <w:sz w:val="22"/>
                <w:lang w:val="pt-BR"/>
              </w:rPr>
              <w:t xml:space="preserve">Este formulário deverá ser entregue com o Plano de Trabalho (Anexo III) e os documentos exigidos para a inscrição presencial. </w:t>
            </w:r>
          </w:p>
          <w:p w14:paraId="275FFDE7" w14:textId="231A7E2C" w:rsidR="009B5E19" w:rsidRPr="003157B0" w:rsidRDefault="008E67CB" w:rsidP="00C2408F">
            <w:pPr>
              <w:spacing w:after="160"/>
              <w:jc w:val="both"/>
              <w:rPr>
                <w:rFonts w:cs="Arial"/>
                <w:sz w:val="22"/>
                <w:lang w:val="pt-BR"/>
              </w:rPr>
            </w:pPr>
            <w:r w:rsidRPr="003157B0">
              <w:rPr>
                <w:rFonts w:cs="Arial"/>
                <w:b/>
                <w:bCs/>
                <w:sz w:val="22"/>
                <w:lang w:val="pt-BR"/>
              </w:rPr>
              <w:t>Não serão exigidas certidões de habilitação nesta etapa.</w:t>
            </w:r>
          </w:p>
        </w:tc>
      </w:tr>
    </w:tbl>
    <w:p w14:paraId="48BB5461" w14:textId="77777777" w:rsidR="00C2408F" w:rsidRPr="003157B0" w:rsidRDefault="00C2408F" w:rsidP="00B763EB">
      <w:pPr>
        <w:pStyle w:val="Ttulo1"/>
        <w:spacing w:before="0" w:after="160"/>
        <w:rPr>
          <w:rFonts w:ascii="Arial" w:hAnsi="Arial" w:cs="Arial"/>
          <w:color w:val="F79646" w:themeColor="accent6"/>
          <w:lang w:val="pt-BR"/>
        </w:rPr>
      </w:pPr>
    </w:p>
    <w:p w14:paraId="0E67701F" w14:textId="4E91C18E" w:rsidR="009B5E19" w:rsidRPr="003157B0" w:rsidRDefault="008E67CB" w:rsidP="00B763EB">
      <w:pPr>
        <w:pStyle w:val="Ttulo1"/>
        <w:spacing w:before="0" w:after="160"/>
        <w:rPr>
          <w:rFonts w:ascii="Arial" w:hAnsi="Arial" w:cs="Arial"/>
          <w:color w:val="F79646" w:themeColor="accent6"/>
          <w:lang w:val="pt-BR"/>
        </w:rPr>
      </w:pPr>
      <w:r w:rsidRPr="003157B0">
        <w:rPr>
          <w:rFonts w:ascii="Arial" w:hAnsi="Arial" w:cs="Arial"/>
          <w:color w:val="F79646" w:themeColor="accent6"/>
          <w:lang w:val="pt-BR"/>
        </w:rPr>
        <w:t>1. Identificação da inscrição</w:t>
      </w:r>
    </w:p>
    <w:p w14:paraId="31451C5F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1.1. Tipo de agente cultural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2B3B246B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35E2A73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Pessoa física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E8F51A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Microempreendedor individual – MEI</w:t>
            </w:r>
          </w:p>
        </w:tc>
      </w:tr>
      <w:tr w:rsidR="009B5E19" w:rsidRPr="003157B0" w14:paraId="30181B2C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6F0E6A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Pessoa jurídica com fins lucrativos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2CE517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Pessoa jurídica sem fins lucrativos</w:t>
            </w:r>
          </w:p>
        </w:tc>
      </w:tr>
      <w:tr w:rsidR="009B5E19" w:rsidRPr="003157B0" w14:paraId="6FD6158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7D731C4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Grupo ou coletivo cultural sem CNPJ</w:t>
            </w:r>
          </w:p>
        </w:tc>
        <w:tc>
          <w:tcPr>
            <w:tcW w:w="5040" w:type="dxa"/>
          </w:tcPr>
          <w:p w14:paraId="059CEA53" w14:textId="77777777" w:rsidR="009B5E19" w:rsidRPr="003157B0" w:rsidRDefault="009B5E19" w:rsidP="00B763EB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</w:tbl>
    <w:p w14:paraId="03045EF8" w14:textId="77777777" w:rsidR="009B5E19" w:rsidRPr="003157B0" w:rsidRDefault="008E67CB" w:rsidP="00B763EB">
      <w:pPr>
        <w:pStyle w:val="Ttulo1"/>
        <w:spacing w:before="0" w:after="160"/>
        <w:rPr>
          <w:rFonts w:ascii="Arial" w:hAnsi="Arial" w:cs="Arial"/>
          <w:color w:val="F79646" w:themeColor="accent6"/>
          <w:lang w:val="pt-BR"/>
        </w:rPr>
      </w:pPr>
      <w:r w:rsidRPr="003157B0">
        <w:rPr>
          <w:rFonts w:ascii="Arial" w:hAnsi="Arial" w:cs="Arial"/>
          <w:color w:val="F79646" w:themeColor="accent6"/>
          <w:lang w:val="pt-BR"/>
        </w:rPr>
        <w:t>2. Pessoa física ou MEI</w:t>
      </w:r>
    </w:p>
    <w:p w14:paraId="59BC06DD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2.1. Nome completo</w:t>
      </w:r>
    </w:p>
    <w:p w14:paraId="1D604406" w14:textId="70787ECC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111E6EB4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2.2. Nome artístico ou nome social</w:t>
      </w:r>
      <w:r w:rsidRPr="003157B0">
        <w:rPr>
          <w:rFonts w:cs="Arial"/>
          <w:i/>
          <w:sz w:val="22"/>
          <w:lang w:val="pt-BR"/>
        </w:rPr>
        <w:t xml:space="preserve"> (se não possuir, informe “Não possuo”)</w:t>
      </w:r>
    </w:p>
    <w:p w14:paraId="57899EAB" w14:textId="59A546DA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5598F790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2.3. CPF</w:t>
      </w:r>
      <w:r w:rsidRPr="003157B0">
        <w:rPr>
          <w:rFonts w:cs="Arial"/>
          <w:i/>
          <w:sz w:val="22"/>
          <w:lang w:val="pt-BR"/>
        </w:rPr>
        <w:t xml:space="preserve"> (somente 11 números)</w:t>
      </w:r>
    </w:p>
    <w:p w14:paraId="685E294D" w14:textId="349C0505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7F634E94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2.4. CNPJ do MEI</w:t>
      </w:r>
      <w:r w:rsidRPr="003157B0">
        <w:rPr>
          <w:rFonts w:cs="Arial"/>
          <w:i/>
          <w:sz w:val="22"/>
          <w:lang w:val="pt-BR"/>
        </w:rPr>
        <w:t xml:space="preserve"> (somente 14 números; preencher apenas se a inscrição for como MEI)</w:t>
      </w:r>
    </w:p>
    <w:p w14:paraId="1FCA7B47" w14:textId="607952E7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35E821D8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2.5. Data de nascimento</w:t>
      </w:r>
    </w:p>
    <w:p w14:paraId="25672726" w14:textId="296E49B3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278E374F" w14:textId="77777777" w:rsidR="0087467C" w:rsidRPr="003157B0" w:rsidRDefault="0087467C" w:rsidP="00B763EB">
      <w:pPr>
        <w:spacing w:after="160"/>
        <w:rPr>
          <w:rFonts w:cs="Arial"/>
          <w:b/>
          <w:sz w:val="22"/>
          <w:lang w:val="pt-BR"/>
        </w:rPr>
      </w:pPr>
    </w:p>
    <w:p w14:paraId="0155A1D1" w14:textId="0DE86598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2.6. E-mail</w:t>
      </w:r>
    </w:p>
    <w:p w14:paraId="4D2D8D91" w14:textId="070E3372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679CC7D2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2.7. Telefone com DDD</w:t>
      </w:r>
    </w:p>
    <w:p w14:paraId="04AAA7EC" w14:textId="46D8409B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21F8BA0A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2.8. Endereço completo</w:t>
      </w:r>
    </w:p>
    <w:p w14:paraId="5E05D90A" w14:textId="713349E1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21643272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2.9. Município de residência</w:t>
      </w:r>
    </w:p>
    <w:p w14:paraId="1BF002C7" w14:textId="57A63931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61A74B15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2.10. Estado</w:t>
      </w:r>
    </w:p>
    <w:p w14:paraId="69F846B5" w14:textId="1EED01C4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74BD8509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2.11. CEP</w:t>
      </w:r>
      <w:r w:rsidRPr="003157B0">
        <w:rPr>
          <w:rFonts w:cs="Arial"/>
          <w:i/>
          <w:sz w:val="22"/>
          <w:lang w:val="pt-BR"/>
        </w:rPr>
        <w:t xml:space="preserve"> (somente 8 números)</w:t>
      </w:r>
    </w:p>
    <w:p w14:paraId="25A5B111" w14:textId="05698470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6086AA52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2.12. Há quanto tempo reside no município informado?</w:t>
      </w:r>
    </w:p>
    <w:p w14:paraId="29410121" w14:textId="3C0A740F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3DD513B3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2.13. Pertencimento a povo ou comunidade tradicional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07E84E9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2618329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Não pertence a povo ou comunidade tradicional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1F17A2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</w:t>
            </w:r>
            <w:proofErr w:type="spellStart"/>
            <w:r w:rsidRPr="003157B0">
              <w:rPr>
                <w:rFonts w:cs="Arial"/>
                <w:sz w:val="22"/>
                <w:lang w:val="pt-BR"/>
              </w:rPr>
              <w:t>Andirobeiros</w:t>
            </w:r>
            <w:proofErr w:type="spellEnd"/>
          </w:p>
        </w:tc>
      </w:tr>
      <w:tr w:rsidR="009B5E19" w:rsidRPr="003157B0" w14:paraId="7818996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61AB1B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Apanhadores de flores sempre-vivas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920BDA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Benzedeiros</w:t>
            </w:r>
          </w:p>
        </w:tc>
      </w:tr>
      <w:tr w:rsidR="009B5E19" w:rsidRPr="003157B0" w14:paraId="71B72FE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2C1768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</w:t>
            </w:r>
            <w:proofErr w:type="spellStart"/>
            <w:r w:rsidRPr="003157B0">
              <w:rPr>
                <w:rFonts w:cs="Arial"/>
                <w:sz w:val="22"/>
                <w:lang w:val="pt-BR"/>
              </w:rPr>
              <w:t>Caatingueiros</w:t>
            </w:r>
            <w:proofErr w:type="spellEnd"/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2EE0EB6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Caboclos</w:t>
            </w:r>
          </w:p>
        </w:tc>
      </w:tr>
      <w:tr w:rsidR="009B5E19" w:rsidRPr="003157B0" w14:paraId="1AB530D6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BB4F42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Caiçaras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8074A2C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Catadores de mangaba</w:t>
            </w:r>
          </w:p>
        </w:tc>
      </w:tr>
      <w:tr w:rsidR="009B5E19" w:rsidRPr="003157B0" w14:paraId="7BE76807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41F33B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</w:t>
            </w:r>
            <w:proofErr w:type="spellStart"/>
            <w:r w:rsidRPr="003157B0">
              <w:rPr>
                <w:rFonts w:cs="Arial"/>
                <w:sz w:val="22"/>
                <w:lang w:val="pt-BR"/>
              </w:rPr>
              <w:t>Cipozeiros</w:t>
            </w:r>
            <w:proofErr w:type="spellEnd"/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C0FF99B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Comunidades de fundos e fechos de pasto</w:t>
            </w:r>
          </w:p>
        </w:tc>
      </w:tr>
      <w:tr w:rsidR="009B5E19" w:rsidRPr="003157B0" w14:paraId="45681FCB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78EC1A3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Comunidades quilombolas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AA7760A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Extrativistas</w:t>
            </w:r>
          </w:p>
        </w:tc>
      </w:tr>
      <w:tr w:rsidR="009B5E19" w:rsidRPr="003157B0" w14:paraId="6F14D8E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698977F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Extrativistas costeiros e marinhos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6F8BA6D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Faxinalenses</w:t>
            </w:r>
          </w:p>
        </w:tc>
      </w:tr>
      <w:tr w:rsidR="009B5E19" w:rsidRPr="003157B0" w14:paraId="7055721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DD16EE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Geraizeiros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69795AA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Ilhéus</w:t>
            </w:r>
          </w:p>
        </w:tc>
      </w:tr>
      <w:tr w:rsidR="009B5E19" w:rsidRPr="003157B0" w14:paraId="243793C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9080786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Juventude de povos e comunidades tradicionais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41567AF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</w:t>
            </w:r>
            <w:proofErr w:type="spellStart"/>
            <w:r w:rsidRPr="003157B0">
              <w:rPr>
                <w:rFonts w:cs="Arial"/>
                <w:sz w:val="22"/>
                <w:lang w:val="pt-BR"/>
              </w:rPr>
              <w:t>Morroquianos</w:t>
            </w:r>
            <w:proofErr w:type="spellEnd"/>
          </w:p>
        </w:tc>
      </w:tr>
      <w:tr w:rsidR="009B5E19" w:rsidRPr="003157B0" w14:paraId="3B58CD76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32CB553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lastRenderedPageBreak/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Pantaneiros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534F2F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Pescadores artesanais</w:t>
            </w:r>
          </w:p>
        </w:tc>
      </w:tr>
      <w:tr w:rsidR="009B5E19" w:rsidRPr="003157B0" w14:paraId="3591690D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8CF046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Povo pomerano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8E8C9C6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Povos ciganos</w:t>
            </w:r>
          </w:p>
        </w:tc>
      </w:tr>
      <w:tr w:rsidR="009B5E19" w:rsidRPr="003157B0" w14:paraId="66A8DE3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677F37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Povos e comunidades de terreiro/matriz africana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2C2CFC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Povos indígenas</w:t>
            </w:r>
          </w:p>
        </w:tc>
      </w:tr>
      <w:tr w:rsidR="009B5E19" w:rsidRPr="003157B0" w14:paraId="61A8DFFA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761487B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Quebradeiras de coco babaçu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A267D7C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Raizeiros</w:t>
            </w:r>
          </w:p>
        </w:tc>
      </w:tr>
      <w:tr w:rsidR="009B5E19" w:rsidRPr="003157B0" w14:paraId="1F6DA0E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6A5632C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Retireiros do Araguaia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1DA514C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Ribeirinhos</w:t>
            </w:r>
          </w:p>
        </w:tc>
      </w:tr>
      <w:tr w:rsidR="009B5E19" w:rsidRPr="003157B0" w14:paraId="5E689E18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BC3BFE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Vazanteiros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FA4C00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Veredeiros</w:t>
            </w:r>
          </w:p>
        </w:tc>
      </w:tr>
      <w:tr w:rsidR="009B5E19" w:rsidRPr="003157B0" w14:paraId="7A79C9E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E85E3B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Outra comunidade tradicional</w:t>
            </w:r>
          </w:p>
        </w:tc>
        <w:tc>
          <w:tcPr>
            <w:tcW w:w="5040" w:type="dxa"/>
          </w:tcPr>
          <w:p w14:paraId="217E045B" w14:textId="77777777" w:rsidR="009B5E19" w:rsidRPr="003157B0" w:rsidRDefault="009B5E19" w:rsidP="00B763EB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</w:tbl>
    <w:p w14:paraId="2D44BC7A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2.14. Se marcou “Outra comunidade tradicional”, informe qual</w:t>
      </w:r>
    </w:p>
    <w:p w14:paraId="40FF6877" w14:textId="78134634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21577666" w14:textId="1679222B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2.15. É mestre ou mestra das culturas tradicionais e populares?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300FCD21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365E06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Sim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65D9AFD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Não</w:t>
            </w:r>
          </w:p>
        </w:tc>
      </w:tr>
    </w:tbl>
    <w:p w14:paraId="693D3012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2.16. Gênero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5B4E6B9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B6A0E8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Mulher cisgênero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EBB879D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Homem cisgênero</w:t>
            </w:r>
          </w:p>
        </w:tc>
      </w:tr>
      <w:tr w:rsidR="009B5E19" w:rsidRPr="003157B0" w14:paraId="3F6B162A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A81C29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Mulher transgênero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F11F831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Homem transgênero</w:t>
            </w:r>
          </w:p>
        </w:tc>
      </w:tr>
      <w:tr w:rsidR="009B5E19" w:rsidRPr="003157B0" w14:paraId="6D2E908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A3E231A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Pessoa não binária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CD547C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Travesti</w:t>
            </w:r>
          </w:p>
        </w:tc>
      </w:tr>
      <w:tr w:rsidR="009B5E19" w:rsidRPr="003157B0" w14:paraId="2EA6CF27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E6A731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Outro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4CE051C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Prefere não responder</w:t>
            </w:r>
          </w:p>
        </w:tc>
      </w:tr>
    </w:tbl>
    <w:p w14:paraId="5065C5B0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2.17. Orientação sexual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791F4FF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B5DC574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Lésbica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76CEF2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Gay</w:t>
            </w:r>
          </w:p>
        </w:tc>
      </w:tr>
      <w:tr w:rsidR="009B5E19" w:rsidRPr="003157B0" w14:paraId="6D5254D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14B4AF6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Heterossexual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0879B0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Bissexual</w:t>
            </w:r>
          </w:p>
        </w:tc>
      </w:tr>
      <w:tr w:rsidR="009B5E19" w:rsidRPr="003157B0" w14:paraId="779E72C6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A8CE5D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Outra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A5B321D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Prefere não responder</w:t>
            </w:r>
          </w:p>
        </w:tc>
      </w:tr>
    </w:tbl>
    <w:p w14:paraId="14A619E2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2.18. Raça, cor ou etnia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67EA4E4B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33BA1A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Branca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1B495F9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Preta</w:t>
            </w:r>
          </w:p>
        </w:tc>
      </w:tr>
      <w:tr w:rsidR="009B5E19" w:rsidRPr="003157B0" w14:paraId="0C249C3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2CA6F1C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Parda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B15532C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Indígena</w:t>
            </w:r>
          </w:p>
        </w:tc>
      </w:tr>
      <w:tr w:rsidR="009B5E19" w:rsidRPr="003157B0" w14:paraId="189C290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389028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lastRenderedPageBreak/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Amarela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A31EE9F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Prefere não responder</w:t>
            </w:r>
          </w:p>
        </w:tc>
      </w:tr>
    </w:tbl>
    <w:p w14:paraId="39DD934E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2.19. Pessoa com deficiência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179CE7F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468FAEB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Não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A6ECC35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Sim, auditiva</w:t>
            </w:r>
          </w:p>
        </w:tc>
      </w:tr>
      <w:tr w:rsidR="009B5E19" w:rsidRPr="003157B0" w14:paraId="2124419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97CD3D6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Sim, física/motora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4D7AD6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Sim, intelectual</w:t>
            </w:r>
          </w:p>
        </w:tc>
      </w:tr>
      <w:tr w:rsidR="009B5E19" w:rsidRPr="003157B0" w14:paraId="6DA66BA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6F4999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Sim, visual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0B512FD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Sim, múltipla</w:t>
            </w:r>
          </w:p>
        </w:tc>
      </w:tr>
      <w:tr w:rsidR="009B5E19" w:rsidRPr="003157B0" w14:paraId="7CEB74E7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47C7CF9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Sim, transtorno do espectro autista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6D322D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Sim, outra deficiência</w:t>
            </w:r>
          </w:p>
        </w:tc>
      </w:tr>
    </w:tbl>
    <w:p w14:paraId="6FF0BEF8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2.20. Se marcou “Sim, outra deficiência”, informe qual</w:t>
      </w:r>
    </w:p>
    <w:p w14:paraId="01DB3672" w14:textId="3AE9660C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51C45AC0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2.21. Escolaridade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4A7915A7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4DA5F73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Sem educação formal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88CBE9A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Ensino fundamental incompleto</w:t>
            </w:r>
          </w:p>
        </w:tc>
      </w:tr>
      <w:tr w:rsidR="009B5E19" w:rsidRPr="003157B0" w14:paraId="64AE0C11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2407D5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Ensino fundamental completo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F143125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Ensino médio incompleto</w:t>
            </w:r>
          </w:p>
        </w:tc>
      </w:tr>
      <w:tr w:rsidR="009B5E19" w:rsidRPr="003157B0" w14:paraId="242CAF99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411C7CA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Ensino médio completo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92A3B2B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Curso técnico completo</w:t>
            </w:r>
          </w:p>
        </w:tc>
      </w:tr>
      <w:tr w:rsidR="009B5E19" w:rsidRPr="003157B0" w14:paraId="55C1A281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159454A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Ensino superior incompleto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8C4176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Ensino superior completo</w:t>
            </w:r>
          </w:p>
        </w:tc>
      </w:tr>
      <w:tr w:rsidR="009B5E19" w:rsidRPr="003157B0" w14:paraId="3C3E476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0840689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Pós-graduação incompleta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3FB56D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Pós-graduação completa</w:t>
            </w:r>
          </w:p>
        </w:tc>
      </w:tr>
    </w:tbl>
    <w:p w14:paraId="3C44FCB3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2.22. Renda mensal fixa individual média nos últimos três meses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7C904C5D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D9F3C2A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Nenhuma renda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0D3E8A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R$ 1,00 a R$ 500,00</w:t>
            </w:r>
          </w:p>
        </w:tc>
      </w:tr>
      <w:tr w:rsidR="009B5E19" w:rsidRPr="003157B0" w14:paraId="4DFE2269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6CE90DC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R$ 501,00 a R$ 1.000,00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D98122C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R$ 1.001,00 a R$ 2.000,00</w:t>
            </w:r>
          </w:p>
        </w:tc>
      </w:tr>
      <w:tr w:rsidR="009B5E19" w:rsidRPr="003157B0" w14:paraId="3ADB2AEE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97AFCDF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R$ 2.001,00 a R$ 3.000,00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E43D1F9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R$ 3.001,00 a R$ 5.000,00</w:t>
            </w:r>
          </w:p>
        </w:tc>
      </w:tr>
      <w:tr w:rsidR="009B5E19" w:rsidRPr="003157B0" w14:paraId="38AC8F1A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50AAE7A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R$ 5.001,00 a R$ 10.000,00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5D432C6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R$ 10.001,00 a R$ 20.000,00</w:t>
            </w:r>
          </w:p>
        </w:tc>
      </w:tr>
      <w:tr w:rsidR="009B5E19" w:rsidRPr="003157B0" w14:paraId="5844FA0A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EFAA2A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R$ 20.001,00 a R$ 100.000,00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03DA73A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Acima de R$ 100.000,00</w:t>
            </w:r>
          </w:p>
        </w:tc>
      </w:tr>
    </w:tbl>
    <w:p w14:paraId="693944A6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2.23. Quantos anos de experiência possui na área cultural?</w:t>
      </w:r>
    </w:p>
    <w:p w14:paraId="550B7590" w14:textId="26FCA4EA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33A9E650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2.24. Acessou recursos públicos de fomento à cultura nos últimos cinco anos?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9B5E19" w:rsidRPr="003157B0" w14:paraId="3F85F8FF" w14:textId="77777777"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7F54C1A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Sim</w:t>
            </w:r>
          </w:p>
        </w:tc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8754E66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Não</w:t>
            </w:r>
          </w:p>
        </w:tc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74D677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Não sei</w:t>
            </w:r>
          </w:p>
        </w:tc>
      </w:tr>
    </w:tbl>
    <w:p w14:paraId="11AE2927" w14:textId="77777777" w:rsidR="009B5E19" w:rsidRPr="003157B0" w:rsidRDefault="008E67CB" w:rsidP="00B763EB">
      <w:pPr>
        <w:pStyle w:val="Ttulo1"/>
        <w:spacing w:before="0" w:after="160"/>
        <w:rPr>
          <w:rFonts w:ascii="Arial" w:hAnsi="Arial" w:cs="Arial"/>
          <w:color w:val="E36C0A" w:themeColor="accent6" w:themeShade="BF"/>
          <w:lang w:val="pt-BR"/>
        </w:rPr>
      </w:pPr>
      <w:r w:rsidRPr="003157B0">
        <w:rPr>
          <w:rFonts w:ascii="Arial" w:hAnsi="Arial" w:cs="Arial"/>
          <w:color w:val="E36C0A" w:themeColor="accent6" w:themeShade="BF"/>
          <w:lang w:val="pt-BR"/>
        </w:rPr>
        <w:lastRenderedPageBreak/>
        <w:t>3. Pessoa jurídica</w:t>
      </w:r>
    </w:p>
    <w:p w14:paraId="616D80D4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3.1. Tipo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19B4029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0F41FA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Pessoa jurídica com fins lucrativos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07027C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Pessoa jurídica sem fins lucrativos</w:t>
            </w:r>
          </w:p>
        </w:tc>
      </w:tr>
    </w:tbl>
    <w:p w14:paraId="29D5601C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3.2. CNPJ</w:t>
      </w:r>
      <w:r w:rsidRPr="003157B0">
        <w:rPr>
          <w:rFonts w:cs="Arial"/>
          <w:i/>
          <w:sz w:val="22"/>
          <w:lang w:val="pt-BR"/>
        </w:rPr>
        <w:t xml:space="preserve"> (somente 14 números)</w:t>
      </w:r>
    </w:p>
    <w:p w14:paraId="79D4DD8C" w14:textId="454F7495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764439B8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3.3. Razão social</w:t>
      </w:r>
    </w:p>
    <w:p w14:paraId="32673D68" w14:textId="14384E39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3DAB9879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3.4. Nome fantasia</w:t>
      </w:r>
      <w:r w:rsidRPr="003157B0">
        <w:rPr>
          <w:rFonts w:cs="Arial"/>
          <w:i/>
          <w:sz w:val="22"/>
          <w:lang w:val="pt-BR"/>
        </w:rPr>
        <w:t xml:space="preserve"> (se não possuir, informe “Não possui”)</w:t>
      </w:r>
    </w:p>
    <w:p w14:paraId="7B051DB0" w14:textId="4F1DAF3B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0E50F0F0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3.5. Data de constituição</w:t>
      </w:r>
    </w:p>
    <w:p w14:paraId="5237CE60" w14:textId="4AF0DF6D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41F512A4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3.6. Nome completo do representante legal</w:t>
      </w:r>
    </w:p>
    <w:p w14:paraId="71D8E847" w14:textId="15B833DD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2953EFAB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3.7. CPF do representante legal</w:t>
      </w:r>
      <w:r w:rsidRPr="003157B0">
        <w:rPr>
          <w:rFonts w:cs="Arial"/>
          <w:i/>
          <w:sz w:val="22"/>
          <w:lang w:val="pt-BR"/>
        </w:rPr>
        <w:t xml:space="preserve"> (somente 11 números)</w:t>
      </w:r>
    </w:p>
    <w:p w14:paraId="141E40F9" w14:textId="56AA61E7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67AF5FBB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3.8. E-mail de contato</w:t>
      </w:r>
    </w:p>
    <w:p w14:paraId="4DF86984" w14:textId="617AB2BB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4DF4CBF6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3.9. Telefone com DDD</w:t>
      </w:r>
    </w:p>
    <w:p w14:paraId="4341827F" w14:textId="3B27ABA4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43380BB7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3.10. Endereço completo da sede</w:t>
      </w:r>
    </w:p>
    <w:p w14:paraId="5826538E" w14:textId="7BF08825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516053E3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3.11. Município da sede</w:t>
      </w:r>
    </w:p>
    <w:p w14:paraId="777F1B7B" w14:textId="55A3DDEA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624E2CBA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3.12. Estado</w:t>
      </w:r>
    </w:p>
    <w:p w14:paraId="6C16BCE6" w14:textId="0A853832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3F59C1E2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3.13. CEP da sede</w:t>
      </w:r>
      <w:r w:rsidRPr="003157B0">
        <w:rPr>
          <w:rFonts w:cs="Arial"/>
          <w:i/>
          <w:sz w:val="22"/>
          <w:lang w:val="pt-BR"/>
        </w:rPr>
        <w:t xml:space="preserve"> (somente 8 números)</w:t>
      </w:r>
    </w:p>
    <w:p w14:paraId="716FDE87" w14:textId="33C99601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6BB8E2AB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3.14. Há quanto tempo está sediada ou desenvolve atuação cultural no município?</w:t>
      </w:r>
    </w:p>
    <w:p w14:paraId="2EDC9D41" w14:textId="578C74E9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lastRenderedPageBreak/>
        <w:t>__________________________________________________________________________________</w:t>
      </w:r>
    </w:p>
    <w:p w14:paraId="60898613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3.15. Quantos anos de atuação possui na área cultural?</w:t>
      </w:r>
    </w:p>
    <w:p w14:paraId="16E98157" w14:textId="426DF299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17139271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3.16. Acessou recursos públicos de fomento à cultura nos últimos cinco anos?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9B5E19" w:rsidRPr="003157B0" w14:paraId="7B5DBD34" w14:textId="77777777"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4E5B67D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Sim</w:t>
            </w:r>
          </w:p>
        </w:tc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B96D783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Não</w:t>
            </w:r>
          </w:p>
        </w:tc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4D6B154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Não sei</w:t>
            </w:r>
          </w:p>
        </w:tc>
      </w:tr>
    </w:tbl>
    <w:p w14:paraId="56305DFD" w14:textId="77777777" w:rsidR="009B5E19" w:rsidRPr="003157B0" w:rsidRDefault="008E67CB" w:rsidP="00B763EB">
      <w:pPr>
        <w:pStyle w:val="Ttulo1"/>
        <w:spacing w:before="0" w:after="160"/>
        <w:rPr>
          <w:rFonts w:ascii="Arial" w:hAnsi="Arial" w:cs="Arial"/>
          <w:color w:val="E36C0A" w:themeColor="accent6" w:themeShade="BF"/>
          <w:lang w:val="pt-BR"/>
        </w:rPr>
      </w:pPr>
      <w:r w:rsidRPr="003157B0">
        <w:rPr>
          <w:rFonts w:ascii="Arial" w:hAnsi="Arial" w:cs="Arial"/>
          <w:color w:val="E36C0A" w:themeColor="accent6" w:themeShade="BF"/>
          <w:lang w:val="pt-BR"/>
        </w:rPr>
        <w:t>4. Grupo ou coletivo cultural sem CNPJ</w:t>
      </w:r>
    </w:p>
    <w:tbl>
      <w:tblPr>
        <w:tblW w:w="0" w:type="auto"/>
        <w:jc w:val="center"/>
        <w:tblBorders>
          <w:top w:val="single" w:sz="4" w:space="0" w:color="D6B656"/>
          <w:left w:val="single" w:sz="4" w:space="0" w:color="D6B656"/>
          <w:bottom w:val="single" w:sz="4" w:space="0" w:color="D6B656"/>
          <w:right w:val="single" w:sz="4" w:space="0" w:color="D6B656"/>
          <w:insideH w:val="single" w:sz="4" w:space="0" w:color="D6B656"/>
          <w:insideV w:val="single" w:sz="4" w:space="0" w:color="D6B656"/>
        </w:tblBorders>
        <w:tblLook w:val="04A0" w:firstRow="1" w:lastRow="0" w:firstColumn="1" w:lastColumn="0" w:noHBand="0" w:noVBand="1"/>
      </w:tblPr>
      <w:tblGrid>
        <w:gridCol w:w="10070"/>
      </w:tblGrid>
      <w:tr w:rsidR="009B5E19" w:rsidRPr="003157B0" w14:paraId="4A5965F9" w14:textId="77777777">
        <w:trPr>
          <w:jc w:val="center"/>
        </w:trPr>
        <w:tc>
          <w:tcPr>
            <w:tcW w:w="10080" w:type="dxa"/>
            <w:shd w:val="clear" w:color="auto" w:fill="E7F1E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892948B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cs="Arial"/>
                <w:sz w:val="22"/>
                <w:lang w:val="pt-BR"/>
              </w:rPr>
              <w:t>Esta seção deve ser preenchida pelo representante do grupo ou coletivo. O representante será responsável pela inscrição, execução, recebimento dos recursos e prestação das informações exigidas pelo Município.</w:t>
            </w:r>
          </w:p>
        </w:tc>
      </w:tr>
    </w:tbl>
    <w:p w14:paraId="62A9D440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4.1. Nome completo do representante</w:t>
      </w:r>
    </w:p>
    <w:p w14:paraId="28409071" w14:textId="429C23B5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4FF1F5D3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4.2. Nome artístico ou nome social</w:t>
      </w:r>
      <w:r w:rsidRPr="003157B0">
        <w:rPr>
          <w:rFonts w:cs="Arial"/>
          <w:i/>
          <w:sz w:val="22"/>
          <w:lang w:val="pt-BR"/>
        </w:rPr>
        <w:t xml:space="preserve"> (se não possuir, informe “Não possuo”)</w:t>
      </w:r>
    </w:p>
    <w:p w14:paraId="10707107" w14:textId="7B129E88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44ACD70F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4.3. CPF</w:t>
      </w:r>
      <w:r w:rsidRPr="003157B0">
        <w:rPr>
          <w:rFonts w:cs="Arial"/>
          <w:i/>
          <w:sz w:val="22"/>
          <w:lang w:val="pt-BR"/>
        </w:rPr>
        <w:t xml:space="preserve"> (somente 11 números)</w:t>
      </w:r>
    </w:p>
    <w:p w14:paraId="35C33929" w14:textId="1458C810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1D74A427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4.4. Data de nascimento</w:t>
      </w:r>
    </w:p>
    <w:p w14:paraId="1ECA1FDF" w14:textId="2CFFBCA5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4B356E3A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4.5. E-mail</w:t>
      </w:r>
    </w:p>
    <w:p w14:paraId="5BD27418" w14:textId="69F4CD92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33BCB26F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4.6. Telefone com DDD</w:t>
      </w:r>
    </w:p>
    <w:p w14:paraId="69160D82" w14:textId="6F7F4CC0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0E11357B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4.7. Endereço completo</w:t>
      </w:r>
    </w:p>
    <w:p w14:paraId="453D6FD2" w14:textId="5B449277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60F7B7B5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4.8. Município de residência</w:t>
      </w:r>
    </w:p>
    <w:p w14:paraId="1A4F9497" w14:textId="01B0657A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7A0425AA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4.9. Estado</w:t>
      </w:r>
    </w:p>
    <w:p w14:paraId="0C25EF89" w14:textId="6731B962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26630927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4.10. CEP</w:t>
      </w:r>
      <w:r w:rsidRPr="003157B0">
        <w:rPr>
          <w:rFonts w:cs="Arial"/>
          <w:i/>
          <w:sz w:val="22"/>
          <w:lang w:val="pt-BR"/>
        </w:rPr>
        <w:t xml:space="preserve"> (somente 8 números)</w:t>
      </w:r>
    </w:p>
    <w:p w14:paraId="4062E15A" w14:textId="79A1CA0E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2C6C1EC6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lastRenderedPageBreak/>
        <w:t>4.11. Há quanto tempo reside no município informado?</w:t>
      </w:r>
    </w:p>
    <w:p w14:paraId="4AE56D0B" w14:textId="4ED169AE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5E95140A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4.12. Pertencimento a povo ou comunidade tradicional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57CBDACD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82EA3B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Não pertence a povo ou comunidade tradicional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04A91E5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</w:t>
            </w:r>
            <w:proofErr w:type="spellStart"/>
            <w:r w:rsidRPr="003157B0">
              <w:rPr>
                <w:rFonts w:cs="Arial"/>
                <w:sz w:val="22"/>
                <w:lang w:val="pt-BR"/>
              </w:rPr>
              <w:t>Andirobeiros</w:t>
            </w:r>
            <w:proofErr w:type="spellEnd"/>
          </w:p>
        </w:tc>
      </w:tr>
      <w:tr w:rsidR="009B5E19" w:rsidRPr="003157B0" w14:paraId="368E4B4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295D7CB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Apanhadores de flores sempre-vivas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984611D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Benzedeiros</w:t>
            </w:r>
          </w:p>
        </w:tc>
      </w:tr>
      <w:tr w:rsidR="009B5E19" w:rsidRPr="003157B0" w14:paraId="446966BE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BEA05E3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</w:t>
            </w:r>
            <w:proofErr w:type="spellStart"/>
            <w:r w:rsidRPr="003157B0">
              <w:rPr>
                <w:rFonts w:cs="Arial"/>
                <w:sz w:val="22"/>
                <w:lang w:val="pt-BR"/>
              </w:rPr>
              <w:t>Caatingueiros</w:t>
            </w:r>
            <w:proofErr w:type="spellEnd"/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BF07FF3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Caboclos</w:t>
            </w:r>
          </w:p>
        </w:tc>
      </w:tr>
      <w:tr w:rsidR="009B5E19" w:rsidRPr="003157B0" w14:paraId="5A081E2C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A975C3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Caiçaras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BB997FA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Catadores de mangaba</w:t>
            </w:r>
          </w:p>
        </w:tc>
      </w:tr>
      <w:tr w:rsidR="009B5E19" w:rsidRPr="003157B0" w14:paraId="1114B968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47A5B59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</w:t>
            </w:r>
            <w:proofErr w:type="spellStart"/>
            <w:r w:rsidRPr="003157B0">
              <w:rPr>
                <w:rFonts w:cs="Arial"/>
                <w:sz w:val="22"/>
                <w:lang w:val="pt-BR"/>
              </w:rPr>
              <w:t>Cipozeiros</w:t>
            </w:r>
            <w:proofErr w:type="spellEnd"/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50F253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Comunidades de fundos e fechos de pasto</w:t>
            </w:r>
          </w:p>
        </w:tc>
      </w:tr>
      <w:tr w:rsidR="009B5E19" w:rsidRPr="003157B0" w14:paraId="6A4E7FF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319844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Comunidades quilombolas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4F3714D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Extrativistas</w:t>
            </w:r>
          </w:p>
        </w:tc>
      </w:tr>
      <w:tr w:rsidR="009B5E19" w:rsidRPr="003157B0" w14:paraId="077F38A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08F531C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Extrativistas costeiros e marinhos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5743E19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Faxinalenses</w:t>
            </w:r>
          </w:p>
        </w:tc>
      </w:tr>
      <w:tr w:rsidR="009B5E19" w:rsidRPr="003157B0" w14:paraId="20217F8B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6AC0933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Geraizeiros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0E9B06A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Ilhéus</w:t>
            </w:r>
          </w:p>
        </w:tc>
      </w:tr>
      <w:tr w:rsidR="009B5E19" w:rsidRPr="003157B0" w14:paraId="4C4C044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026B15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Juventude de povos e comunidades tradicionais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76E44A4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</w:t>
            </w:r>
            <w:proofErr w:type="spellStart"/>
            <w:r w:rsidRPr="003157B0">
              <w:rPr>
                <w:rFonts w:cs="Arial"/>
                <w:sz w:val="22"/>
                <w:lang w:val="pt-BR"/>
              </w:rPr>
              <w:t>Morroquianos</w:t>
            </w:r>
            <w:proofErr w:type="spellEnd"/>
          </w:p>
        </w:tc>
      </w:tr>
      <w:tr w:rsidR="009B5E19" w:rsidRPr="003157B0" w14:paraId="5A009BD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B4CA9DA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Pantaneiros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71CE16A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Pescadores artesanais</w:t>
            </w:r>
          </w:p>
        </w:tc>
      </w:tr>
      <w:tr w:rsidR="009B5E19" w:rsidRPr="003157B0" w14:paraId="14783F9D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4666183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Povo pomerano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6B7CE75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Povos ciganos</w:t>
            </w:r>
          </w:p>
        </w:tc>
      </w:tr>
      <w:tr w:rsidR="009B5E19" w:rsidRPr="003157B0" w14:paraId="78FD78FC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42D2D1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Povos e comunidades de terreiro/matriz africana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427E15D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Povos indígenas</w:t>
            </w:r>
          </w:p>
        </w:tc>
      </w:tr>
      <w:tr w:rsidR="009B5E19" w:rsidRPr="003157B0" w14:paraId="61ECD7D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F175156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Quebradeiras de coco babaçu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C981866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Raizeiros</w:t>
            </w:r>
          </w:p>
        </w:tc>
      </w:tr>
      <w:tr w:rsidR="009B5E19" w:rsidRPr="003157B0" w14:paraId="6A5691C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6207A2A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Retireiros do Araguaia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6FB8629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Ribeirinhos</w:t>
            </w:r>
          </w:p>
        </w:tc>
      </w:tr>
      <w:tr w:rsidR="009B5E19" w:rsidRPr="003157B0" w14:paraId="2C74B247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622A88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Vazanteiros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AA80FD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Veredeiros</w:t>
            </w:r>
          </w:p>
        </w:tc>
      </w:tr>
      <w:tr w:rsidR="009B5E19" w:rsidRPr="003157B0" w14:paraId="73206EF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3E81B59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Outra comunidade tradicional</w:t>
            </w:r>
          </w:p>
        </w:tc>
        <w:tc>
          <w:tcPr>
            <w:tcW w:w="5040" w:type="dxa"/>
          </w:tcPr>
          <w:p w14:paraId="4A6DD8BC" w14:textId="77777777" w:rsidR="009B5E19" w:rsidRPr="003157B0" w:rsidRDefault="009B5E19" w:rsidP="00B763EB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</w:tbl>
    <w:p w14:paraId="3E4F3083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4.13. Se marcou “Outra comunidade tradicional”, informe qual</w:t>
      </w:r>
    </w:p>
    <w:p w14:paraId="7F04DF70" w14:textId="52D015F2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78FCC152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4.14. É mestre ou mestra das culturas tradicionais e populares?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7ADADE1D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3916DE3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lastRenderedPageBreak/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Sim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D31641F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Não</w:t>
            </w:r>
          </w:p>
        </w:tc>
      </w:tr>
    </w:tbl>
    <w:p w14:paraId="3987EB1B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4.15. Gênero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14CC320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E534C4B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Mulher cisgênero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CA298C9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Homem cisgênero</w:t>
            </w:r>
          </w:p>
        </w:tc>
      </w:tr>
      <w:tr w:rsidR="009B5E19" w:rsidRPr="003157B0" w14:paraId="0E6F1338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8A93785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Mulher transgênero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EC3F3DD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Homem transgênero</w:t>
            </w:r>
          </w:p>
        </w:tc>
      </w:tr>
      <w:tr w:rsidR="009B5E19" w:rsidRPr="003157B0" w14:paraId="025AE068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6410C15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Pessoa não binária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8795913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Travesti</w:t>
            </w:r>
          </w:p>
        </w:tc>
      </w:tr>
      <w:tr w:rsidR="009B5E19" w:rsidRPr="003157B0" w14:paraId="061A6EF1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35FB99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Outro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A5FBE75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Prefere não responder</w:t>
            </w:r>
          </w:p>
        </w:tc>
      </w:tr>
    </w:tbl>
    <w:p w14:paraId="3F1EBE43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4.16. Orientação sexual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7A28EF0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975D859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Lésbica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8F99729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Gay</w:t>
            </w:r>
          </w:p>
        </w:tc>
      </w:tr>
      <w:tr w:rsidR="009B5E19" w:rsidRPr="003157B0" w14:paraId="11B7159A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F662E3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Heterossexual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E08C694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Bissexual</w:t>
            </w:r>
          </w:p>
        </w:tc>
      </w:tr>
      <w:tr w:rsidR="009B5E19" w:rsidRPr="003157B0" w14:paraId="51ABE63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7C475C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Outra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6E671E4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Prefere não responder</w:t>
            </w:r>
          </w:p>
        </w:tc>
      </w:tr>
    </w:tbl>
    <w:p w14:paraId="4AAB69CD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4.17. Raça, cor ou etnia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1762964A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D06C28D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Branca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7627655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Preta</w:t>
            </w:r>
          </w:p>
        </w:tc>
      </w:tr>
      <w:tr w:rsidR="009B5E19" w:rsidRPr="003157B0" w14:paraId="3DC407ED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C2C4EA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Parda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AD2383C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Indígena</w:t>
            </w:r>
          </w:p>
        </w:tc>
      </w:tr>
      <w:tr w:rsidR="009B5E19" w:rsidRPr="003157B0" w14:paraId="63947651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470D66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Amarela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7DF10C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Prefere não responder</w:t>
            </w:r>
          </w:p>
        </w:tc>
      </w:tr>
    </w:tbl>
    <w:p w14:paraId="518BE634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4.18. Pessoa com deficiência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7BC7619B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F0B3E7D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Não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D694D4D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Sim, auditiva</w:t>
            </w:r>
          </w:p>
        </w:tc>
      </w:tr>
      <w:tr w:rsidR="009B5E19" w:rsidRPr="003157B0" w14:paraId="0261E268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AF86109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Sim, física/motora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5AF5523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Sim, intelectual</w:t>
            </w:r>
          </w:p>
        </w:tc>
      </w:tr>
      <w:tr w:rsidR="009B5E19" w:rsidRPr="003157B0" w14:paraId="49FB53B7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0375639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Sim, visual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5F3832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Sim, múltipla</w:t>
            </w:r>
          </w:p>
        </w:tc>
      </w:tr>
      <w:tr w:rsidR="009B5E19" w:rsidRPr="003157B0" w14:paraId="2EE27B58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9C77A4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Sim, transtorno do espectro autista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4AAFE1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Sim, outra deficiência</w:t>
            </w:r>
          </w:p>
        </w:tc>
      </w:tr>
    </w:tbl>
    <w:p w14:paraId="41A2A148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4.19. Se marcou “Sim, outra deficiência”, informe qual</w:t>
      </w:r>
    </w:p>
    <w:p w14:paraId="1712177B" w14:textId="13E6C7AC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2C1B98BC" w14:textId="1786D466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4.20. Escolaridade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7EFD000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9BF2FFA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Sem educação formal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6A04ED4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Ensino fundamental incompleto</w:t>
            </w:r>
          </w:p>
        </w:tc>
      </w:tr>
      <w:tr w:rsidR="009B5E19" w:rsidRPr="003157B0" w14:paraId="7057A9F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AF693F6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Ensino fundamental completo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0971D9B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Ensino médio incompleto</w:t>
            </w:r>
          </w:p>
        </w:tc>
      </w:tr>
      <w:tr w:rsidR="009B5E19" w:rsidRPr="003157B0" w14:paraId="598443BE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E20168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lastRenderedPageBreak/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Ensino médio completo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00C78D4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Curso técnico completo</w:t>
            </w:r>
          </w:p>
        </w:tc>
      </w:tr>
      <w:tr w:rsidR="009B5E19" w:rsidRPr="003157B0" w14:paraId="126448C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227AAFD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Ensino superior incompleto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6D77305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Ensino superior completo</w:t>
            </w:r>
          </w:p>
        </w:tc>
      </w:tr>
      <w:tr w:rsidR="009B5E19" w:rsidRPr="003157B0" w14:paraId="0C066E3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C47E7F6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Pós-graduação incompleta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D9A85A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Pós-graduação completa</w:t>
            </w:r>
          </w:p>
        </w:tc>
      </w:tr>
    </w:tbl>
    <w:p w14:paraId="6DBE7124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4.21. Renda mensal fixa individual média nos últimos três meses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097A5897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E07716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Nenhuma renda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E958775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R$ 1,00 a R$ 500,00</w:t>
            </w:r>
          </w:p>
        </w:tc>
      </w:tr>
      <w:tr w:rsidR="009B5E19" w:rsidRPr="003157B0" w14:paraId="58F35627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5A55E7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R$ 501,00 a R$ 1.000,00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425CB4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R$ 1.001,00 a R$ 2.000,00</w:t>
            </w:r>
          </w:p>
        </w:tc>
      </w:tr>
      <w:tr w:rsidR="009B5E19" w:rsidRPr="003157B0" w14:paraId="52E34B0E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A3CF255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R$ 2.001,00 a R$ 3.000,00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F296A63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R$ 3.001,00 a R$ 5.000,00</w:t>
            </w:r>
          </w:p>
        </w:tc>
      </w:tr>
      <w:tr w:rsidR="009B5E19" w:rsidRPr="003157B0" w14:paraId="7FC5B91A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4C331EC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R$ 5.001,00 a R$ 10.000,00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F5F22C4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R$ 10.001,00 a R$ 20.000,00</w:t>
            </w:r>
          </w:p>
        </w:tc>
      </w:tr>
      <w:tr w:rsidR="009B5E19" w:rsidRPr="003157B0" w14:paraId="5FB3239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F5B1D0B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R$ 20.001,00 a R$ 100.000,00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5761FEA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Acima de R$ 100.000,00</w:t>
            </w:r>
          </w:p>
        </w:tc>
      </w:tr>
    </w:tbl>
    <w:p w14:paraId="7668E138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4.22. Quantos anos de experiência possui na área cultural?</w:t>
      </w:r>
    </w:p>
    <w:p w14:paraId="3095163C" w14:textId="4C420580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6282BD0F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4.23. Acessou recursos públicos de fomento à cultura nos últimos cinco anos?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9B5E19" w:rsidRPr="003157B0" w14:paraId="00E55CBF" w14:textId="77777777"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C9BCA4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Sim</w:t>
            </w:r>
          </w:p>
        </w:tc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FACF4B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Não</w:t>
            </w:r>
          </w:p>
        </w:tc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934FD46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Não sei</w:t>
            </w:r>
          </w:p>
        </w:tc>
      </w:tr>
    </w:tbl>
    <w:p w14:paraId="7A23B7AB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4.24. Nome do grupo ou coletivo cultural</w:t>
      </w:r>
    </w:p>
    <w:p w14:paraId="474A0260" w14:textId="1BD9CE2D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7D49E76D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4.25. Quantas pessoas fazem parte do grupo ou coletivo?</w:t>
      </w:r>
    </w:p>
    <w:p w14:paraId="1740368A" w14:textId="0DC7638D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1578FC04" w14:textId="77777777" w:rsidR="009B5E19" w:rsidRPr="003157B0" w:rsidRDefault="008E67CB" w:rsidP="00B763EB">
      <w:pPr>
        <w:pStyle w:val="Ttulo1"/>
        <w:spacing w:before="0" w:after="160"/>
        <w:rPr>
          <w:rFonts w:ascii="Arial" w:hAnsi="Arial" w:cs="Arial"/>
          <w:color w:val="E36C0A" w:themeColor="accent6" w:themeShade="BF"/>
          <w:lang w:val="pt-BR"/>
        </w:rPr>
      </w:pPr>
      <w:r w:rsidRPr="003157B0">
        <w:rPr>
          <w:rFonts w:ascii="Arial" w:hAnsi="Arial" w:cs="Arial"/>
          <w:color w:val="E36C0A" w:themeColor="accent6" w:themeShade="BF"/>
          <w:lang w:val="pt-BR"/>
        </w:rPr>
        <w:t>5. Dados do projeto</w:t>
      </w:r>
    </w:p>
    <w:p w14:paraId="5D68DB8D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5.1. Nome do projeto</w:t>
      </w:r>
    </w:p>
    <w:p w14:paraId="1ABB8F9C" w14:textId="3542CB79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28810FEA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5.2. Categoria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0"/>
      </w:tblGrid>
      <w:tr w:rsidR="009B5E19" w:rsidRPr="003157B0" w14:paraId="5EF29CEA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A4C5F5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Formação Musical e Iniciação Orquestral em Periferias e Áreas Rurais</w:t>
            </w:r>
          </w:p>
        </w:tc>
      </w:tr>
      <w:tr w:rsidR="009B5E19" w:rsidRPr="003157B0" w14:paraId="2AD39CA3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C7AB73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Artes Manuais e Visuais</w:t>
            </w:r>
          </w:p>
        </w:tc>
      </w:tr>
      <w:tr w:rsidR="009B5E19" w:rsidRPr="003157B0" w14:paraId="3C0E0D6F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32CE306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Dança</w:t>
            </w:r>
          </w:p>
        </w:tc>
      </w:tr>
      <w:tr w:rsidR="009B5E19" w:rsidRPr="003157B0" w14:paraId="0EAFDF7C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2263445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Literatura e Leitura</w:t>
            </w:r>
          </w:p>
        </w:tc>
      </w:tr>
      <w:tr w:rsidR="009B5E19" w:rsidRPr="003157B0" w14:paraId="5C7F69FD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C1D562B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lastRenderedPageBreak/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Patrimônio e Memória</w:t>
            </w:r>
          </w:p>
        </w:tc>
      </w:tr>
    </w:tbl>
    <w:p w14:paraId="1F11FBDC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5.3. Modalidade de concorrência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0EA0AB0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FF7DE7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Ampla concorrência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31D85B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Cota para pessoa negra</w:t>
            </w:r>
          </w:p>
        </w:tc>
      </w:tr>
      <w:tr w:rsidR="009B5E19" w:rsidRPr="003157B0" w14:paraId="471A2A6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4CF1A8B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Cota para pessoa indígena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83A13E5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Cota para pessoa com deficiência</w:t>
            </w:r>
          </w:p>
        </w:tc>
      </w:tr>
    </w:tbl>
    <w:p w14:paraId="51D8C48C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5.4. Valor solicitado</w:t>
      </w:r>
      <w:r w:rsidRPr="003157B0">
        <w:rPr>
          <w:rFonts w:cs="Arial"/>
          <w:i/>
          <w:sz w:val="22"/>
          <w:lang w:val="pt-BR"/>
        </w:rPr>
        <w:t xml:space="preserve"> (conforme valor definido para a categoria no Anexo I)</w:t>
      </w:r>
    </w:p>
    <w:p w14:paraId="03F90BA0" w14:textId="30667B5C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043FA7A9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5.5. Formato principal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4B853D3A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90FAA2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Presencial em local fixo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8FF770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Presencial itinerante</w:t>
            </w:r>
          </w:p>
        </w:tc>
      </w:tr>
      <w:tr w:rsidR="009B5E19" w:rsidRPr="003157B0" w14:paraId="7AF07916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18AA81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Remoto/online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F5E97C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Híbrido</w:t>
            </w:r>
          </w:p>
        </w:tc>
      </w:tr>
      <w:tr w:rsidR="009B5E19" w:rsidRPr="003157B0" w14:paraId="792A144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662471C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Outro</w:t>
            </w:r>
          </w:p>
        </w:tc>
        <w:tc>
          <w:tcPr>
            <w:tcW w:w="5040" w:type="dxa"/>
          </w:tcPr>
          <w:p w14:paraId="334F02C5" w14:textId="77777777" w:rsidR="009B5E19" w:rsidRPr="003157B0" w:rsidRDefault="009B5E19" w:rsidP="00B763EB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</w:tbl>
    <w:p w14:paraId="5E5A053F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5.6. CEP e local principal de realização</w:t>
      </w:r>
    </w:p>
    <w:p w14:paraId="3E88271E" w14:textId="5E84C416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08516C97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5.7. Quantas pessoas serão remuneradas com recursos do Edital?</w:t>
      </w:r>
    </w:p>
    <w:p w14:paraId="36BF834B" w14:textId="266365BF" w:rsidR="009B5E19" w:rsidRPr="003157B0" w:rsidRDefault="008E67CB" w:rsidP="00B763EB">
      <w:pPr>
        <w:keepLines/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6C1CB50D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5.8. Principal segmento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119BD4C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45AA7A4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Acervos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4DDF20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Arquivos</w:t>
            </w:r>
          </w:p>
        </w:tc>
      </w:tr>
      <w:tr w:rsidR="009B5E19" w:rsidRPr="003157B0" w14:paraId="3EAA8E21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23DEFD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Artes Visuais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D27E5E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Artesanato</w:t>
            </w:r>
          </w:p>
        </w:tc>
      </w:tr>
      <w:tr w:rsidR="009B5E19" w:rsidRPr="003157B0" w14:paraId="42D75A8E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01B53F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Audiovisual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3710B9D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Capoeira</w:t>
            </w:r>
          </w:p>
        </w:tc>
      </w:tr>
      <w:tr w:rsidR="009B5E19" w:rsidRPr="003157B0" w14:paraId="02BEDC9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AB9CF3A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Circo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54FD584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 de Matriz Africana</w:t>
            </w:r>
          </w:p>
        </w:tc>
      </w:tr>
      <w:tr w:rsidR="009B5E19" w:rsidRPr="003157B0" w14:paraId="5D603128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F20F95F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 dos Povos Originários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F0BA906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Culturas Tradicionais e Populares</w:t>
            </w:r>
          </w:p>
        </w:tc>
      </w:tr>
      <w:tr w:rsidR="009B5E19" w:rsidRPr="003157B0" w14:paraId="1B639D8C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E4AAD89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Dança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1F0511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Design</w:t>
            </w:r>
          </w:p>
        </w:tc>
      </w:tr>
      <w:tr w:rsidR="009B5E19" w:rsidRPr="003157B0" w14:paraId="03054EC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79FD48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Edição e produção editorial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9AA3D7B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Festas e Celebrações</w:t>
            </w:r>
          </w:p>
        </w:tc>
      </w:tr>
      <w:tr w:rsidR="009B5E19" w:rsidRPr="003157B0" w14:paraId="0519DC2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DAB2F5B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Hip Hop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B44AFD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Jogos eletrônicos</w:t>
            </w:r>
          </w:p>
        </w:tc>
      </w:tr>
      <w:tr w:rsidR="009B5E19" w:rsidRPr="003157B0" w14:paraId="051DE4EB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C1F042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Literatura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CF02DE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Mediação e formação de leitores</w:t>
            </w:r>
          </w:p>
        </w:tc>
      </w:tr>
      <w:tr w:rsidR="009B5E19" w:rsidRPr="003157B0" w14:paraId="59F025E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6E3B15C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lastRenderedPageBreak/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Moda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817F3C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Museu</w:t>
            </w:r>
          </w:p>
        </w:tc>
      </w:tr>
      <w:tr w:rsidR="009B5E19" w:rsidRPr="003157B0" w14:paraId="46F1F4D1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CEC195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Música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894FE71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Patrimônio Arqueológico</w:t>
            </w:r>
          </w:p>
        </w:tc>
      </w:tr>
      <w:tr w:rsidR="009B5E19" w:rsidRPr="003157B0" w14:paraId="4EB89F7D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B49BF81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Patrimônio Cultural Material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7449FF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Patrimônio Cultural Imaterial</w:t>
            </w:r>
          </w:p>
        </w:tc>
      </w:tr>
      <w:tr w:rsidR="009B5E19" w:rsidRPr="003157B0" w14:paraId="61CE86C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BCB6E6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Patrimônio Natural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6583AA4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Performance</w:t>
            </w:r>
          </w:p>
        </w:tc>
      </w:tr>
      <w:tr w:rsidR="009B5E19" w:rsidRPr="003157B0" w14:paraId="5F29048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B14B0D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Teatro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3D2202B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Outro</w:t>
            </w:r>
          </w:p>
        </w:tc>
      </w:tr>
    </w:tbl>
    <w:p w14:paraId="43A0D45D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5.9. Principal etapa do ciclo cultural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344B790E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BFFDBA4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Criação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199CC9C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Produção</w:t>
            </w:r>
          </w:p>
        </w:tc>
      </w:tr>
      <w:tr w:rsidR="009B5E19" w:rsidRPr="003157B0" w14:paraId="19A1B1A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E6FD5A4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Comercialização e distribuição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363E053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Difusão e circulação</w:t>
            </w:r>
          </w:p>
        </w:tc>
      </w:tr>
      <w:tr w:rsidR="009B5E19" w:rsidRPr="003157B0" w14:paraId="77E5F251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B2879C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Acesso, mediação e fruição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AD3BC2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Formação</w:t>
            </w:r>
          </w:p>
        </w:tc>
      </w:tr>
      <w:tr w:rsidR="009B5E19" w:rsidRPr="003157B0" w14:paraId="4D47A1C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B8DF893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Pesquisa e reflexão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085EFA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Memória e preservação</w:t>
            </w:r>
          </w:p>
        </w:tc>
      </w:tr>
      <w:tr w:rsidR="009B5E19" w:rsidRPr="003157B0" w14:paraId="5B510D1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015128C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Organização e gestão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3756FDB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Outra</w:t>
            </w:r>
          </w:p>
        </w:tc>
      </w:tr>
    </w:tbl>
    <w:p w14:paraId="4F6FC761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5.10. Principal pauta temática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66B3EE4B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E40AB8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 Alimentar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2014B55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 DEF</w:t>
            </w:r>
          </w:p>
        </w:tc>
      </w:tr>
      <w:tr w:rsidR="009B5E19" w:rsidRPr="003157B0" w14:paraId="5716EAB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FC99B19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 Digital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44FDE7C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Culturas Imigrantes e Refugiadas</w:t>
            </w:r>
          </w:p>
        </w:tc>
      </w:tr>
      <w:tr w:rsidR="009B5E19" w:rsidRPr="003157B0" w14:paraId="2C3699E1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536C2F3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 LGBTQIAPN+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0E1A9A9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Cultura, Memória e Direitos Humanos</w:t>
            </w:r>
          </w:p>
        </w:tc>
      </w:tr>
      <w:tr w:rsidR="009B5E19" w:rsidRPr="003157B0" w14:paraId="7D58EB7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5BA0C4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 Nerd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D75DAD6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Culturas Periféricas</w:t>
            </w:r>
          </w:p>
        </w:tc>
      </w:tr>
      <w:tr w:rsidR="009B5E19" w:rsidRPr="003157B0" w14:paraId="276B7FBB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74DA55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 Quilombola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8CC0F15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Culturas Rurais e Agroecológicas</w:t>
            </w:r>
          </w:p>
        </w:tc>
      </w:tr>
      <w:tr w:rsidR="009B5E19" w:rsidRPr="003157B0" w14:paraId="4D5FABD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210006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Culturas Urbanas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AEB3BB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 do Sertão</w:t>
            </w:r>
          </w:p>
        </w:tc>
      </w:tr>
      <w:tr w:rsidR="009B5E19" w:rsidRPr="003157B0" w14:paraId="0403914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A4FF2FA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 e Acessibilidade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829508B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 e Economia Criativa</w:t>
            </w:r>
          </w:p>
        </w:tc>
      </w:tr>
      <w:tr w:rsidR="009B5E19" w:rsidRPr="003157B0" w14:paraId="01ACD96C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7EA28A4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 e Educação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D25E41D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 e Gênero</w:t>
            </w:r>
          </w:p>
        </w:tc>
      </w:tr>
      <w:tr w:rsidR="009B5E19" w:rsidRPr="003157B0" w14:paraId="11CD78D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F1DB024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 e Idosos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0FB3FDB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 e Infância</w:t>
            </w:r>
          </w:p>
        </w:tc>
      </w:tr>
      <w:tr w:rsidR="009B5E19" w:rsidRPr="003157B0" w14:paraId="36A8793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2A0D5FA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 e Juventude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F3D8873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 e Meio Ambiente</w:t>
            </w:r>
          </w:p>
        </w:tc>
      </w:tr>
      <w:tr w:rsidR="009B5E19" w:rsidRPr="003157B0" w14:paraId="383EA3E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83E4FB3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lastRenderedPageBreak/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 e Negritude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9846C6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 e Pessoas em Situação de Privação de Liberdade</w:t>
            </w:r>
          </w:p>
        </w:tc>
      </w:tr>
      <w:tr w:rsidR="009B5E19" w:rsidRPr="003157B0" w14:paraId="3C3E03F8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6218BA9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 e População de Rua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FF7B094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 e Povos Ciganos</w:t>
            </w:r>
          </w:p>
        </w:tc>
      </w:tr>
      <w:tr w:rsidR="009B5E19" w:rsidRPr="003157B0" w14:paraId="65C4DB1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22B11A5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 e Saúde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950A48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 e Turismo</w:t>
            </w:r>
          </w:p>
        </w:tc>
      </w:tr>
      <w:tr w:rsidR="009B5E19" w:rsidRPr="003157B0" w14:paraId="62F4FFDE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C15A12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Culturas Indígenas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4D3231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Culturas Tradicionais de Matriz Africana</w:t>
            </w:r>
          </w:p>
        </w:tc>
      </w:tr>
      <w:tr w:rsidR="009B5E19" w:rsidRPr="003157B0" w14:paraId="3784E1BC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C08C695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Outra</w:t>
            </w:r>
          </w:p>
        </w:tc>
        <w:tc>
          <w:tcPr>
            <w:tcW w:w="5040" w:type="dxa"/>
          </w:tcPr>
          <w:p w14:paraId="27B7214A" w14:textId="77777777" w:rsidR="009B5E19" w:rsidRPr="003157B0" w:rsidRDefault="009B5E19" w:rsidP="00B763EB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</w:tbl>
    <w:p w14:paraId="7FD4B891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5.11. Território prioritário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369C1691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EB999A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Não se aplica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14747D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Área atingida por desastre natural</w:t>
            </w:r>
          </w:p>
        </w:tc>
      </w:tr>
      <w:tr w:rsidR="009B5E19" w:rsidRPr="003157B0" w14:paraId="0788884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D1A7E23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Assentamento ou acampamento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C65C6C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Conjunto ou empreendimento habitacional de interesse social</w:t>
            </w:r>
          </w:p>
        </w:tc>
      </w:tr>
      <w:tr w:rsidR="009B5E19" w:rsidRPr="003157B0" w14:paraId="7F9F72A7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BE0010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Favelas e comunidades urbanas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B94341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Periferia</w:t>
            </w:r>
          </w:p>
        </w:tc>
      </w:tr>
      <w:tr w:rsidR="009B5E19" w:rsidRPr="003157B0" w14:paraId="0D1FD416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2FE6D4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Região com menor histórico de acesso aos recursos da política pública de cultura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5B2F2F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Região com menor Índice de Desenvolvimento Humano – IDH</w:t>
            </w:r>
          </w:p>
        </w:tc>
      </w:tr>
      <w:tr w:rsidR="009B5E19" w:rsidRPr="003157B0" w14:paraId="67D4835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918081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Sítio arqueológico ou de patrimônio cultural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9FC1C3F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Território de fronteira</w:t>
            </w:r>
          </w:p>
        </w:tc>
      </w:tr>
      <w:tr w:rsidR="009B5E19" w:rsidRPr="003157B0" w14:paraId="17777F4D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EBE7984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Território de povo ou comunidade tradicional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C48948B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Território indígena</w:t>
            </w:r>
          </w:p>
        </w:tc>
      </w:tr>
      <w:tr w:rsidR="009B5E19" w:rsidRPr="003157B0" w14:paraId="1C49DA5C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E5B688A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Território rural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3C65F7B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Zona especial de interesse social</w:t>
            </w:r>
          </w:p>
        </w:tc>
      </w:tr>
      <w:tr w:rsidR="009B5E19" w:rsidRPr="003157B0" w14:paraId="0D5D574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84ACBD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Outro</w:t>
            </w:r>
          </w:p>
        </w:tc>
        <w:tc>
          <w:tcPr>
            <w:tcW w:w="5040" w:type="dxa"/>
          </w:tcPr>
          <w:p w14:paraId="487A0D4E" w14:textId="77777777" w:rsidR="009B5E19" w:rsidRPr="003157B0" w:rsidRDefault="009B5E19" w:rsidP="00B763EB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</w:tbl>
    <w:p w14:paraId="50E9445C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5.12. Principais entregas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3400B85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FF05EE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Álbum musical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375A9D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Aplicativo/software</w:t>
            </w:r>
          </w:p>
        </w:tc>
      </w:tr>
      <w:tr w:rsidR="009B5E19" w:rsidRPr="003157B0" w14:paraId="1A3A9A7E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AAC3C9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Apresentação ao vivo/show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C9D510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Aquisição de acervos e bens culturais</w:t>
            </w:r>
          </w:p>
        </w:tc>
      </w:tr>
      <w:tr w:rsidR="009B5E19" w:rsidRPr="003157B0" w14:paraId="7620BCF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5458D8B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Arte gráfica/desenho/gravura/ilustração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853E90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Artesanato</w:t>
            </w:r>
          </w:p>
        </w:tc>
      </w:tr>
      <w:tr w:rsidR="009B5E19" w:rsidRPr="003157B0" w14:paraId="4D1B1F6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0FD30E1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Artigo/ensaio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C4924F1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Audiolivro</w:t>
            </w:r>
          </w:p>
        </w:tc>
      </w:tr>
      <w:tr w:rsidR="009B5E19" w:rsidRPr="003157B0" w14:paraId="592B0E79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4904A9F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Aula/palestra/conferência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E8B82F0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Blog/site</w:t>
            </w:r>
          </w:p>
        </w:tc>
      </w:tr>
      <w:tr w:rsidR="009B5E19" w:rsidRPr="003157B0" w14:paraId="371D5411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3D71744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Caderno/cartilha/apostila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DA4675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Circulação/turnê</w:t>
            </w:r>
          </w:p>
        </w:tc>
      </w:tr>
      <w:tr w:rsidR="009B5E19" w:rsidRPr="003157B0" w14:paraId="465A5309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B2ED36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lastRenderedPageBreak/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Coleção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E70542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Congresso/encontro/seminário/simpósio</w:t>
            </w:r>
          </w:p>
        </w:tc>
      </w:tr>
      <w:tr w:rsidR="009B5E19" w:rsidRPr="003157B0" w14:paraId="05BA9CF7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230507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Curso/oficina/workshop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28AE686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Desfile</w:t>
            </w:r>
          </w:p>
        </w:tc>
      </w:tr>
      <w:tr w:rsidR="009B5E19" w:rsidRPr="003157B0" w14:paraId="15CC3A0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32473FD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Digitalização de acervos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8829CF6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Livro</w:t>
            </w:r>
          </w:p>
        </w:tc>
      </w:tr>
      <w:tr w:rsidR="009B5E19" w:rsidRPr="003157B0" w14:paraId="1B67441E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6D9C10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Livro eletrônico – e-book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AD0129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Ensaio fotográfico</w:t>
            </w:r>
          </w:p>
        </w:tc>
      </w:tr>
      <w:tr w:rsidR="009B5E19" w:rsidRPr="003157B0" w14:paraId="11E4C741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3ACEB2B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Escultura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BC6BA44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Espetáculo cênico</w:t>
            </w:r>
          </w:p>
        </w:tc>
      </w:tr>
      <w:tr w:rsidR="009B5E19" w:rsidRPr="003157B0" w14:paraId="1AB2DFC9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0BCC88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Feira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565BA8F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Exibição/exposição</w:t>
            </w:r>
          </w:p>
        </w:tc>
      </w:tr>
      <w:tr w:rsidR="009B5E19" w:rsidRPr="003157B0" w14:paraId="17285CC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B3FE1B5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Festa popular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CC2C5BB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Festival/mostra</w:t>
            </w:r>
          </w:p>
        </w:tc>
      </w:tr>
      <w:tr w:rsidR="009B5E19" w:rsidRPr="003157B0" w14:paraId="2CAC795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27BB023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Filme de curta-metragem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E20D58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Filme de longa-metragem</w:t>
            </w:r>
          </w:p>
        </w:tc>
      </w:tr>
      <w:tr w:rsidR="009B5E19" w:rsidRPr="003157B0" w14:paraId="09117EEE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FB781D3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Filme de média-metragem ou telefilme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DFC7496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Grafite/mural</w:t>
            </w:r>
          </w:p>
        </w:tc>
      </w:tr>
      <w:tr w:rsidR="009B5E19" w:rsidRPr="003157B0" w14:paraId="6417F92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F3F1B3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Intercâmbio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3050EDD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Instalação artística/videoarte</w:t>
            </w:r>
          </w:p>
        </w:tc>
      </w:tr>
      <w:tr w:rsidR="009B5E19" w:rsidRPr="003157B0" w14:paraId="1E96C97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6BDD783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Jogo eletrônico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C01729D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Licenciamento</w:t>
            </w:r>
          </w:p>
        </w:tc>
      </w:tr>
      <w:tr w:rsidR="009B5E19" w:rsidRPr="003157B0" w14:paraId="35943E2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9BB278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Manutenção de grupos/iniciativas/espaços culturais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BE75AD4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Melhoria em espaço cultural</w:t>
            </w:r>
          </w:p>
        </w:tc>
      </w:tr>
      <w:tr w:rsidR="009B5E19" w:rsidRPr="003157B0" w14:paraId="7138952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3201391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Pesquisa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09B4F2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Plataforma digital</w:t>
            </w:r>
          </w:p>
        </w:tc>
      </w:tr>
      <w:tr w:rsidR="009B5E19" w:rsidRPr="003157B0" w14:paraId="3C8716E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2C01C3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Podcast/programa de TV ou rádio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F084D3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Residência artística</w:t>
            </w:r>
          </w:p>
        </w:tc>
      </w:tr>
      <w:tr w:rsidR="009B5E19" w:rsidRPr="003157B0" w14:paraId="4A30002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585EF7D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Revista/jornal/periódico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E414CE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Roteiro de filme ou episódio</w:t>
            </w:r>
          </w:p>
        </w:tc>
      </w:tr>
      <w:tr w:rsidR="009B5E19" w:rsidRPr="003157B0" w14:paraId="5959194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E81AD08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Sarau/</w:t>
            </w:r>
            <w:proofErr w:type="spellStart"/>
            <w:r w:rsidRPr="003157B0">
              <w:rPr>
                <w:rFonts w:cs="Arial"/>
                <w:sz w:val="22"/>
                <w:lang w:val="pt-BR"/>
              </w:rPr>
              <w:t>slam</w:t>
            </w:r>
            <w:proofErr w:type="spellEnd"/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FD7EAD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Série/websérie</w:t>
            </w:r>
          </w:p>
        </w:tc>
      </w:tr>
      <w:tr w:rsidR="009B5E19" w:rsidRPr="003157B0" w14:paraId="5F1FEDB9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A2B136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Videoclipe/álbum visual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1943E1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Outra</w:t>
            </w:r>
          </w:p>
        </w:tc>
      </w:tr>
    </w:tbl>
    <w:p w14:paraId="66EFB08A" w14:textId="77777777" w:rsidR="009B5E19" w:rsidRPr="003157B0" w:rsidRDefault="008E67CB" w:rsidP="00B763EB">
      <w:pPr>
        <w:pStyle w:val="Ttulo1"/>
        <w:spacing w:before="0" w:after="160"/>
        <w:rPr>
          <w:rFonts w:ascii="Arial" w:hAnsi="Arial" w:cs="Arial"/>
          <w:color w:val="E36C0A" w:themeColor="accent6" w:themeShade="BF"/>
          <w:lang w:val="pt-BR"/>
        </w:rPr>
      </w:pPr>
      <w:r w:rsidRPr="003157B0">
        <w:rPr>
          <w:rFonts w:ascii="Arial" w:hAnsi="Arial" w:cs="Arial"/>
          <w:color w:val="E36C0A" w:themeColor="accent6" w:themeShade="BF"/>
          <w:lang w:val="pt-BR"/>
        </w:rPr>
        <w:t>6. Documentos anexados à inscrição presencial</w:t>
      </w:r>
    </w:p>
    <w:p w14:paraId="14549246" w14:textId="77777777" w:rsidR="009B5E19" w:rsidRPr="003157B0" w:rsidRDefault="008E67CB" w:rsidP="00B763EB">
      <w:pPr>
        <w:spacing w:after="160"/>
        <w:rPr>
          <w:rFonts w:cs="Arial"/>
          <w:sz w:val="22"/>
          <w:lang w:val="pt-BR"/>
        </w:rPr>
      </w:pPr>
      <w:r w:rsidRPr="003157B0">
        <w:rPr>
          <w:rFonts w:cs="Arial"/>
          <w:b/>
          <w:sz w:val="22"/>
          <w:lang w:val="pt-BR"/>
        </w:rPr>
        <w:t>6.1. Confira os documentos entregues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0"/>
      </w:tblGrid>
      <w:tr w:rsidR="009B5E19" w:rsidRPr="003157B0" w14:paraId="3B0BC400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B7C4FBD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Formulário de Inscrição Presencial – Anexo II</w:t>
            </w:r>
          </w:p>
        </w:tc>
      </w:tr>
      <w:tr w:rsidR="009B5E19" w:rsidRPr="003157B0" w14:paraId="1FB6BA81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D6B12A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Plano de Trabalho – Anexo III</w:t>
            </w:r>
          </w:p>
        </w:tc>
      </w:tr>
      <w:tr w:rsidR="009B5E19" w:rsidRPr="003157B0" w14:paraId="4B5D85C7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01D9EAF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Projeto completo em PDF ou impresso</w:t>
            </w:r>
          </w:p>
        </w:tc>
      </w:tr>
      <w:tr w:rsidR="009B5E19" w:rsidRPr="003157B0" w14:paraId="4054630F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DE1F3D7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lastRenderedPageBreak/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Currículo/portfólio do proponente</w:t>
            </w:r>
          </w:p>
        </w:tc>
      </w:tr>
      <w:tr w:rsidR="009B5E19" w:rsidRPr="003157B0" w14:paraId="5B68E41F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0691C22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Currículos/portfólios da equipe</w:t>
            </w:r>
          </w:p>
        </w:tc>
      </w:tr>
      <w:tr w:rsidR="009B5E19" w:rsidRPr="003157B0" w14:paraId="5B0BEB78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20453B3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Declaração de representação – Anexo VII, se grupo sem CNPJ</w:t>
            </w:r>
          </w:p>
        </w:tc>
      </w:tr>
      <w:tr w:rsidR="009B5E19" w:rsidRPr="003157B0" w14:paraId="26CF17BD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3553494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Autodeclaração étnico-racial – Anexo VIII, se concorrer à respectiva cota</w:t>
            </w:r>
          </w:p>
        </w:tc>
      </w:tr>
      <w:tr w:rsidR="009B5E19" w:rsidRPr="003157B0" w14:paraId="19E39A2D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1CE7ECE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Autodeclaração </w:t>
            </w:r>
            <w:proofErr w:type="spellStart"/>
            <w:r w:rsidRPr="003157B0">
              <w:rPr>
                <w:rFonts w:cs="Arial"/>
                <w:sz w:val="22"/>
                <w:lang w:val="pt-BR"/>
              </w:rPr>
              <w:t>PcD</w:t>
            </w:r>
            <w:proofErr w:type="spellEnd"/>
            <w:r w:rsidRPr="003157B0">
              <w:rPr>
                <w:rFonts w:cs="Arial"/>
                <w:sz w:val="22"/>
                <w:lang w:val="pt-BR"/>
              </w:rPr>
              <w:t xml:space="preserve"> – Anexo IX, se concorrer à respectiva cota</w:t>
            </w:r>
          </w:p>
        </w:tc>
      </w:tr>
      <w:tr w:rsidR="009B5E19" w:rsidRPr="003157B0" w14:paraId="19034953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B9E7535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Declarações Gerais de Inscrição – Anexo XII</w:t>
            </w:r>
          </w:p>
        </w:tc>
      </w:tr>
      <w:tr w:rsidR="009B5E19" w:rsidRPr="003157B0" w14:paraId="3653B5C4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E20AB2D" w14:textId="77777777" w:rsidR="009B5E19" w:rsidRPr="003157B0" w:rsidRDefault="008E67CB" w:rsidP="00B763EB">
            <w:pPr>
              <w:spacing w:after="160"/>
              <w:rPr>
                <w:rFonts w:cs="Arial"/>
                <w:sz w:val="22"/>
                <w:lang w:val="pt-BR"/>
              </w:rPr>
            </w:pPr>
            <w:r w:rsidRPr="003157B0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3157B0">
              <w:rPr>
                <w:rFonts w:cs="Arial"/>
                <w:sz w:val="22"/>
                <w:lang w:val="pt-BR"/>
              </w:rPr>
              <w:t xml:space="preserve"> Outros documentos facultativos</w:t>
            </w:r>
          </w:p>
        </w:tc>
      </w:tr>
    </w:tbl>
    <w:p w14:paraId="4470E091" w14:textId="77777777" w:rsidR="009B5E19" w:rsidRPr="003157B0" w:rsidRDefault="008E67CB" w:rsidP="00B763EB">
      <w:pPr>
        <w:pStyle w:val="Ttulo1"/>
        <w:spacing w:before="0" w:after="160"/>
        <w:rPr>
          <w:rFonts w:ascii="Arial" w:hAnsi="Arial" w:cs="Arial"/>
          <w:color w:val="E36C0A" w:themeColor="accent6" w:themeShade="BF"/>
          <w:lang w:val="pt-BR"/>
        </w:rPr>
      </w:pPr>
      <w:r w:rsidRPr="003157B0">
        <w:rPr>
          <w:rFonts w:ascii="Arial" w:hAnsi="Arial" w:cs="Arial"/>
          <w:color w:val="E36C0A" w:themeColor="accent6" w:themeShade="BF"/>
          <w:lang w:val="pt-BR"/>
        </w:rPr>
        <w:t>7. Consentimento e confirmação</w:t>
      </w:r>
    </w:p>
    <w:p w14:paraId="3963F5A4" w14:textId="77777777" w:rsidR="009B5E19" w:rsidRPr="003157B0" w:rsidRDefault="008E67CB" w:rsidP="00B763EB">
      <w:pPr>
        <w:spacing w:after="160"/>
        <w:jc w:val="both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Ao assinar este formulário, autorizo o tratamento e o compartilhamento das informações necessárias à inscrição, seleção, habilitação, formalização, execução, monitoramento, transparência e avaliação da PNAB pelo Município de Rio das Antas/SC e pelo Ministério da Cultura, nos termos da Lei nº 13.709/2018. Declaro que as informações e os documentos apresentados são verdadeiros e que li e aceito as regras do Edital.</w:t>
      </w:r>
    </w:p>
    <w:p w14:paraId="4AD35BAF" w14:textId="77777777" w:rsidR="009B5E19" w:rsidRPr="003157B0" w:rsidRDefault="008E67CB" w:rsidP="00B763EB">
      <w:pPr>
        <w:spacing w:after="160"/>
        <w:jc w:val="center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br/>
        <w:t xml:space="preserve">Rio das Antas/SC, ______ de __________________ </w:t>
      </w:r>
      <w:proofErr w:type="spellStart"/>
      <w:r w:rsidRPr="003157B0">
        <w:rPr>
          <w:rFonts w:cs="Arial"/>
          <w:sz w:val="22"/>
          <w:lang w:val="pt-BR"/>
        </w:rPr>
        <w:t>de</w:t>
      </w:r>
      <w:proofErr w:type="spellEnd"/>
      <w:r w:rsidRPr="003157B0">
        <w:rPr>
          <w:rFonts w:cs="Arial"/>
          <w:sz w:val="22"/>
          <w:lang w:val="pt-BR"/>
        </w:rPr>
        <w:t xml:space="preserve"> 20____.</w:t>
      </w:r>
    </w:p>
    <w:p w14:paraId="708AC338" w14:textId="77777777" w:rsidR="00B763EB" w:rsidRPr="003157B0" w:rsidRDefault="00B763EB" w:rsidP="00B763EB">
      <w:pPr>
        <w:spacing w:after="160"/>
        <w:jc w:val="center"/>
        <w:rPr>
          <w:rFonts w:cs="Arial"/>
          <w:sz w:val="22"/>
          <w:lang w:val="pt-BR"/>
        </w:rPr>
      </w:pPr>
    </w:p>
    <w:p w14:paraId="292B0384" w14:textId="0DD13516" w:rsidR="00B763EB" w:rsidRPr="003157B0" w:rsidRDefault="00B763EB" w:rsidP="00B763EB">
      <w:pPr>
        <w:spacing w:after="160"/>
        <w:jc w:val="center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>____________________________________</w:t>
      </w:r>
    </w:p>
    <w:p w14:paraId="27C771CB" w14:textId="41E3CD37" w:rsidR="00B763EB" w:rsidRPr="003157B0" w:rsidRDefault="00B763EB" w:rsidP="00B763EB">
      <w:pPr>
        <w:spacing w:after="160"/>
        <w:jc w:val="center"/>
        <w:rPr>
          <w:rFonts w:cs="Arial"/>
          <w:sz w:val="22"/>
          <w:lang w:val="pt-BR"/>
        </w:rPr>
      </w:pPr>
      <w:r w:rsidRPr="003157B0">
        <w:rPr>
          <w:rFonts w:cs="Arial"/>
          <w:sz w:val="22"/>
          <w:lang w:val="pt-BR"/>
        </w:rPr>
        <w:t xml:space="preserve">AGENTE CULTURAL </w:t>
      </w:r>
    </w:p>
    <w:p w14:paraId="67818005" w14:textId="77777777" w:rsidR="00B763EB" w:rsidRPr="003157B0" w:rsidRDefault="00B763EB" w:rsidP="00B763EB">
      <w:pPr>
        <w:spacing w:after="160"/>
        <w:jc w:val="center"/>
        <w:rPr>
          <w:rFonts w:cs="Arial"/>
          <w:sz w:val="22"/>
          <w:lang w:val="pt-BR"/>
        </w:rPr>
      </w:pPr>
    </w:p>
    <w:p w14:paraId="57109023" w14:textId="77777777" w:rsidR="00B763EB" w:rsidRPr="003157B0" w:rsidRDefault="00B763EB" w:rsidP="00B763EB">
      <w:pPr>
        <w:spacing w:after="160"/>
        <w:jc w:val="center"/>
        <w:rPr>
          <w:rFonts w:cs="Arial"/>
          <w:sz w:val="22"/>
          <w:lang w:val="pt-BR"/>
        </w:rPr>
      </w:pPr>
    </w:p>
    <w:p w14:paraId="4E2502E3" w14:textId="77777777" w:rsidR="008E67CB" w:rsidRPr="003157B0" w:rsidRDefault="008E67CB" w:rsidP="00B763EB">
      <w:pPr>
        <w:spacing w:after="160"/>
        <w:jc w:val="center"/>
        <w:rPr>
          <w:rFonts w:cs="Arial"/>
          <w:sz w:val="22"/>
          <w:lang w:val="pt-BR"/>
        </w:rPr>
      </w:pPr>
    </w:p>
    <w:sectPr w:rsidR="008E67CB" w:rsidRPr="003157B0" w:rsidSect="00034616">
      <w:headerReference w:type="default" r:id="rId8"/>
      <w:footerReference w:type="default" r:id="rId9"/>
      <w:pgSz w:w="12240" w:h="15840"/>
      <w:pgMar w:top="1008" w:right="1080" w:bottom="1008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5AE16" w14:textId="77777777" w:rsidR="006D3F1E" w:rsidRDefault="006D3F1E">
      <w:pPr>
        <w:spacing w:after="0" w:line="240" w:lineRule="auto"/>
      </w:pPr>
      <w:r>
        <w:separator/>
      </w:r>
    </w:p>
  </w:endnote>
  <w:endnote w:type="continuationSeparator" w:id="0">
    <w:p w14:paraId="4A5D8FEE" w14:textId="77777777" w:rsidR="006D3F1E" w:rsidRDefault="006D3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9A7EC" w14:textId="62BB33ED" w:rsidR="009B5E19" w:rsidRDefault="009B5E1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91608" w14:textId="77777777" w:rsidR="006D3F1E" w:rsidRDefault="006D3F1E">
      <w:pPr>
        <w:spacing w:after="0" w:line="240" w:lineRule="auto"/>
      </w:pPr>
      <w:r>
        <w:separator/>
      </w:r>
    </w:p>
  </w:footnote>
  <w:footnote w:type="continuationSeparator" w:id="0">
    <w:p w14:paraId="272E8D42" w14:textId="77777777" w:rsidR="006D3F1E" w:rsidRDefault="006D3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FADC7" w14:textId="12435A5E" w:rsidR="0087467C" w:rsidRPr="00B969F2" w:rsidRDefault="00564346" w:rsidP="00B969F2">
    <w:pPr>
      <w:pStyle w:val="Cabealho"/>
    </w:pPr>
    <w:r>
      <w:rPr>
        <w:noProof/>
      </w:rPr>
      <w:drawing>
        <wp:inline distT="0" distB="0" distL="0" distR="0" wp14:anchorId="3CEE787A" wp14:editId="006146D5">
          <wp:extent cx="6400800" cy="1160145"/>
          <wp:effectExtent l="0" t="0" r="0" b="1905"/>
          <wp:docPr id="85919637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196374" name="Imagem 85919637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0800" cy="1160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0236050">
    <w:abstractNumId w:val="8"/>
  </w:num>
  <w:num w:numId="2" w16cid:durableId="726875199">
    <w:abstractNumId w:val="6"/>
  </w:num>
  <w:num w:numId="3" w16cid:durableId="1434672059">
    <w:abstractNumId w:val="5"/>
  </w:num>
  <w:num w:numId="4" w16cid:durableId="1188063405">
    <w:abstractNumId w:val="4"/>
  </w:num>
  <w:num w:numId="5" w16cid:durableId="288510479">
    <w:abstractNumId w:val="7"/>
  </w:num>
  <w:num w:numId="6" w16cid:durableId="892959983">
    <w:abstractNumId w:val="3"/>
  </w:num>
  <w:num w:numId="7" w16cid:durableId="1975133842">
    <w:abstractNumId w:val="2"/>
  </w:num>
  <w:num w:numId="8" w16cid:durableId="1189486642">
    <w:abstractNumId w:val="1"/>
  </w:num>
  <w:num w:numId="9" w16cid:durableId="1305086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6A5E"/>
    <w:rsid w:val="001B185A"/>
    <w:rsid w:val="0029639D"/>
    <w:rsid w:val="003157B0"/>
    <w:rsid w:val="00326F90"/>
    <w:rsid w:val="004F4ED1"/>
    <w:rsid w:val="00564346"/>
    <w:rsid w:val="006B519D"/>
    <w:rsid w:val="006D3F1E"/>
    <w:rsid w:val="00753009"/>
    <w:rsid w:val="0087467C"/>
    <w:rsid w:val="008E67CB"/>
    <w:rsid w:val="009B5E19"/>
    <w:rsid w:val="00AA1D8D"/>
    <w:rsid w:val="00B47730"/>
    <w:rsid w:val="00B763EB"/>
    <w:rsid w:val="00B7752A"/>
    <w:rsid w:val="00B969F2"/>
    <w:rsid w:val="00C2408F"/>
    <w:rsid w:val="00C328AB"/>
    <w:rsid w:val="00CA7555"/>
    <w:rsid w:val="00CB0664"/>
    <w:rsid w:val="00E762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497515"/>
  <w14:defaultImageDpi w14:val="300"/>
  <w15:docId w15:val="{32EEA237-55D3-4FA6-92B4-34E9B976B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eastAsia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236B4E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F4D3A"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F4D3A"/>
      <w:sz w:val="2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236B4E"/>
      <w:spacing w:val="5"/>
      <w:kern w:val="28"/>
      <w:sz w:val="3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2519</Words>
  <Characters>13607</Characters>
  <Application>Microsoft Office Word</Application>
  <DocSecurity>0</DocSecurity>
  <Lines>113</Lines>
  <Paragraphs>32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16094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Fátima Peixoto</cp:lastModifiedBy>
  <cp:revision>6</cp:revision>
  <dcterms:created xsi:type="dcterms:W3CDTF">2026-08-12T19:18:00Z</dcterms:created>
  <dcterms:modified xsi:type="dcterms:W3CDTF">2026-08-18T21:30:00Z</dcterms:modified>
  <cp:category/>
</cp:coreProperties>
</file>