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4D91" w14:textId="77777777" w:rsidR="00394AF2" w:rsidRPr="00314ACE" w:rsidRDefault="002162B0" w:rsidP="00314ACE">
      <w:pPr>
        <w:spacing w:after="40"/>
        <w:jc w:val="center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b/>
          <w:color w:val="auto"/>
          <w:sz w:val="22"/>
        </w:rPr>
        <w:t>ANEXO XV</w:t>
      </w:r>
    </w:p>
    <w:p w14:paraId="72059B13" w14:textId="77777777" w:rsidR="00394AF2" w:rsidRPr="00314ACE" w:rsidRDefault="002162B0" w:rsidP="00314ACE">
      <w:pPr>
        <w:spacing w:after="240"/>
        <w:jc w:val="center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b/>
          <w:color w:val="auto"/>
          <w:sz w:val="22"/>
        </w:rPr>
        <w:t>TERMO DE ANUÊNCIA DE INTEGRANTE DA EQUIPE</w:t>
      </w:r>
    </w:p>
    <w:p w14:paraId="5C1B1B37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t>Utilizar um termo para cada integrante cuja participação seja indicada no projeto, especialmente em funções técnicas, artísticas, pedagógicas ou de coordenação.</w:t>
      </w:r>
    </w:p>
    <w:p w14:paraId="16EFFBCD" w14:textId="77777777" w:rsidR="00394AF2" w:rsidRPr="00314ACE" w:rsidRDefault="002162B0" w:rsidP="00314ACE">
      <w:pPr>
        <w:spacing w:before="140" w:after="80"/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b/>
          <w:color w:val="auto"/>
          <w:sz w:val="22"/>
        </w:rPr>
        <w:t>1. Identificação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394AF2" w:rsidRPr="00314ACE" w14:paraId="67BE8679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BB3C1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Nome completo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BA324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36975E01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9CD77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CPF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C0B39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553C5E54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E0D19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Endereço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975E4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3539F57D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BA6B1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369689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779FF4D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B8F96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01270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43E2AB74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148CE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Proponente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2D92E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022F360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850A3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Função no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A72B4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394AF2" w:rsidRPr="00314ACE" w14:paraId="47F2894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8DE85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Período estimado de atuação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D79B2" w14:textId="77777777" w:rsidR="00394AF2" w:rsidRPr="00314ACE" w:rsidRDefault="00394AF2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3E89BDBD" w14:textId="77777777" w:rsidR="00394AF2" w:rsidRPr="00314ACE" w:rsidRDefault="002162B0" w:rsidP="00314ACE">
      <w:pPr>
        <w:spacing w:before="140" w:after="80"/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b/>
          <w:color w:val="auto"/>
          <w:sz w:val="22"/>
        </w:rPr>
        <w:t>2. Anuência</w:t>
      </w:r>
    </w:p>
    <w:p w14:paraId="4540DE0A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t>Eu, acima identificado(a), declaro que conheço a proposta apresentada ao Edital de Chamamento Público nº 01/2026 – PNAB, Ciclo 2, e concordo em participar do projeto na função indicada, caso a proposta seja selecionada e habilitada.</w:t>
      </w:r>
    </w:p>
    <w:p w14:paraId="6493126D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t>Declaro estar ciente de que: (a) a contratação, remuneração e demais ajustes relativos à minha participação são de responsabilidade do proponente; (b) este termo não cria vínculo trabalhista, funcional ou contratual com o Município de Rio das Antas; (c) cumprirei as atividades e os prazos acordados, observadas as condições do projeto aprovado; e (d) eventual substituição deverá ser justificada pelo proponente e observar o edital e o Termo de Execução Cultural.</w:t>
      </w:r>
    </w:p>
    <w:p w14:paraId="7936D5E8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t>Autorizo o tratamento dos dados aqui informados para as finalidades de inscrição, seleção, execução, monitoramento e prestação de informações do projeto, nos limites da legislação aplicável.</w:t>
      </w:r>
    </w:p>
    <w:p w14:paraId="47B91E37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t>Rio das Antas/SC, ______ de __________________ de 2026.</w:t>
      </w:r>
    </w:p>
    <w:p w14:paraId="23C9046A" w14:textId="77777777" w:rsidR="00394AF2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  <w:r w:rsidRPr="00314ACE">
        <w:rPr>
          <w:rFonts w:ascii="Arial" w:hAnsi="Arial" w:cs="Arial"/>
          <w:color w:val="auto"/>
          <w:sz w:val="22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4AF2" w:rsidRPr="00314ACE" w14:paraId="3DB7D29F" w14:textId="77777777">
        <w:trPr>
          <w:jc w:val="center"/>
        </w:trPr>
        <w:tc>
          <w:tcPr>
            <w:tcW w:w="4680" w:type="dxa"/>
          </w:tcPr>
          <w:p w14:paraId="71BB2794" w14:textId="77777777" w:rsidR="00394AF2" w:rsidRPr="00314ACE" w:rsidRDefault="002162B0" w:rsidP="00314ACE">
            <w:pPr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________________________________</w:t>
            </w:r>
            <w:r w:rsidRPr="00314ACE">
              <w:rPr>
                <w:rFonts w:ascii="Arial" w:hAnsi="Arial" w:cs="Arial"/>
                <w:b/>
                <w:color w:val="auto"/>
                <w:sz w:val="22"/>
              </w:rPr>
              <w:br/>
            </w:r>
            <w:r w:rsidRPr="00314ACE">
              <w:rPr>
                <w:rFonts w:ascii="Arial" w:hAnsi="Arial" w:cs="Arial"/>
                <w:color w:val="auto"/>
                <w:sz w:val="22"/>
              </w:rPr>
              <w:t>INTEGRANTE DA EQUIPE</w:t>
            </w:r>
            <w:r w:rsidRPr="00314ACE">
              <w:rPr>
                <w:rFonts w:ascii="Arial" w:hAnsi="Arial" w:cs="Arial"/>
                <w:color w:val="auto"/>
                <w:sz w:val="22"/>
              </w:rPr>
              <w:br/>
              <w:t>Nome e CPF</w:t>
            </w:r>
          </w:p>
        </w:tc>
        <w:tc>
          <w:tcPr>
            <w:tcW w:w="4680" w:type="dxa"/>
          </w:tcPr>
          <w:p w14:paraId="33EA4723" w14:textId="77777777" w:rsidR="00394AF2" w:rsidRPr="00314ACE" w:rsidRDefault="002162B0" w:rsidP="00314ACE">
            <w:pPr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314ACE">
              <w:rPr>
                <w:rFonts w:ascii="Arial" w:hAnsi="Arial" w:cs="Arial"/>
                <w:b/>
                <w:color w:val="auto"/>
                <w:sz w:val="22"/>
              </w:rPr>
              <w:t>________________________________</w:t>
            </w:r>
            <w:r w:rsidRPr="00314ACE">
              <w:rPr>
                <w:rFonts w:ascii="Arial" w:hAnsi="Arial" w:cs="Arial"/>
                <w:b/>
                <w:color w:val="auto"/>
                <w:sz w:val="22"/>
              </w:rPr>
              <w:br/>
            </w:r>
            <w:r w:rsidRPr="00314ACE">
              <w:rPr>
                <w:rFonts w:ascii="Arial" w:hAnsi="Arial" w:cs="Arial"/>
                <w:color w:val="auto"/>
                <w:sz w:val="22"/>
              </w:rPr>
              <w:t>PROPONENTE</w:t>
            </w:r>
            <w:r w:rsidRPr="00314ACE">
              <w:rPr>
                <w:rFonts w:ascii="Arial" w:hAnsi="Arial" w:cs="Arial"/>
                <w:color w:val="auto"/>
                <w:sz w:val="22"/>
              </w:rPr>
              <w:br/>
              <w:t>Nome e CPF/CNPJ</w:t>
            </w:r>
          </w:p>
        </w:tc>
      </w:tr>
    </w:tbl>
    <w:p w14:paraId="6C5BCB4D" w14:textId="77777777" w:rsidR="002162B0" w:rsidRPr="00314ACE" w:rsidRDefault="002162B0" w:rsidP="00314ACE">
      <w:pPr>
        <w:jc w:val="both"/>
        <w:rPr>
          <w:rFonts w:ascii="Arial" w:hAnsi="Arial" w:cs="Arial"/>
          <w:color w:val="auto"/>
          <w:sz w:val="22"/>
        </w:rPr>
      </w:pPr>
    </w:p>
    <w:sectPr w:rsidR="002162B0" w:rsidRPr="00314ACE" w:rsidSect="00034616">
      <w:headerReference w:type="default" r:id="rId8"/>
      <w:footerReference w:type="default" r:id="rId9"/>
      <w:pgSz w:w="12240" w:h="15840"/>
      <w:pgMar w:top="1123" w:right="1238" w:bottom="1037" w:left="1238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0CE1" w14:textId="77777777" w:rsidR="00B17E99" w:rsidRDefault="00B17E99">
      <w:pPr>
        <w:spacing w:after="0" w:line="240" w:lineRule="auto"/>
      </w:pPr>
      <w:r>
        <w:separator/>
      </w:r>
    </w:p>
  </w:endnote>
  <w:endnote w:type="continuationSeparator" w:id="0">
    <w:p w14:paraId="7F527E0D" w14:textId="77777777" w:rsidR="00B17E99" w:rsidRDefault="00B1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635C" w14:textId="74A90616" w:rsidR="00394AF2" w:rsidRDefault="00394AF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F9FE" w14:textId="77777777" w:rsidR="00B17E99" w:rsidRDefault="00B17E99">
      <w:pPr>
        <w:spacing w:after="0" w:line="240" w:lineRule="auto"/>
      </w:pPr>
      <w:r>
        <w:separator/>
      </w:r>
    </w:p>
  </w:footnote>
  <w:footnote w:type="continuationSeparator" w:id="0">
    <w:p w14:paraId="08A4CD49" w14:textId="77777777" w:rsidR="00B17E99" w:rsidRDefault="00B17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D2D4" w14:textId="3648CD3B" w:rsidR="00394AF2" w:rsidRDefault="00613DFE">
    <w:pPr>
      <w:pStyle w:val="Cabealho"/>
      <w:jc w:val="center"/>
    </w:pPr>
    <w:r>
      <w:rPr>
        <w:noProof/>
      </w:rPr>
      <w:drawing>
        <wp:inline distT="0" distB="0" distL="0" distR="0" wp14:anchorId="21F60F3A" wp14:editId="4A17A5C5">
          <wp:extent cx="6200140" cy="1123950"/>
          <wp:effectExtent l="0" t="0" r="0" b="0"/>
          <wp:docPr id="161229356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2293562" name="Imagem 16122935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014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362534">
    <w:abstractNumId w:val="8"/>
  </w:num>
  <w:num w:numId="2" w16cid:durableId="1096513883">
    <w:abstractNumId w:val="6"/>
  </w:num>
  <w:num w:numId="3" w16cid:durableId="1980256812">
    <w:abstractNumId w:val="5"/>
  </w:num>
  <w:num w:numId="4" w16cid:durableId="465321328">
    <w:abstractNumId w:val="4"/>
  </w:num>
  <w:num w:numId="5" w16cid:durableId="1723673528">
    <w:abstractNumId w:val="7"/>
  </w:num>
  <w:num w:numId="6" w16cid:durableId="1552645930">
    <w:abstractNumId w:val="3"/>
  </w:num>
  <w:num w:numId="7" w16cid:durableId="1212377685">
    <w:abstractNumId w:val="2"/>
  </w:num>
  <w:num w:numId="8" w16cid:durableId="272594262">
    <w:abstractNumId w:val="1"/>
  </w:num>
  <w:num w:numId="9" w16cid:durableId="135156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5074B"/>
    <w:rsid w:val="002162B0"/>
    <w:rsid w:val="0029639D"/>
    <w:rsid w:val="00314ACE"/>
    <w:rsid w:val="00326F90"/>
    <w:rsid w:val="00394AF2"/>
    <w:rsid w:val="00613DFE"/>
    <w:rsid w:val="00944ECD"/>
    <w:rsid w:val="00AA1D8D"/>
    <w:rsid w:val="00B17E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3672212F-0F21-46EF-B6C8-D65D8BB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3</cp:revision>
  <dcterms:created xsi:type="dcterms:W3CDTF">2013-12-23T23:15:00Z</dcterms:created>
  <dcterms:modified xsi:type="dcterms:W3CDTF">2026-08-18T22:18:00Z</dcterms:modified>
  <cp:category/>
</cp:coreProperties>
</file>