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E8AB" w14:textId="77777777" w:rsidR="0037309A" w:rsidRPr="008F5C30" w:rsidRDefault="00E617CD" w:rsidP="007C50EB">
      <w:pPr>
        <w:spacing w:after="160"/>
        <w:jc w:val="center"/>
        <w:rPr>
          <w:rFonts w:cs="Arial"/>
          <w:sz w:val="22"/>
          <w:lang w:val="pt-BR"/>
        </w:rPr>
      </w:pPr>
      <w:r w:rsidRPr="008F5C30">
        <w:rPr>
          <w:rFonts w:cs="Arial"/>
          <w:b/>
          <w:sz w:val="22"/>
          <w:lang w:val="pt-BR"/>
        </w:rPr>
        <w:t>ANEXO XII</w:t>
      </w:r>
    </w:p>
    <w:p w14:paraId="4FA9DCDC" w14:textId="77777777" w:rsidR="0037309A" w:rsidRPr="008F5C30" w:rsidRDefault="00E617CD" w:rsidP="007C50EB">
      <w:pPr>
        <w:pStyle w:val="Ttulo"/>
        <w:spacing w:after="160" w:line="259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8F5C30">
        <w:rPr>
          <w:rFonts w:ascii="Arial" w:hAnsi="Arial" w:cs="Arial"/>
          <w:color w:val="auto"/>
          <w:sz w:val="22"/>
          <w:szCs w:val="22"/>
          <w:lang w:val="pt-BR"/>
        </w:rPr>
        <w:t>DECLARAÇÕES GERAIS DE INSCRIÇÃO</w:t>
      </w:r>
    </w:p>
    <w:p w14:paraId="428ABD9C" w14:textId="77777777" w:rsidR="0037309A" w:rsidRPr="008F5C30" w:rsidRDefault="00E617CD" w:rsidP="007C50EB">
      <w:pPr>
        <w:spacing w:after="160"/>
        <w:jc w:val="center"/>
        <w:rPr>
          <w:rFonts w:cs="Arial"/>
          <w:sz w:val="22"/>
          <w:lang w:val="pt-BR"/>
        </w:rPr>
      </w:pPr>
      <w:r w:rsidRPr="008F5C30">
        <w:rPr>
          <w:rFonts w:cs="Arial"/>
          <w:b/>
          <w:sz w:val="22"/>
          <w:lang w:val="pt-BR"/>
        </w:rPr>
        <w:t>EDITAL DE FOMENTO CULTURAL PNAB – CICLO 2 – MUNICÍPIO DE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80"/>
      </w:tblGrid>
      <w:tr w:rsidR="0037309A" w:rsidRPr="008F5C30" w14:paraId="09CCAE34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98F3C5" w14:textId="49AEDDB1" w:rsidR="0037309A" w:rsidRPr="008F5C30" w:rsidRDefault="00E617CD" w:rsidP="007C50EB">
            <w:pPr>
              <w:spacing w:after="160"/>
              <w:jc w:val="both"/>
              <w:rPr>
                <w:rFonts w:cs="Arial"/>
                <w:b/>
                <w:bCs/>
                <w:sz w:val="22"/>
                <w:lang w:val="pt-BR"/>
              </w:rPr>
            </w:pPr>
            <w:r w:rsidRPr="008F5C30">
              <w:rPr>
                <w:rFonts w:cs="Arial"/>
                <w:b/>
                <w:bCs/>
                <w:sz w:val="22"/>
                <w:lang w:val="pt-BR"/>
              </w:rPr>
              <w:t xml:space="preserve">Este documento deve ser preenchido e assinado nas inscrições presenciais. </w:t>
            </w:r>
            <w:r w:rsidR="007C50EB" w:rsidRPr="008F5C30">
              <w:rPr>
                <w:rFonts w:cs="Arial"/>
                <w:b/>
                <w:bCs/>
                <w:sz w:val="22"/>
                <w:lang w:val="pt-BR"/>
              </w:rPr>
              <w:br/>
            </w:r>
            <w:r w:rsidRPr="008F5C30">
              <w:rPr>
                <w:rFonts w:cs="Arial"/>
                <w:b/>
                <w:bCs/>
                <w:sz w:val="22"/>
                <w:lang w:val="pt-BR"/>
              </w:rPr>
              <w:t xml:space="preserve">Na inscrição eletrônica, as declarações equivalentes serão aceitas no Google </w:t>
            </w:r>
            <w:proofErr w:type="spellStart"/>
            <w:r w:rsidRPr="008F5C30">
              <w:rPr>
                <w:rFonts w:cs="Arial"/>
                <w:b/>
                <w:bCs/>
                <w:sz w:val="22"/>
                <w:lang w:val="pt-BR"/>
              </w:rPr>
              <w:t>Forms</w:t>
            </w:r>
            <w:proofErr w:type="spellEnd"/>
            <w:r w:rsidRPr="008F5C30">
              <w:rPr>
                <w:rFonts w:cs="Arial"/>
                <w:b/>
                <w:bCs/>
                <w:sz w:val="22"/>
                <w:lang w:val="pt-BR"/>
              </w:rPr>
              <w:t>.</w:t>
            </w:r>
          </w:p>
        </w:tc>
      </w:tr>
    </w:tbl>
    <w:p w14:paraId="0C43A802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b/>
          <w:sz w:val="22"/>
          <w:lang w:val="pt-BR"/>
        </w:rPr>
        <w:t>Nome do agente cultural</w:t>
      </w:r>
    </w:p>
    <w:p w14:paraId="1A910129" w14:textId="25C03FFE" w:rsidR="0037309A" w:rsidRPr="008F5C30" w:rsidRDefault="00E617CD" w:rsidP="007C50EB">
      <w:pPr>
        <w:keepLines/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7E650B8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b/>
          <w:sz w:val="22"/>
          <w:lang w:val="pt-BR"/>
        </w:rPr>
        <w:t>CPF ou CNPJ</w:t>
      </w:r>
    </w:p>
    <w:p w14:paraId="69B37FFA" w14:textId="5B63C595" w:rsidR="0037309A" w:rsidRPr="008F5C30" w:rsidRDefault="00E617CD" w:rsidP="007C50EB">
      <w:pPr>
        <w:keepLines/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641918F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b/>
          <w:sz w:val="22"/>
          <w:lang w:val="pt-BR"/>
        </w:rPr>
        <w:t>Nome do projeto</w:t>
      </w:r>
    </w:p>
    <w:p w14:paraId="3C79D877" w14:textId="1D9FC035" w:rsidR="0037309A" w:rsidRPr="008F5C30" w:rsidRDefault="00E617CD" w:rsidP="007C50EB">
      <w:pPr>
        <w:keepLines/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9722BF1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b/>
          <w:sz w:val="22"/>
          <w:lang w:val="pt-BR"/>
        </w:rPr>
        <w:t>Categoria</w:t>
      </w:r>
    </w:p>
    <w:p w14:paraId="1C0C86CF" w14:textId="149D6F99" w:rsidR="0037309A" w:rsidRPr="008F5C30" w:rsidRDefault="00E617CD" w:rsidP="007C50EB">
      <w:pPr>
        <w:keepLines/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79C66E7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sz w:val="22"/>
          <w:lang w:val="pt-BR"/>
        </w:rPr>
        <w:t>Para fins de participação no Edital, DECLARO que:</w:t>
      </w:r>
    </w:p>
    <w:p w14:paraId="36246C22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li e aceito integralmente as regras, condições e anexos do Edital;</w:t>
      </w:r>
    </w:p>
    <w:p w14:paraId="2E552161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as informações prestadas e os documentos apresentados são verdadeiros, completos e autênticos;</w:t>
      </w:r>
    </w:p>
    <w:p w14:paraId="12EE5597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sou responsável por acompanhar as publicações, os resultados, as convocações e os demais atos relativos ao Edital;</w:t>
      </w:r>
    </w:p>
    <w:p w14:paraId="5C56430B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estou ciente de que a inscrição não significa seleção, habilitação ou direito automático ao recebimento dos recursos;</w:t>
      </w:r>
    </w:p>
    <w:p w14:paraId="7456D7E2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não incorro nas hipóteses de impedimento e conflito de interesses previstas no Edital;</w:t>
      </w:r>
    </w:p>
    <w:p w14:paraId="42A4DF9B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o projeto respeitará os direitos autorais, de imagem, de voz, de personalidade e as autorizações necessárias, especialmente quando envolver crianças, adolescentes ou pessoas em situação de vulnerabilidade;</w:t>
      </w:r>
    </w:p>
    <w:p w14:paraId="4A23035E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autorizo o tratamento e o compartilhamento dos dados pessoais necessários à inscrição, seleção, habilitação, formalização, pagamento, execução, monitoramento, controle, transparência e avaliação da PNAB, nos termos da Lei nº 13.709/2018;</w:t>
      </w:r>
    </w:p>
    <w:p w14:paraId="3C45009E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comprometo-me a executar gratuitamente para o público as ações e os produtos financiados, ressalvada a comercialização expressamente admitida no Anexo I;</w:t>
      </w:r>
    </w:p>
    <w:p w14:paraId="3E359493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lastRenderedPageBreak/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comprometo-me a cumprir as medidas de acessibilidade, divulgação, aplicação de marcas, prestação de informações e demais obrigações assumidas no Plano de Trabalho;</w:t>
      </w:r>
    </w:p>
    <w:p w14:paraId="2891A9D0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ascii="Segoe UI Symbol" w:hAnsi="Segoe UI Symbol" w:cs="Segoe UI Symbol"/>
          <w:b/>
          <w:sz w:val="22"/>
          <w:lang w:val="pt-BR"/>
        </w:rPr>
        <w:t>☐</w:t>
      </w:r>
      <w:r w:rsidRPr="008F5C30">
        <w:rPr>
          <w:rFonts w:cs="Arial"/>
          <w:b/>
          <w:sz w:val="22"/>
          <w:lang w:val="pt-BR"/>
        </w:rPr>
        <w:t xml:space="preserve"> </w:t>
      </w:r>
      <w:r w:rsidRPr="008F5C30">
        <w:rPr>
          <w:rFonts w:cs="Arial"/>
          <w:sz w:val="22"/>
          <w:lang w:val="pt-BR"/>
        </w:rPr>
        <w:t>revisei todas as informações e os documentos antes de concluir a inscrição.</w:t>
      </w:r>
    </w:p>
    <w:p w14:paraId="68BE31E5" w14:textId="77777777" w:rsidR="007C50EB" w:rsidRPr="008F5C30" w:rsidRDefault="007C50EB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</w:p>
    <w:p w14:paraId="772C654E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sz w:val="22"/>
          <w:lang w:val="pt-BR"/>
        </w:rPr>
        <w:t>Declaro, por fim, que li, compreendi e concordo com todas as declarações acima, estando ciente das consequências administrativas, civis e criminais decorrentes de eventual falsidade ou descumprimento.</w:t>
      </w:r>
    </w:p>
    <w:p w14:paraId="7D374BE1" w14:textId="77777777" w:rsidR="0037309A" w:rsidRPr="008F5C30" w:rsidRDefault="00E617CD" w:rsidP="007C50EB">
      <w:pPr>
        <w:spacing w:after="160"/>
        <w:jc w:val="center"/>
        <w:rPr>
          <w:rFonts w:cs="Arial"/>
          <w:sz w:val="22"/>
          <w:lang w:val="pt-BR"/>
        </w:rPr>
      </w:pPr>
      <w:r w:rsidRPr="008F5C30">
        <w:rPr>
          <w:rFonts w:cs="Arial"/>
          <w:sz w:val="22"/>
          <w:lang w:val="pt-BR"/>
        </w:rPr>
        <w:br/>
        <w:t xml:space="preserve">Rio das Antas/SC, ______ de __________________ </w:t>
      </w:r>
      <w:proofErr w:type="spellStart"/>
      <w:r w:rsidRPr="008F5C30">
        <w:rPr>
          <w:rFonts w:cs="Arial"/>
          <w:sz w:val="22"/>
          <w:lang w:val="pt-BR"/>
        </w:rPr>
        <w:t>de</w:t>
      </w:r>
      <w:proofErr w:type="spellEnd"/>
      <w:r w:rsidRPr="008F5C30">
        <w:rPr>
          <w:rFonts w:cs="Arial"/>
          <w:sz w:val="22"/>
          <w:lang w:val="pt-BR"/>
        </w:rPr>
        <w:t xml:space="preserve"> 20____.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37309A" w:rsidRPr="008F5C30" w14:paraId="03D139A5" w14:textId="77777777">
        <w:trPr>
          <w:jc w:val="center"/>
        </w:trPr>
        <w:tc>
          <w:tcPr>
            <w:tcW w:w="10080" w:type="dxa"/>
          </w:tcPr>
          <w:p w14:paraId="4D670254" w14:textId="77777777" w:rsidR="0037309A" w:rsidRPr="008F5C30" w:rsidRDefault="00E617CD" w:rsidP="007C50EB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8F5C30">
              <w:rPr>
                <w:rFonts w:cs="Arial"/>
                <w:sz w:val="22"/>
                <w:lang w:val="pt-BR"/>
              </w:rPr>
              <w:br/>
              <w:t>____________________________________________</w:t>
            </w:r>
          </w:p>
        </w:tc>
      </w:tr>
      <w:tr w:rsidR="0037309A" w:rsidRPr="008F5C30" w14:paraId="02555F06" w14:textId="77777777">
        <w:trPr>
          <w:jc w:val="center"/>
        </w:trPr>
        <w:tc>
          <w:tcPr>
            <w:tcW w:w="10080" w:type="dxa"/>
          </w:tcPr>
          <w:p w14:paraId="0C9D1C5A" w14:textId="547BA039" w:rsidR="0037309A" w:rsidRPr="008F5C30" w:rsidRDefault="00E617CD" w:rsidP="007C50EB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8F5C30">
              <w:rPr>
                <w:rFonts w:cs="Arial"/>
                <w:sz w:val="22"/>
                <w:lang w:val="pt-BR"/>
              </w:rPr>
              <w:t xml:space="preserve">AGENTE CULTURAL </w:t>
            </w:r>
          </w:p>
        </w:tc>
      </w:tr>
    </w:tbl>
    <w:p w14:paraId="202B10BE" w14:textId="77777777" w:rsidR="00E617CD" w:rsidRPr="008F5C30" w:rsidRDefault="00E617CD" w:rsidP="007C50EB">
      <w:pPr>
        <w:spacing w:after="160"/>
        <w:jc w:val="center"/>
        <w:rPr>
          <w:rFonts w:cs="Arial"/>
          <w:sz w:val="22"/>
          <w:lang w:val="pt-BR"/>
        </w:rPr>
      </w:pPr>
    </w:p>
    <w:sectPr w:rsidR="00E617CD" w:rsidRPr="008F5C30" w:rsidSect="007C50EB">
      <w:headerReference w:type="default" r:id="rId8"/>
      <w:footerReference w:type="default" r:id="rId9"/>
      <w:pgSz w:w="12240" w:h="15840"/>
      <w:pgMar w:top="1008" w:right="90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B5C43" w14:textId="77777777" w:rsidR="00CF45D9" w:rsidRDefault="00CF45D9">
      <w:pPr>
        <w:spacing w:after="0" w:line="240" w:lineRule="auto"/>
      </w:pPr>
      <w:r>
        <w:separator/>
      </w:r>
    </w:p>
  </w:endnote>
  <w:endnote w:type="continuationSeparator" w:id="0">
    <w:p w14:paraId="47E562C7" w14:textId="77777777" w:rsidR="00CF45D9" w:rsidRDefault="00CF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734EF" w14:textId="69D1D18D" w:rsidR="0037309A" w:rsidRDefault="0037309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554D7" w14:textId="77777777" w:rsidR="00CF45D9" w:rsidRDefault="00CF45D9">
      <w:pPr>
        <w:spacing w:after="0" w:line="240" w:lineRule="auto"/>
      </w:pPr>
      <w:r>
        <w:separator/>
      </w:r>
    </w:p>
  </w:footnote>
  <w:footnote w:type="continuationSeparator" w:id="0">
    <w:p w14:paraId="2EE0E1B1" w14:textId="77777777" w:rsidR="00CF45D9" w:rsidRDefault="00CF4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1FE6" w14:textId="0B910033" w:rsidR="0037309A" w:rsidRDefault="007B3F13">
    <w:pPr>
      <w:jc w:val="right"/>
    </w:pPr>
    <w:r>
      <w:rPr>
        <w:noProof/>
      </w:rPr>
      <w:drawing>
        <wp:inline distT="0" distB="0" distL="0" distR="0" wp14:anchorId="54C16E41" wp14:editId="2EB8F933">
          <wp:extent cx="6515100" cy="1181100"/>
          <wp:effectExtent l="0" t="0" r="0" b="0"/>
          <wp:docPr id="1374722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72201" name="Imagem 137472201"/>
                  <pic:cNvPicPr/>
                </pic:nvPicPr>
                <pic:blipFill rotWithShape="1">
                  <a:blip r:embed="rId1"/>
                  <a:srcRect t="24913" b="20702"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1181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7458463">
    <w:abstractNumId w:val="8"/>
  </w:num>
  <w:num w:numId="2" w16cid:durableId="106508658">
    <w:abstractNumId w:val="6"/>
  </w:num>
  <w:num w:numId="3" w16cid:durableId="1524319836">
    <w:abstractNumId w:val="5"/>
  </w:num>
  <w:num w:numId="4" w16cid:durableId="73472978">
    <w:abstractNumId w:val="4"/>
  </w:num>
  <w:num w:numId="5" w16cid:durableId="372729868">
    <w:abstractNumId w:val="7"/>
  </w:num>
  <w:num w:numId="6" w16cid:durableId="176116976">
    <w:abstractNumId w:val="3"/>
  </w:num>
  <w:num w:numId="7" w16cid:durableId="1516457802">
    <w:abstractNumId w:val="2"/>
  </w:num>
  <w:num w:numId="8" w16cid:durableId="1498761192">
    <w:abstractNumId w:val="1"/>
  </w:num>
  <w:num w:numId="9" w16cid:durableId="142680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43C2"/>
    <w:rsid w:val="0029639D"/>
    <w:rsid w:val="00326F90"/>
    <w:rsid w:val="0037309A"/>
    <w:rsid w:val="00393661"/>
    <w:rsid w:val="003C31E4"/>
    <w:rsid w:val="007B3F13"/>
    <w:rsid w:val="007C50EB"/>
    <w:rsid w:val="008F5C30"/>
    <w:rsid w:val="00AA1D8D"/>
    <w:rsid w:val="00AC43E6"/>
    <w:rsid w:val="00B47730"/>
    <w:rsid w:val="00CA2050"/>
    <w:rsid w:val="00CB0664"/>
    <w:rsid w:val="00CF45D9"/>
    <w:rsid w:val="00E617CD"/>
    <w:rsid w:val="00FB3440"/>
    <w:rsid w:val="00FC693F"/>
    <w:rsid w:val="00FF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FBC70A"/>
  <w14:defaultImageDpi w14:val="300"/>
  <w15:docId w15:val="{EBD4FB08-8A35-408B-90BD-D3D16FD3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6</cp:revision>
  <dcterms:created xsi:type="dcterms:W3CDTF">2026-08-12T20:24:00Z</dcterms:created>
  <dcterms:modified xsi:type="dcterms:W3CDTF">2026-08-18T21:29:00Z</dcterms:modified>
  <cp:category/>
</cp:coreProperties>
</file>