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5DE3" w14:textId="77777777" w:rsidR="002F6795" w:rsidRPr="00C11591" w:rsidRDefault="0079479C" w:rsidP="00DC0C5B">
      <w:pPr>
        <w:spacing w:after="160"/>
        <w:jc w:val="center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ANEXO X</w:t>
      </w:r>
    </w:p>
    <w:p w14:paraId="09449CD2" w14:textId="21F1B0DE" w:rsidR="002F6795" w:rsidRPr="00C11591" w:rsidRDefault="0070641F" w:rsidP="0070641F">
      <w:pPr>
        <w:pStyle w:val="Ttulo"/>
        <w:tabs>
          <w:tab w:val="center" w:pos="5040"/>
          <w:tab w:val="right" w:pos="10080"/>
        </w:tabs>
        <w:spacing w:after="160" w:line="259" w:lineRule="auto"/>
        <w:rPr>
          <w:rFonts w:ascii="Arial" w:hAnsi="Arial" w:cs="Arial"/>
          <w:color w:val="auto"/>
          <w:sz w:val="22"/>
          <w:szCs w:val="22"/>
          <w:lang w:val="pt-BR"/>
        </w:rPr>
      </w:pPr>
      <w:r>
        <w:rPr>
          <w:rFonts w:ascii="Arial" w:hAnsi="Arial" w:cs="Arial"/>
          <w:color w:val="auto"/>
          <w:sz w:val="22"/>
          <w:szCs w:val="22"/>
          <w:lang w:val="pt-BR"/>
        </w:rPr>
        <w:tab/>
      </w:r>
      <w:r w:rsidR="0079479C" w:rsidRPr="00C11591">
        <w:rPr>
          <w:rFonts w:ascii="Arial" w:hAnsi="Arial" w:cs="Arial"/>
          <w:color w:val="auto"/>
          <w:sz w:val="22"/>
          <w:szCs w:val="22"/>
          <w:lang w:val="pt-BR"/>
        </w:rPr>
        <w:t>FORMULÁRIO DE INTERPOSIÇÃO DE RECURSO</w:t>
      </w:r>
      <w:r>
        <w:rPr>
          <w:rFonts w:ascii="Arial" w:hAnsi="Arial" w:cs="Arial"/>
          <w:color w:val="auto"/>
          <w:sz w:val="22"/>
          <w:szCs w:val="22"/>
          <w:lang w:val="pt-BR"/>
        </w:rPr>
        <w:tab/>
      </w:r>
    </w:p>
    <w:p w14:paraId="2840CA94" w14:textId="77777777" w:rsidR="002F6795" w:rsidRPr="00C11591" w:rsidRDefault="0079479C" w:rsidP="00DC0C5B">
      <w:pPr>
        <w:spacing w:after="160"/>
        <w:jc w:val="center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EDITAL DE FOMENTO CULTURAL PNAB – CICLO 2 – MUNICÍPIO DE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70"/>
      </w:tblGrid>
      <w:tr w:rsidR="002F6795" w:rsidRPr="00C11591" w14:paraId="4EDCDD02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A862A3" w14:textId="32A37A67" w:rsidR="002F6795" w:rsidRPr="00C11591" w:rsidRDefault="0079479C" w:rsidP="00DC0C5B">
            <w:pPr>
              <w:spacing w:after="160"/>
              <w:rPr>
                <w:rFonts w:cs="Arial"/>
                <w:b/>
                <w:bCs/>
                <w:sz w:val="22"/>
                <w:lang w:val="pt-BR"/>
              </w:rPr>
            </w:pPr>
            <w:r w:rsidRPr="00C11591">
              <w:rPr>
                <w:rFonts w:cs="Arial"/>
                <w:b/>
                <w:bCs/>
                <w:sz w:val="22"/>
                <w:lang w:val="pt-BR"/>
              </w:rPr>
              <w:t xml:space="preserve">Envio para pnab.riodasantas@gmail.com, no prazo previsto no Edital. </w:t>
            </w:r>
            <w:r w:rsidR="0038594E" w:rsidRPr="00C11591">
              <w:rPr>
                <w:rFonts w:cs="Arial"/>
                <w:b/>
                <w:bCs/>
                <w:sz w:val="22"/>
                <w:lang w:val="pt-BR"/>
              </w:rPr>
              <w:br/>
            </w:r>
            <w:r w:rsidRPr="00C11591">
              <w:rPr>
                <w:rFonts w:cs="Arial"/>
                <w:b/>
                <w:bCs/>
                <w:sz w:val="22"/>
                <w:lang w:val="pt-BR"/>
              </w:rPr>
              <w:t xml:space="preserve">O recebimento somente estará comprovado após confirmação do Município. </w:t>
            </w:r>
            <w:r w:rsidR="0038594E" w:rsidRPr="00C11591">
              <w:rPr>
                <w:rFonts w:cs="Arial"/>
                <w:b/>
                <w:bCs/>
                <w:sz w:val="22"/>
                <w:lang w:val="pt-BR"/>
              </w:rPr>
              <w:br/>
            </w:r>
            <w:r w:rsidRPr="00C11591">
              <w:rPr>
                <w:rFonts w:cs="Arial"/>
                <w:b/>
                <w:bCs/>
                <w:sz w:val="22"/>
                <w:lang w:val="pt-BR"/>
              </w:rPr>
              <w:t>Não inclua projeto novo nem documento destinado a alterar a proposta original.</w:t>
            </w:r>
          </w:p>
        </w:tc>
      </w:tr>
    </w:tbl>
    <w:p w14:paraId="0A176EBF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1. Etapa do recurso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F6795" w:rsidRPr="00C11591" w14:paraId="74073F3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00040C5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Seleção e mérito cultural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C1A5EC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Habilitação documental</w:t>
            </w:r>
          </w:p>
        </w:tc>
      </w:tr>
    </w:tbl>
    <w:p w14:paraId="55107A04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2. Nome do agente cultural</w:t>
      </w:r>
    </w:p>
    <w:p w14:paraId="7425DA45" w14:textId="449B8CF2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B337BB4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3. CPF ou CNPJ</w:t>
      </w:r>
    </w:p>
    <w:p w14:paraId="311DA54C" w14:textId="1E7AFD5A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95B26A8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4. Número da inscrição</w:t>
      </w:r>
    </w:p>
    <w:p w14:paraId="18E6D0E7" w14:textId="6F562C93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9E8E789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5. Nome do projeto</w:t>
      </w:r>
    </w:p>
    <w:p w14:paraId="270766C3" w14:textId="57F8FD29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1FE0135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6. Categoria</w:t>
      </w:r>
    </w:p>
    <w:p w14:paraId="68813B33" w14:textId="0614EE2E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0C8F16A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7. Modalidade de concorrência</w:t>
      </w:r>
    </w:p>
    <w:p w14:paraId="77E239D5" w14:textId="6C021DD8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CD1A7C6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8. E-mail</w:t>
      </w:r>
    </w:p>
    <w:p w14:paraId="521E3976" w14:textId="283FDE15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C8F383C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9. Telefone</w:t>
      </w:r>
    </w:p>
    <w:p w14:paraId="4D6D43DE" w14:textId="353793C9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3D16F0A" w14:textId="77777777" w:rsidR="002F6795" w:rsidRPr="00C11591" w:rsidRDefault="0079479C" w:rsidP="00DC0C5B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11591">
        <w:rPr>
          <w:rFonts w:ascii="Arial" w:hAnsi="Arial" w:cs="Arial"/>
          <w:color w:val="auto"/>
          <w:sz w:val="22"/>
          <w:szCs w:val="22"/>
          <w:lang w:val="pt-BR"/>
        </w:rPr>
        <w:t>10. Decisão questionada</w:t>
      </w:r>
    </w:p>
    <w:p w14:paraId="449DD934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Assinale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F6795" w:rsidRPr="00C11591" w14:paraId="60B22B2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6A2826B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Pontuação em critério de avaliação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3723D9A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Pontuação final</w:t>
            </w:r>
          </w:p>
        </w:tc>
      </w:tr>
      <w:tr w:rsidR="002F6795" w:rsidRPr="00C11591" w14:paraId="1034ECAE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E2ECB84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lastRenderedPageBreak/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Classificação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44257F3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Desclassificação</w:t>
            </w:r>
          </w:p>
        </w:tc>
      </w:tr>
      <w:tr w:rsidR="002F6795" w:rsidRPr="00C11591" w14:paraId="1833BBE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9689C29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Glosa orçamentária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D3BBFA4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Inabilitação documental</w:t>
            </w:r>
          </w:p>
        </w:tc>
      </w:tr>
      <w:tr w:rsidR="002F6795" w:rsidRPr="00C11591" w14:paraId="0E870E2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3BBCDFB" w14:textId="77777777" w:rsidR="002F6795" w:rsidRPr="00C11591" w:rsidRDefault="0079479C" w:rsidP="00DC0C5B">
            <w:pPr>
              <w:spacing w:after="160"/>
              <w:rPr>
                <w:rFonts w:cs="Arial"/>
                <w:sz w:val="22"/>
                <w:lang w:val="pt-BR"/>
              </w:rPr>
            </w:pPr>
            <w:r w:rsidRPr="00C11591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C11591">
              <w:rPr>
                <w:rFonts w:cs="Arial"/>
                <w:sz w:val="22"/>
                <w:lang w:val="pt-BR"/>
              </w:rPr>
              <w:t xml:space="preserve"> Outro</w:t>
            </w:r>
          </w:p>
        </w:tc>
        <w:tc>
          <w:tcPr>
            <w:tcW w:w="5040" w:type="dxa"/>
          </w:tcPr>
          <w:p w14:paraId="26D9D9D9" w14:textId="77777777" w:rsidR="002F6795" w:rsidRPr="00C11591" w:rsidRDefault="002F6795" w:rsidP="00DC0C5B">
            <w:pPr>
              <w:spacing w:after="160"/>
              <w:rPr>
                <w:rFonts w:cs="Arial"/>
                <w:sz w:val="22"/>
                <w:lang w:val="pt-BR"/>
              </w:rPr>
            </w:pPr>
          </w:p>
        </w:tc>
      </w:tr>
    </w:tbl>
    <w:p w14:paraId="6E35FFF2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Indique o item, critério, nota, documento ou decisão questionada</w:t>
      </w:r>
    </w:p>
    <w:p w14:paraId="28A8DFB3" w14:textId="302D5CCA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19AA85F" w14:textId="574D71E5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53A3640" w14:textId="51174717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5402B43" w14:textId="77777777" w:rsidR="002F6795" w:rsidRPr="00C11591" w:rsidRDefault="0079479C" w:rsidP="00DC0C5B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11591">
        <w:rPr>
          <w:rFonts w:ascii="Arial" w:hAnsi="Arial" w:cs="Arial"/>
          <w:color w:val="auto"/>
          <w:sz w:val="22"/>
          <w:szCs w:val="22"/>
          <w:lang w:val="pt-BR"/>
        </w:rPr>
        <w:t>11. Razões do recurso</w:t>
      </w:r>
    </w:p>
    <w:p w14:paraId="79C88666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Explique de forma objetiva por que a decisão deve ser revista, indicando as informações já apresentadas na inscrição ou habilitação</w:t>
      </w:r>
    </w:p>
    <w:p w14:paraId="1CD8E7D3" w14:textId="050F2296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8424B5D" w14:textId="30AE972E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2521417" w14:textId="34EA8C83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1D98003" w14:textId="251D5E66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6010BBC5" w14:textId="72BB3C9A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D0055BF" w14:textId="1410E013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73816DD0" w14:textId="18A9EE90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75EB781" w14:textId="4A31CFEC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17B29BEB" w14:textId="740260C1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7159352" w14:textId="290D91B1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1C186CE" w14:textId="77777777" w:rsidR="002F6795" w:rsidRPr="00C11591" w:rsidRDefault="0079479C" w:rsidP="00DC0C5B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11591">
        <w:rPr>
          <w:rFonts w:ascii="Arial" w:hAnsi="Arial" w:cs="Arial"/>
          <w:color w:val="auto"/>
          <w:sz w:val="22"/>
          <w:szCs w:val="22"/>
          <w:lang w:val="pt-BR"/>
        </w:rPr>
        <w:t>12. Pedido</w:t>
      </w:r>
    </w:p>
    <w:p w14:paraId="085D7AC2" w14:textId="77777777" w:rsidR="002F6795" w:rsidRPr="00C11591" w:rsidRDefault="0079479C" w:rsidP="00DC0C5B">
      <w:pPr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b/>
          <w:sz w:val="22"/>
          <w:lang w:val="pt-BR"/>
        </w:rPr>
        <w:t>Informe claramente qual alteração pretende obter</w:t>
      </w:r>
    </w:p>
    <w:p w14:paraId="053B29DD" w14:textId="089AFDC9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49C1BE67" w14:textId="3D06AA43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28B25B52" w14:textId="43BEA68E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5D6633D3" w14:textId="040863BD" w:rsidR="002F6795" w:rsidRPr="00C11591" w:rsidRDefault="0079479C" w:rsidP="00DC0C5B">
      <w:pPr>
        <w:keepLines/>
        <w:spacing w:after="160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>__________________________________________________________________________________</w:t>
      </w:r>
    </w:p>
    <w:p w14:paraId="34DF1A18" w14:textId="77777777" w:rsidR="002F6795" w:rsidRPr="00C11591" w:rsidRDefault="0079479C" w:rsidP="00DC0C5B">
      <w:pPr>
        <w:pStyle w:val="Ttulo1"/>
        <w:spacing w:before="0" w:after="160"/>
        <w:rPr>
          <w:rFonts w:ascii="Arial" w:hAnsi="Arial" w:cs="Arial"/>
          <w:color w:val="auto"/>
          <w:sz w:val="22"/>
          <w:szCs w:val="22"/>
          <w:lang w:val="pt-BR"/>
        </w:rPr>
      </w:pPr>
      <w:r w:rsidRPr="00C11591">
        <w:rPr>
          <w:rFonts w:ascii="Arial" w:hAnsi="Arial" w:cs="Arial"/>
          <w:color w:val="auto"/>
          <w:sz w:val="22"/>
          <w:szCs w:val="22"/>
          <w:lang w:val="pt-BR"/>
        </w:rPr>
        <w:t>13. Declaração</w:t>
      </w:r>
    </w:p>
    <w:p w14:paraId="6DF8C888" w14:textId="77777777" w:rsidR="002F6795" w:rsidRPr="00C11591" w:rsidRDefault="0079479C" w:rsidP="00DC0C5B">
      <w:pPr>
        <w:spacing w:after="160"/>
        <w:jc w:val="both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t xml:space="preserve">Declaro que este recurso se limita à contestação fundamentada da decisão e não apresenta projeto novo, alteração substancial da proposta ou documento destinado a suprir informação que deveria ter </w:t>
      </w:r>
      <w:r w:rsidRPr="00C11591">
        <w:rPr>
          <w:rFonts w:cs="Arial"/>
          <w:sz w:val="22"/>
          <w:lang w:val="pt-BR"/>
        </w:rPr>
        <w:lastRenderedPageBreak/>
        <w:t>sido apresentada anteriormente, ressalvadas as hipóteses de diligência ou correção admitidas pelo Edital e pela legislação.</w:t>
      </w:r>
    </w:p>
    <w:p w14:paraId="7C3203FC" w14:textId="77777777" w:rsidR="002F6795" w:rsidRPr="00C11591" w:rsidRDefault="0079479C" w:rsidP="00DC0C5B">
      <w:pPr>
        <w:spacing w:after="160"/>
        <w:jc w:val="center"/>
        <w:rPr>
          <w:rFonts w:cs="Arial"/>
          <w:sz w:val="22"/>
          <w:lang w:val="pt-BR"/>
        </w:rPr>
      </w:pPr>
      <w:r w:rsidRPr="00C11591">
        <w:rPr>
          <w:rFonts w:cs="Arial"/>
          <w:sz w:val="22"/>
          <w:lang w:val="pt-BR"/>
        </w:rPr>
        <w:br/>
        <w:t xml:space="preserve">Rio das Antas/SC, ______ de __________________ </w:t>
      </w:r>
      <w:proofErr w:type="spellStart"/>
      <w:r w:rsidRPr="00C11591">
        <w:rPr>
          <w:rFonts w:cs="Arial"/>
          <w:sz w:val="22"/>
          <w:lang w:val="pt-BR"/>
        </w:rPr>
        <w:t>de</w:t>
      </w:r>
      <w:proofErr w:type="spellEnd"/>
      <w:r w:rsidRPr="00C11591">
        <w:rPr>
          <w:rFonts w:cs="Arial"/>
          <w:sz w:val="22"/>
          <w:lang w:val="pt-BR"/>
        </w:rPr>
        <w:t xml:space="preserve"> 20____.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2F6795" w:rsidRPr="00C11591" w14:paraId="32F93EA2" w14:textId="77777777">
        <w:trPr>
          <w:jc w:val="center"/>
        </w:trPr>
        <w:tc>
          <w:tcPr>
            <w:tcW w:w="10080" w:type="dxa"/>
          </w:tcPr>
          <w:p w14:paraId="25CFE10C" w14:textId="77777777" w:rsidR="002F6795" w:rsidRPr="00C11591" w:rsidRDefault="0079479C" w:rsidP="00DC0C5B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C11591">
              <w:rPr>
                <w:rFonts w:cs="Arial"/>
                <w:sz w:val="22"/>
                <w:lang w:val="pt-BR"/>
              </w:rPr>
              <w:br/>
              <w:t>____________________________________________</w:t>
            </w:r>
          </w:p>
        </w:tc>
      </w:tr>
      <w:tr w:rsidR="002F6795" w:rsidRPr="00C11591" w14:paraId="45B33C46" w14:textId="77777777">
        <w:trPr>
          <w:jc w:val="center"/>
        </w:trPr>
        <w:tc>
          <w:tcPr>
            <w:tcW w:w="10080" w:type="dxa"/>
          </w:tcPr>
          <w:p w14:paraId="1EE4AC50" w14:textId="77777777" w:rsidR="002F6795" w:rsidRPr="00C11591" w:rsidRDefault="0079479C" w:rsidP="00DC0C5B">
            <w:pPr>
              <w:spacing w:after="160"/>
              <w:jc w:val="center"/>
              <w:rPr>
                <w:rFonts w:cs="Arial"/>
                <w:sz w:val="22"/>
                <w:lang w:val="pt-BR"/>
              </w:rPr>
            </w:pPr>
            <w:r w:rsidRPr="00C11591">
              <w:rPr>
                <w:rFonts w:cs="Arial"/>
                <w:sz w:val="22"/>
                <w:lang w:val="pt-BR"/>
              </w:rPr>
              <w:t>RECORRENTE</w:t>
            </w:r>
          </w:p>
        </w:tc>
      </w:tr>
    </w:tbl>
    <w:p w14:paraId="081C20A6" w14:textId="77777777" w:rsidR="0079479C" w:rsidRPr="00C11591" w:rsidRDefault="0079479C" w:rsidP="00DC0C5B">
      <w:pPr>
        <w:spacing w:after="160"/>
        <w:rPr>
          <w:rFonts w:cs="Arial"/>
          <w:sz w:val="22"/>
          <w:lang w:val="pt-BR"/>
        </w:rPr>
      </w:pPr>
    </w:p>
    <w:sectPr w:rsidR="0079479C" w:rsidRPr="00C11591" w:rsidSect="00034616">
      <w:headerReference w:type="default" r:id="rId8"/>
      <w:footerReference w:type="default" r:id="rId9"/>
      <w:pgSz w:w="12240" w:h="15840"/>
      <w:pgMar w:top="1008" w:right="108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E1DAD" w14:textId="77777777" w:rsidR="00DA62AE" w:rsidRDefault="00DA62AE">
      <w:pPr>
        <w:spacing w:after="0" w:line="240" w:lineRule="auto"/>
      </w:pPr>
      <w:r>
        <w:separator/>
      </w:r>
    </w:p>
  </w:endnote>
  <w:endnote w:type="continuationSeparator" w:id="0">
    <w:p w14:paraId="08BF6D4B" w14:textId="77777777" w:rsidR="00DA62AE" w:rsidRDefault="00DA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890E" w14:textId="7F6C1A10" w:rsidR="002F6795" w:rsidRDefault="002F679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391A" w14:textId="77777777" w:rsidR="00DA62AE" w:rsidRDefault="00DA62AE">
      <w:pPr>
        <w:spacing w:after="0" w:line="240" w:lineRule="auto"/>
      </w:pPr>
      <w:r>
        <w:separator/>
      </w:r>
    </w:p>
  </w:footnote>
  <w:footnote w:type="continuationSeparator" w:id="0">
    <w:p w14:paraId="392E85EB" w14:textId="77777777" w:rsidR="00DA62AE" w:rsidRDefault="00DA6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15EC" w14:textId="19005FBB" w:rsidR="002F6795" w:rsidRDefault="0070641F">
    <w:pPr>
      <w:jc w:val="right"/>
    </w:pPr>
    <w:r>
      <w:rPr>
        <w:noProof/>
      </w:rPr>
      <w:drawing>
        <wp:inline distT="0" distB="0" distL="0" distR="0" wp14:anchorId="3E654B3F" wp14:editId="064F72A3">
          <wp:extent cx="6400800" cy="1160145"/>
          <wp:effectExtent l="0" t="0" r="0" b="1905"/>
          <wp:docPr id="120116583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165832" name="Imagem 12011658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1160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4991748">
    <w:abstractNumId w:val="8"/>
  </w:num>
  <w:num w:numId="2" w16cid:durableId="1958873778">
    <w:abstractNumId w:val="6"/>
  </w:num>
  <w:num w:numId="3" w16cid:durableId="1110704813">
    <w:abstractNumId w:val="5"/>
  </w:num>
  <w:num w:numId="4" w16cid:durableId="1245262261">
    <w:abstractNumId w:val="4"/>
  </w:num>
  <w:num w:numId="5" w16cid:durableId="1381662638">
    <w:abstractNumId w:val="7"/>
  </w:num>
  <w:num w:numId="6" w16cid:durableId="297882847">
    <w:abstractNumId w:val="3"/>
  </w:num>
  <w:num w:numId="7" w16cid:durableId="165440751">
    <w:abstractNumId w:val="2"/>
  </w:num>
  <w:num w:numId="8" w16cid:durableId="790517196">
    <w:abstractNumId w:val="1"/>
  </w:num>
  <w:num w:numId="9" w16cid:durableId="1997492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7B4"/>
    <w:rsid w:val="00034616"/>
    <w:rsid w:val="0006063C"/>
    <w:rsid w:val="0015074B"/>
    <w:rsid w:val="0029639D"/>
    <w:rsid w:val="002F6795"/>
    <w:rsid w:val="00326F90"/>
    <w:rsid w:val="0038594E"/>
    <w:rsid w:val="004809CF"/>
    <w:rsid w:val="00540A34"/>
    <w:rsid w:val="006A4D2B"/>
    <w:rsid w:val="0070641F"/>
    <w:rsid w:val="0079479C"/>
    <w:rsid w:val="00A25279"/>
    <w:rsid w:val="00A53692"/>
    <w:rsid w:val="00AA1D8D"/>
    <w:rsid w:val="00B02B31"/>
    <w:rsid w:val="00B47730"/>
    <w:rsid w:val="00C11591"/>
    <w:rsid w:val="00CB0664"/>
    <w:rsid w:val="00DA62AE"/>
    <w:rsid w:val="00DC0C5B"/>
    <w:rsid w:val="00F25A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B29D4C"/>
  <w14:defaultImageDpi w14:val="300"/>
  <w15:docId w15:val="{75DBC2D5-9128-4C4D-A762-A944AF0D4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555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6</cp:revision>
  <dcterms:created xsi:type="dcterms:W3CDTF">2026-08-12T20:18:00Z</dcterms:created>
  <dcterms:modified xsi:type="dcterms:W3CDTF">2026-08-18T21:41:00Z</dcterms:modified>
  <cp:category/>
</cp:coreProperties>
</file>